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й замок Хаул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й замок Хау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