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Мандрівка Діда Мороза</w:t>
      </w:r>
    </w:p>
    <w:p>
      <w:r>
        <w:br/>
        <w:t xml:space="preserve"> Послухайте, діти,&lt;br /&gt;</w:t>
        <w:br/>
        <w:t>Як в ніч новорічну&lt;br /&gt;</w:t>
        <w:br/>
        <w:t>Робив дід Мороз наш мандрівку незвичну&lt;br /&gt;</w:t>
        <w:br/>
        <w:t>Незвичну тому, що у путь зі столиці&lt;br /&gt;</w:t>
        <w:br/>
        <w:t>Його понесли не коньки-блискавиці,&lt;br /&gt;</w:t>
        <w:br/>
        <w:t>Не лижі гінкі, що бистріш паровоза,&lt;br /&gt;</w:t>
        <w:br/>
        <w:t>Найшвидший був транспорт&lt;br /&gt;</w:t>
        <w:br/>
        <w:t>У діда Мороза!&lt;br /&gt;</w:t>
        <w:br/>
        <w:t>Який?&lt;br /&gt;</w:t>
        <w:br/>
        <w:t>Щоб скоріше розкрити загадку,&lt;br /&gt;</w:t>
        <w:br/>
        <w:t>То я розповім вам&lt;br /&gt;</w:t>
        <w:br/>
        <w:t>Усе по порядку.&lt;br /&gt;</w:t>
        <w:br/>
        <w:t>... Як тільки стемніло і рясно над містом&lt;br /&gt;</w:t>
        <w:br/>
        <w:t>Засяли вогні золотавим намистом,&lt;br /&gt;</w:t>
        <w:br/>
        <w:t>До діда Мороза в кімнату зайшов&lt;br /&gt;</w:t>
        <w:br/>
        <w:t>У формі солдатській пілот Ковальов.&lt;br /&gt;</w:t>
        <w:br/>
        <w:t>Зайшов,&lt;br /&gt;</w:t>
        <w:br/>
        <w:t>Привітав з наступаючим роком&lt;br /&gt;</w:t>
        <w:br/>
        <w:t>І рапорта склав, не моргнувши і оком:&lt;br /&gt;</w:t>
        <w:br/>
        <w:t>— Літак вас чекає, товариш Мороз!&lt;br /&gt;</w:t>
        <w:br/>
        <w:t>— А як там погода, який там прогноз? —&lt;br /&gt;</w:t>
        <w:br/>
        <w:t>Дідусь запитав.&lt;br /&gt;</w:t>
        <w:br/>
        <w:t>А пілот у одвіт.&lt;br /&gt;</w:t>
        <w:br/>
        <w:t>— Чудесна погода! Збирайтесь в політ! —&lt;br /&gt;</w:t>
        <w:br/>
        <w:t>... Дід вийшов за місто у ніч яснозору,&lt;br /&gt;</w:t>
        <w:br/>
        <w:t>Сідає в літак&lt;br /&gt;</w:t>
        <w:br/>
        <w:t>І здіймається вгору.&lt;br /&gt;</w:t>
        <w:br/>
        <w:t>Поклав біля себе здорових два клунки,&lt;br /&gt;</w:t>
        <w:br/>
        <w:t>В яких умостив школярам подарунки.&lt;br /&gt;</w:t>
        <w:br/>
        <w:t>Сидить в літаку він, немов у тачанці,&lt;br /&gt;</w:t>
        <w:br/>
        <w:t>У білім кожусі, у шапці-вушанці.&lt;br /&gt;</w:t>
        <w:br/>
        <w:t>Літак піднімається вище і вище...&lt;br /&gt;</w:t>
        <w:br/>
        <w:t>А дід тільки гладить своє бородище.&lt;br /&gt;</w:t>
        <w:br/>
        <w:t>Поглянув униз&lt;br /&gt;</w:t>
        <w:br/>
        <w:t>Зі своєї кабіни —&lt;br /&gt;</w:t>
        <w:br/>
        <w:t>Яка ж вона гарна, столиця Вкраїни!&lt;br /&gt;</w:t>
        <w:br/>
        <w:t>Сіяють Хрещатика нові будинки,&lt;br /&gt;</w:t>
        <w:br/>
        <w:t>І скрізь розцвіли новорічні ялинки.&lt;br /&gt;</w:t>
        <w:br/>
        <w:t>Круг них, золотистих,&lt;br /&gt;</w:t>
        <w:br/>
        <w:t>Струнких од природи,&lt;br /&gt;</w:t>
        <w:br/>
        <w:t>Кружляють веселих дітей хороводи.&lt;br /&gt;</w:t>
        <w:br/>
        <w:t>Дід каже пілоту:&lt;br /&gt;</w:t>
        <w:br/>
        <w:t>— Ану, розвернись&lt;br /&gt;</w:t>
        <w:br/>
        <w:t>І трошки візьми над ялинками вниз! —&lt;br /&gt;</w:t>
        <w:br/>
        <w:t>Пілот розвернувся. Мороз з літака&lt;br /&gt;</w:t>
        <w:br/>
        <w:t>Всміхається дітям. А потім гука:&lt;br /&gt;</w:t>
        <w:br/>
        <w:t>— Хто учиться з вас на "4" й на "5",&lt;br /&gt;</w:t>
        <w:br/>
        <w:t>Тих прошу я руки угору піднять! —&lt;br /&gt;</w:t>
        <w:br/>
        <w:t>І вмить&lt;br /&gt;</w:t>
        <w:br/>
        <w:t>Догори сотні рук підвелось.&lt;br /&gt;</w:t>
        <w:br/>
        <w:t>Дід швидко до клунка.&lt;br /&gt;</w:t>
        <w:br/>
        <w:t>Секунда...&lt;br /&gt;</w:t>
        <w:br/>
        <w:t>І ось&lt;br /&gt;</w:t>
        <w:br/>
        <w:t>Згори парашути, як білі пушинки,&lt;br /&gt;</w:t>
        <w:br/>
        <w:t>Летіли до рук, що звелись круг ялинки.&lt;br /&gt;</w:t>
        <w:br/>
        <w:t>На тих парашутах дарунки-пакети:&lt;br /&gt;</w:t>
        <w:br/>
        <w:t>Смачні шоколади і квітів букети,&lt;br /&gt;</w:t>
        <w:br/>
        <w:t>Хто ж мав у своєму щоденнику двійку,&lt;br /&gt;</w:t>
        <w:br/>
        <w:t>Гостинця тому не було й на копійку.</w:t>
      </w:r>
    </w:p>
    <w:p>
      <w:r>
        <w:br/>
        <w:t>— Та що це? — гукнули&lt;br /&gt;</w:t>
        <w:br/>
        <w:t>Всі хором умить.—&lt;br /&gt;</w:t>
        <w:br/>
        <w:t>Дивіться, який подарунок летить! —&lt;br /&gt;</w:t>
        <w:br/>
        <w:t>Вхопили. Була то граматика-книжка.&lt;br /&gt;</w:t>
        <w:br/>
        <w:t>У ній... дідусева лежала записка:&lt;br /&gt;</w:t>
        <w:br/>
        <w:t>"Дарую цю книжку&lt;br /&gt;</w:t>
        <w:br/>
        <w:t>Я учню Васькові,&lt;br /&gt;</w:t>
        <w:br/>
        <w:t>Щоб більш не робив&lt;br /&gt;</w:t>
        <w:br/>
        <w:t>Помилок він у мові".&lt;br /&gt;</w:t>
        <w:br/>
        <w:t>Вручили негайно записку Васькові.&lt;br /&gt;</w:t>
        <w:br/>
        <w:t>... А дід наш Мороз на швидкім літакові&lt;br /&gt;</w:t>
        <w:br/>
        <w:t>Уже розвертавсь над домами Подолу,&lt;br /&gt;</w:t>
        <w:br/>
        <w:t>Де сім'ї щасливі сідали до столу.&lt;br /&gt;</w:t>
        <w:br/>
        <w:t>Сідали батьки і дорослі їх діти,&lt;br /&gt;</w:t>
        <w:br/>
        <w:t>Щоб рік наступаючий піснею стріти,&lt;br /&gt;</w:t>
        <w:br/>
        <w:t>Щоб дружно підняти наповнені чаші:&lt;br /&gt;</w:t>
        <w:br/>
        <w:t>— За мир на землі і за успіхи наші! —&lt;br /&gt;</w:t>
        <w:br/>
        <w:t>Пілот усміхається:&lt;br /&gt;</w:t>
        <w:br/>
        <w:t>— Вийшли на трасу! —&lt;br /&gt;</w:t>
        <w:br/>
        <w:t>Летить дід Мороз в світле небо Донбасу&lt;br /&gt;</w:t>
        <w:br/>
        <w:t>Летить понад села й поля України.&lt;br /&gt;</w:t>
        <w:br/>
        <w:t>І видно йому у вікно із кабіни,&lt;br /&gt;</w:t>
        <w:br/>
        <w:t>Як в селах палають вогні електричні,&lt;br /&gt;</w:t>
        <w:br/>
        <w:t>Які там багаті столи новорічні.&lt;br /&gt;</w:t>
        <w:br/>
        <w:t>Заможним артільцям, майстрам урожаю&lt;br /&gt;</w:t>
        <w:br/>
        <w:t>Гука дід Мороз:&lt;br /&gt;</w:t>
        <w:br/>
        <w:t>— З Новим роком вітаю!&lt;br /&gt;</w:t>
        <w:br/>
        <w:t>... Ось в центрі села з білим садом довкола&lt;br /&gt;</w:t>
        <w:br/>
        <w:t>Стоїть у ялинки заквітчана школа.&lt;br /&gt;</w:t>
        <w:br/>
        <w:t>На гілках ялинових іграшки, квіти.&lt;br /&gt;</w:t>
        <w:br/>
        <w:t>Круг них веселяться колгоспників діти.&lt;br /&gt;</w:t>
        <w:br/>
        <w:t>Швиденько Мороз розгортає пакунки&lt;br /&gt;</w:t>
        <w:br/>
        <w:t>І сипле їм щедро свої подарунки:&lt;br /&gt;</w:t>
        <w:br/>
        <w:t>— Приймайте&lt;br /&gt;</w:t>
        <w:br/>
        <w:t>За успіхи добрі у школі&lt;br /&gt;</w:t>
        <w:br/>
        <w:t>Й за те, що батькам помагали на полі! —&lt;br /&gt;</w:t>
        <w:br/>
        <w:t>Все далі летить&lt;br /&gt;</w:t>
        <w:br/>
        <w:t>Срібнокрила машина.&lt;br /&gt;</w:t>
        <w:br/>
        <w:t>Летить, мовби вітер.&lt;br /&gt;</w:t>
        <w:br/>
        <w:t>Минає година...&lt;br /&gt;</w:t>
        <w:br/>
        <w:t>І дід наш Мороз у вікно помічає,&lt;br /&gt;</w:t>
        <w:br/>
        <w:t>Як небо все дужче і дужче палає:&lt;br /&gt;</w:t>
        <w:br/>
        <w:t>То сяє в нічний і торжественний час&lt;br /&gt;</w:t>
        <w:br/>
        <w:t>Мартенами й домнами славний Донбас!&lt;br /&gt;</w:t>
        <w:br/>
        <w:t>Донбас, що вугілля дає ешелони,&lt;br /&gt;</w:t>
        <w:br/>
        <w:t>Що плавить металу незлічені тонни,&lt;br /&gt;</w:t>
        <w:br/>
        <w:t>Що вдень і вночі у роботі гігантській&lt;br /&gt;</w:t>
        <w:br/>
        <w:t>Збагачує, зміцнює край наш радянський!&lt;br /&gt;</w:t>
        <w:br/>
        <w:t>... Палаци культури,&lt;br /&gt;</w:t>
        <w:br/>
        <w:t>Будинки нові.&lt;br /&gt;</w:t>
        <w:br/>
        <w:t>Ідуть у світлиці сини трудові,</w:t>
      </w:r>
    </w:p>
    <w:p>
      <w:r>
        <w:br/>
        <w:t>Сідають за довгі і повні столи.&lt;br /&gt;</w:t>
        <w:br/>
        <w:t>Мороз їм гукає:&lt;br /&gt;</w:t>
        <w:br/>
        <w:t>—Здорові були!&lt;br /&gt;</w:t>
        <w:br/>
        <w:t>За що ваші тости сьогодні? — питає.&lt;br /&gt;</w:t>
        <w:br/>
        <w:t>— За рідну Вітчизну, що квітне й зростає!&lt;br /&gt;</w:t>
        <w:br/>
        <w:t>За зорі свободи на ріднім Кремлі!&lt;br /&gt;</w:t>
        <w:br/>
        <w:t>За труд наш великий! За мир на землі!</w:t>
      </w:r>
    </w:p>
    <w:p>
      <w:r>
        <w:br/>
        <w:t>От-от вже дванадцять&lt;br /&gt;</w:t>
        <w:br/>
        <w:t>Куранти проб'ють.&lt;br /&gt;</w:t>
        <w:br/>
        <w:t>Летить дід Мороз наш. Продовжує путь.&lt;br /&gt;</w:t>
        <w:br/>
        <w:t>Летить, оглядає нові виднокруги...&lt;br /&gt;</w:t>
        <w:br/>
        <w:t>Ген-ген у полях простяглись лісосмуги.&lt;br /&gt;</w:t>
        <w:br/>
        <w:t>Садили їх люди тієї артілі,&lt;br /&gt;</w:t>
        <w:br/>
        <w:t>Що он за столами сидять звеселілі.&lt;br /&gt;</w:t>
        <w:br/>
        <w:t>Послав їм дідусь новорічний привіт&lt;br /&gt;</w:t>
        <w:br/>
        <w:t>І вже над Каховкою робить політ,&lt;br /&gt;</w:t>
        <w:br/>
        <w:t>Де скоро засяють, як чудо з чудес,&lt;br /&gt;</w:t>
        <w:br/>
        <w:t>Вогні електричні Каховської ГЕС.&lt;br /&gt;</w:t>
        <w:br/>
        <w:t>Величні будови уже підвелись!&lt;br /&gt;</w:t>
        <w:br/>
        <w:t>... В ту ніч дід Мороз&lt;br /&gt;</w:t>
        <w:br/>
        <w:t>Побував майже скрізь:&lt;br /&gt;</w:t>
        <w:br/>
        <w:t>В одеських матросів, що їх кораблі&lt;br /&gt;</w:t>
        <w:br/>
        <w:t>Вартують кордони на морі вдалі,&lt;br /&gt;</w:t>
        <w:br/>
        <w:t>У хатах колгоспних, що повні добра...&lt;br /&gt;</w:t>
        <w:br/>
        <w:t>Усюди святковість, прекрасна пора!&lt;br /&gt;</w:t>
        <w:br/>
        <w:t>Все дужче лунали пісні навкруги&lt;br /&gt;</w:t>
        <w:br/>
        <w:t>Й казились за морем од них вороги.&lt;br /&gt;</w:t>
        <w:br/>
        <w:t>Вернувсь дід Мороз у столичні квартали&lt;br /&gt;</w:t>
        <w:br/>
        <w:t>Тоді, як ви всі вже, розкинувшись, спали,&lt;br /&gt;</w:t>
        <w:br/>
        <w:t>Як снився вам сон, ніби й ви в літаку&lt;br /&gt;</w:t>
        <w:br/>
        <w:t>Рушаєте в путь,&lt;br /&gt;</w:t>
        <w:br/>
        <w:t>У мандрівку таку!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Мандрівка Діда Мороза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