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Мама більше не любитиме Катю</w:t>
      </w:r>
    </w:p>
    <w:p>
      <w:r>
        <w:br/>
        <w:t xml:space="preserve"> &lt;p&gt;Ольга схопилася за спинку стільця і затаїла дух. Це вже вдруге за вечір щось гостре розпанахало їй всередині живіт і блискавкою запалило там притихлі болі.</w:t>
      </w:r>
    </w:p>
    <w:p>
      <w:r>
        <w:br/>
        <w:t>"Починається! — подумала Ольга.— Тепер уже таки справді починається..."</w:t>
      </w:r>
    </w:p>
    <w:p>
      <w:r>
        <w:br/>
        <w:t>Так починалося воно й чотири роки тому, коли вона вперше родила. Тільки чого ж тепер так боляче? Далебі, здається, болючіше, як тоді, коли вона породила Катю. Може, це тому, що тоді коло неї був Микола? Ой, як він розгубився тоді, коли в неї почалися перейми! Замість кепки насунув собі на голову її берет, а в дитячі пелюшки загорнув кухонний фартух...</w:t>
      </w:r>
    </w:p>
    <w:p>
      <w:r>
        <w:br/>
        <w:t>— Ох, як тебе треба б тепер, Миколо! Ох, як треба...— зітхнула Ольга і оглянулася бентежним поглядом по кімнаті. Навколо сутеніло, і крізь одчинені на балконі двері видно було, як десь на заході, за далеким нагромадженням кам'яниць і дерев, звільна догорав довгий літній день. Стрілка на будильнику, що стояв на круглому, накритому білою скатертиною столику, перейшла вже за десяту. В кімнаті прибрано, чисто, не сором, коли хтось і сторонній зайде. Тільки чогось занадто вже тихо...</w:t>
      </w:r>
    </w:p>
    <w:p>
      <w:r>
        <w:br/>
        <w:t>— А де ж це Катя? — похопилась Ольга і з тривогою пройшла через кімнату, щоб вийти на балкон.</w:t>
      </w:r>
    </w:p>
    <w:p>
      <w:r>
        <w:br/>
        <w:t>На балконі, засунувши ніжки між залізними прутами й спираючись грудьми на поручні, Катя низько перехилилась і дивилась у двір.</w:t>
      </w:r>
    </w:p>
    <w:p>
      <w:r>
        <w:br/>
        <w:t>У Ольги захололо серце:</w:t>
      </w:r>
    </w:p>
    <w:p>
      <w:r>
        <w:br/>
        <w:t>— Скільки ж разів казала тобі, Катю,— не лазь туди! Чи довго ж упасти!</w:t>
      </w:r>
    </w:p>
    <w:p>
      <w:r>
        <w:br/>
        <w:t>Ольга метнулася знімати доньку з огорожі й з острахом глянула за. поручні. Там, чотирма поверхами нижче, на асфальтованому дні двору, стиснутого високими стінами, було майже темно. На автомашині, з якої два робітники вигрібали лопатами вугілля, вже світилися фари. Дрібні газетні клаптики, кинуті щойно з балкона, летіли, коливаючись, униз і, попавши під проміння фар, яскраво спалахували. Це за ними й стежила, схиливши набік головку, чотирьохлітня Катя.</w:t>
      </w:r>
    </w:p>
    <w:p>
      <w:r>
        <w:br/>
        <w:t>— Іще що вигадала! Хіба ж можна так? — обурювалась Ольга, беручи доньку під пахви.</w:t>
      </w:r>
    </w:p>
    <w:p>
      <w:r>
        <w:br/>
        <w:t>Каті важко було одірвати очі від двох останніх папірців, що саме падали в освітлену смугу, і вона тицяла вниз пальцем:</w:t>
      </w:r>
    </w:p>
    <w:p>
      <w:r>
        <w:br/>
        <w:t>— • Метелики, метелики!.. Правда, мамо,— як метелики? Та Ользі не було коли відповідати. Поки відпустило,</w:t>
      </w:r>
    </w:p>
    <w:p>
      <w:r>
        <w:br/>
        <w:t>треба скоріше збиратися. Вона причинила на балкон двері й підійшла до гардероба. Висунула шухляду й заходилася сквапно перекладати прасовану сорочку, та в цю мить її знову схопило. Вона прикусила з болю губу, щоб не застогнати, кинула назад до шухляди сорочку й звелася на ноги. Ні, таки треба мерщій іти: щось часто вже бере її... Але що ж з Катею робити? Не лишиш же її саму в квартирі. До Мар-ківни хіба? У неї дочка й зять удень на заводі, а сама вона завсіди дома, цілий день коло хазяйства порається. Та й сама ж Марківна якось натякала про це... і, перемагаючи біль, що корчив усе тіло, Ольга подалася до квартирної сусідки, старої Марії Марківни.</w:t>
      </w:r>
    </w:p>
    <w:p>
      <w:r>
        <w:br/>
        <w:t>— Почалося, кажеш? Диви!..— одразу, без слів, зрозуміла з Ольжиного лиця Марківна й зашепотіла: — Ну, збирайся, збирайся, голубко...</w:t>
      </w:r>
    </w:p>
    <w:p>
      <w:r>
        <w:br/>
        <w:t>Ольга передихнула й хотіла просити за Катю, та Марківна вже випередила її:</w:t>
      </w:r>
    </w:p>
    <w:p>
      <w:r>
        <w:br/>
        <w:t>— І не турбуйся! Катю візьму до нас, кімнату твою приберу й догляну... Ти й не думай про це... Аби тільки там у тебе...— вона не доказала і скоса глянула на Ольжин живіт, що надимався крізь квітчастий халат. Марківна зітхнула й поклала Ользі на руку свою коротку долоню з гладкими, як сосиски, пальцями.</w:t>
      </w:r>
    </w:p>
    <w:p>
      <w:r>
        <w:br/>
        <w:t>— Ти, Оленько, не барися. Краще загодя до лікарні, а ми вже тут з Катею самі все — і печене, і варене...— І, злегка підштовхнувши Ольгу, Марківна боком вкотилася в двері Ольжиної кімнати. Ольга почула зненацька поза спиною дріж.</w:t>
      </w:r>
    </w:p>
    <w:p>
      <w:r>
        <w:br/>
        <w:t>— Чогось мені наче холодно, хоч пальто одягай,— мерзлякувато скулилася вона.</w:t>
      </w:r>
    </w:p>
    <w:p>
      <w:r>
        <w:br/>
        <w:t>— А чого ж, одягни й пальто,— враз погодилася Марківна й прудко, як на її літа й огрядну постать, підійшла до вішалки, зняла зелене пальто, по-хазяйському здмухнула з рукава якесь випадкове пір'ячко й помогла Ользі одягтись.</w:t>
      </w:r>
    </w:p>
    <w:p>
      <w:r>
        <w:br/>
        <w:t>— Одягай, одягай, голубко! Це буває: то в жар кине, то в холод, а як же!..</w:t>
      </w:r>
    </w:p>
    <w:p>
      <w:r>
        <w:br/>
        <w:t>— Мамочко, а я? — озвалася позаду Катя, про яку на хвилину забули.</w:t>
      </w:r>
    </w:p>
    <w:p>
      <w:r>
        <w:br/>
        <w:t>— А ти будеш з...— повернулася до неї Ольга, та раптом нова потужна перейма урвала їй мову, і, щоб' не виявити перед дитиною свого страшного болю, Ольга скривилась і мимоволі заскреготіла зубами. Марківна й собі обернулася до Каті й затулила своєю широкою спідницею Ольгу.</w:t>
      </w:r>
    </w:p>
    <w:p>
      <w:r>
        <w:br/>
        <w:t>— А ти, Катенько, підеш до нас, подивишся, як маленький котик мишку ловить. Добре?</w:t>
      </w:r>
    </w:p>
    <w:p>
      <w:r>
        <w:br/>
        <w:t>Іншим разом це спокусило б Катю. Сусідський котик такий гарненький! Сам чорний, а мордочка й лапки в нього біленькі, і оченята — що ті чортики, як каже Марківна,— тільки зирк-зирк, так і дивляться, за що б ото лапками вчепитись, що б його ще втнути?.. Не щодня випадає нагода побавитися з тим котиком, та ще в цю пору, коли мама звичайно кладе Катю спати. Але зараз Катя насторожилася: куди це мама хоче йти проти ночі й нічого їй не каже? Такого ще не бувало. Це занепокоїло Катю, а Марківна все умовляє:</w:t>
      </w:r>
    </w:p>
    <w:p>
      <w:r>
        <w:br/>
        <w:t>— Ходім, Катенько, ходім, серденько!</w:t>
      </w:r>
    </w:p>
    <w:p>
      <w:r>
        <w:br/>
        <w:t>— У вас уже нема мишок — їх стара Мурка всіх виловила! — вередливо відповіла Катя й витягнула вбік худеньку шийку, щоб глянути з-за спідниці Марківни, чого це раптом замовкла мама.</w:t>
      </w:r>
    </w:p>
    <w:p>
      <w:r>
        <w:br/>
        <w:t>— Ну, то казочку котик тобі розкаже. Знаєш, як ото він уміє: мур-мур-мур...</w:t>
      </w:r>
    </w:p>
    <w:p>
      <w:r>
        <w:br/>
        <w:t>Марківна почала швидко гладити обома руками Катину голову, намагаючись Гдалі затуляти собою Ольгу з її мукою, та в цей час Ольга глибоко зітхнула.</w:t>
      </w:r>
    </w:p>
    <w:p>
      <w:r>
        <w:br/>
        <w:t>— Одпустило! Піду вже...</w:t>
      </w:r>
    </w:p>
    <w:p>
      <w:r>
        <w:br/>
        <w:t>— Стривай, я ж Настю зараз гукну, хай проведе тебе,— заклопоталася Марківна, та Ольга захитала головою:</w:t>
      </w:r>
    </w:p>
    <w:p>
      <w:r>
        <w:br/>
        <w:t>— Ні, ні, я сама. Це ж близько.</w:t>
      </w:r>
    </w:p>
    <w:p>
      <w:r>
        <w:br/>
        <w:t>— Ой, гляди! А то б, може, все ж таки...</w:t>
      </w:r>
    </w:p>
    <w:p>
      <w:r>
        <w:br/>
        <w:t>Ольга рішуче заперечила. Одну тільки людину хотіла б Бона зараз мати коло себе, один тільки Микола провів би її оце до самої лікарні, та... Ольга ще раз важко зітхнула й підійшла до Каті попрощатися. Вона нахилилась до принишклої, розгубленої доньки, і на мить їй привиділося, наче то не Катя дивиться на неї, а то Миколині широко розплющені очі спинилися на ній тривожно... Ольга притягнула до своєї щоки Катину скроню, глянула ще раз на її спантеличене личко, міцно поцілувала в чоло й рвучко випросталася.</w:t>
      </w:r>
    </w:p>
    <w:p>
      <w:r>
        <w:br/>
        <w:t>— Ну, хай же тобі там!..— витираючи губи, підійшла прощатися Марківна.— Головне — не думай!</w:t>
      </w:r>
    </w:p>
    <w:p>
      <w:r>
        <w:br/>
        <w:t>Вона погладила Ольгу по плечу й пригорнула до себе Катю. Катя закліпала повіками й, коли побачила, що мама виходить, стрепенулась і, пориваючись уперед, так благально промовила, що в Ольги аж стиснулося серце.</w:t>
      </w:r>
    </w:p>
    <w:p>
      <w:r>
        <w:br/>
        <w:t>— Ти ж тільки недовго, мамочко! Скоріш!</w:t>
      </w:r>
    </w:p>
    <w:p>
      <w:r>
        <w:br/>
        <w:t>— Добре, добре! — сказала Ольга, обережно ступаючи, але за звичкою, як і завжди, додала:</w:t>
      </w:r>
    </w:p>
    <w:p>
      <w:r>
        <w:br/>
        <w:t>— Ти ж там не балуйся.</w:t>
      </w:r>
    </w:p>
    <w:p>
      <w:r>
        <w:br/>
        <w:t>"Вся, вся в батька!" — думала Ольга, спускаючись у густу сутінь сходів, і щемка туга огортала її, а в ушах усе ще звучали останні Катині слова: "Ти ж тільки недовго..."</w:t>
      </w:r>
    </w:p>
    <w:p>
      <w:r>
        <w:br/>
        <w:t>Хоч-не-хоч, а треба було залишати на чужі руки дитину. Хоч і добрі, сердечні люди Марківна і її Настя з чоловіком, а все ж не своя сім'я. А попереду насувалося те невідоме, про що Ольга ввесь час уникала думати, та воно вже підступило й хтозна на скільки то днів одірвало її від Каті.</w:t>
      </w:r>
    </w:p>
    <w:p>
      <w:r>
        <w:br/>
        <w:t>Ольга вийшла на вулицю, й, після сутінок довгих сходів, їй здалося тут ще зовсім світло, аж стало легше на душі. Вона не зважилась їхати трамваєм, бо з хвилини на хвилину чекала нових перейм, а таксі близько не видно було, і вона, не вагаючись, пішла пішки. Не так до лікарні вже й далеко, тільки от — три вулиці перейти треба. Дві — нічого, тихенькі, а на третій машини густо ходять, та ще й тролейбусна лінія. Коли б тільки її раптом не схопило серед тої вулиці!.. І Ольга знову відчула, як їй бракує Миколи. Був би оце він коло неї, їй би й журби мало. Сперлась би вона тепер на його міцну, мов линвою переплетену, мускулясту руку, і тільки й думки було б їй, щоб якось необережним рухом дитяті шкоди не завдати. Та нема Миколи... Півроку тому, коли вона була вже на третьому місяці, помер нагло її Микола. Повернувся в неділю з полювання, ще й зайця тоді приніс, сів вечеряти, і раптом стало йому недобре. Схопився рукою за груди, ліг на ліжко і зажко дихає. Перелякалась Ольга, кинулась до чоловіка, а він заспокоює: "Нічого, пусте! Пішки багато виходив за день, от і підтоптався..." Катя в кутку з забитим зайчиком бавиться, хоче посадити його на задні лапи, а Ольгу неспокій бере: ой, чи ж так воно, чи ж минеться?.. Таки не минулося. Цілу ніч не могла заснути, прислухаючись до тяжкого, уривчастого дихання свого чоловіка, а перед ранком, коли зовсім став плохий Микола, кинулася з дому до ближчої аптеки. Незчулася, як і прибігла туди, як там телефонували по "швидку допомогу". І приїхали лікарі звідти швидко — тільки-но Ольга до своїх дверей вернулась, аж чує — і машина під'їжджає. Та що з того! Помер однаково Микола...</w:t>
      </w:r>
    </w:p>
    <w:p>
      <w:r>
        <w:br/>
        <w:t>Серце, казали потім лікарі, було в нього дуже кволе, ну, й натрудив до того ж, видимо... Але не могла повірити тому Ольга. Як же — серце, коли він ніколи не хворів, не жалівся? Всю війну пройшов, бився під Сталінградом, виганяв фашистів із Києва, геть аж в Австрію занесло його — і нічого, не поранило навіть ні разу, а тут — серце!..</w:t>
      </w:r>
    </w:p>
    <w:p>
      <w:r>
        <w:br/>
        <w:t>Нова перейма змусила її спинитись і на кілька хвилин обірвала її думки. А коли їй одлягло й вона пішла далі, до неї знову повернулись її невеселі спогади.</w:t>
      </w:r>
    </w:p>
    <w:p>
      <w:r>
        <w:br/>
        <w:t>Ні, не вірилось Ользі, щоб кволе серце Миколи могло призвести до такої біди. І саме тоді, коли б жити йому й жити. Коли життя, загоївши воєнні рани, вийшло на рівну путь... От хоч би й їхня невеличка сім'я: і він, і вона працювали на одному заводі, та "Транссигналі", він токарем, а вона контролером у збиральному цеху вимірювальних приладів; обоє добре заробляли, вдяглися так, що не сором і на люди показатись,— обставили квартиру меблями, стояв уже й гардероб з дзеркалом, про який так довго мріяла Ольга; от тільки моторного човна так і не спромігся придбати собі Микола — вмер... І знову Ольга не могла погодитися з безглуздям смерті. Вмерти, коли нарешті легше стало жити, коли підросла трохи їхня Катя, коли Ольга вдруге завагітніла!.. А Микола ж так хотів ще хлопчика, сина!..</w:t>
      </w:r>
    </w:p>
    <w:p>
      <w:r>
        <w:br/>
        <w:t>У цьому крилась якась неперейдена велика несправедливість, якась страшна кривда, що її, як удар відкілясь несподівано, з-за кутка, заподіяно Ользі. Але хто заподіяв — вередлива доля, людські заздрощі, людська злоба? Хто?..</w:t>
      </w:r>
    </w:p>
    <w:p>
      <w:r>
        <w:br/>
        <w:t>Чи ж і Ользі вірити, як і досі вірила стара Марківна, в пристріт, у таємниче, заворожене зілля, що ним десь звели її Миколу лихі люди, чи, може, якась підступна жінка-роз-лучниця?.. Дурниці! Не було в Миколи ворогів. Зо всіма був лагідний, приязний, а що вже сім'ї держався — пошукати такого. То вже Ольга добре знала. Чи в гості куди, чи в кіно там, або іноді й до театру — ніколи Микола сам не ходив, усе з нею. Хіба що ото часом тільки поїде з товаришами качки постріляти, а Ользі, ніде правди діти, не зовсім те подобалося. Та і з цим виходило часто на її: бувало, кортить йому в неділю восени майнути на ті болота, а він подивиться мовчки на неї, гляне на Катю, зітхне тихенько і — поїдуть вони втрьох на цілий день до зоопарку!..</w:t>
      </w:r>
    </w:p>
    <w:p>
      <w:r>
        <w:br/>
        <w:t>Ні, то дурне плескала тоді їй нерозважна Марківна, яка хоч і забула вже свого бога, а ще й досі боїться лихого ока!</w:t>
      </w:r>
    </w:p>
    <w:p>
      <w:r>
        <w:br/>
        <w:t>І все ж щось незрозуміле оповивало Ользі смерть її чоловіка. Чогось не догледіли тоді лікарі, щось, мабуть, пропустили...</w:t>
      </w:r>
    </w:p>
    <w:p>
      <w:r>
        <w:br/>
        <w:t>З того часу мов захолонула до всього Ольга. Збайдужіла й до себе. Хтозна, чи пішла б вона два тижні тому до поліклініки взяти відпустку, якби товаришки з цеху мало не силоміць випхнули:</w:t>
      </w:r>
    </w:p>
    <w:p>
      <w:r>
        <w:br/>
        <w:t>— Тобі давно вже треба в декреті бути, а ти на роботі крутишся! Чи ж довго до біди?</w:t>
      </w:r>
    </w:p>
    <w:p>
      <w:r>
        <w:br/>
        <w:t>Лікарка в полікліниці, простягаючи Ользі бюлетень, ще раз сказала:</w:t>
      </w:r>
    </w:p>
    <w:p>
      <w:r>
        <w:br/>
        <w:t>— Видимо, у вас усе ж таки многовіддя, а може, навіть... У всякому разі треба звернутися до консультації вагітних або до нашого гінеколога, він завтра приймає з десятої.</w:t>
      </w:r>
    </w:p>
    <w:p>
      <w:r>
        <w:br/>
        <w:t>Нікуди не пішла більше Ольга. Лікарі завжди щось</w:t>
      </w:r>
    </w:p>
    <w:p>
      <w:r>
        <w:br/>
        <w:t>вигадають. Таке в неї многовіддя, як у Миколи тоді — кволе</w:t>
      </w:r>
    </w:p>
    <w:p>
      <w:r>
        <w:br/>
        <w:t>серце! _ —</w:t>
      </w:r>
    </w:p>
    <w:p>
      <w:r>
        <w:br/>
        <w:t>Але після поліклініки Ольга немов прокинулася від тяжкої дрімоти. Тепер, коли наближалися пологи й Ольга чула це, коли не треба було вже квапитися на завод, коли, одвівши Катю до садка, Ольга залишалася в кімнаті сама, вона гарячково бралася готувати все потрібне для майбутньої дитини. В руках у неї біліли то викроєні пелюшки, то пошиті вже сорочечки, то мережаний чепчик. Тільки коли її зненацька штовхало в череві, вона припиняла роботу й слухала. Дитина ворушиться!.. Ця дитина, що коли-не-коли нагадувала про себе легким поштовхом, жила в ній. Вона почала жити ще тоді, коли був живий гМикола. І тоді</w:t>
      </w:r>
    </w:p>
    <w:p>
      <w:r>
        <w:br/>
        <w:t>Ользі здавалося, що не весь помер її Микола, щось-таки залишилося по нім, щось живе від нього. І лице Ольги тихо ясніло...</w:t>
      </w:r>
    </w:p>
    <w:p>
      <w:r>
        <w:br/>
        <w:t>Ось і ця широка вулиця, де раз у раз сновигають машини. Ольга пройшла кілька кроків до переходу на розі й, затримавшись на хвилину, глянула в лівий бік. Зліва було безпечно, машин нема, лиш здалеку сунув тролейбус, і Ольга рішуче ступила з панелі. Коли вона була вже недалеко міліціонера, що манірно, як дирижер у опері, розмахував білою палицею посеред вулиці, показуючи машинам путь, її знову взяло. Та ще як взяло! Світ потемнів їй в очах і застиг, як та блискуча машина, що за кілька кроків від неї застигла нараз, стогнучи гальмами...</w:t>
      </w:r>
    </w:p>
    <w:p>
      <w:r>
        <w:br/>
        <w:t>А далі в пам'яті затрималися тільки синій рукав міліцейського мундира, що підтримував її збоку, стурбоване обличчя незнайомої жінки, —яка заспокоювала її "нічого, нічого, зараз доїдемо!" і сірий капелюх поважного чоловіка, що керував, мабуть, машиною... І нарешті спокійно, тьмяне світло, білі халати, тиша — лікарня."</w:t>
      </w:r>
    </w:p>
    <w:p>
      <w:r>
        <w:br/>
        <w:t>Другого дня Катя прокинулася здивована. Передусім у лице їй світило веселе, грайливе сонечко, і в кімнаті метушилося кілька людей. Що таке? Вдома сонечко заглядало в кімнату тільки після обіду, а ранком у кімнаті були сірі присмерки й тиша, поки мама не прийде з кухні, нагодує Катю й одведе до садка. А де ж мама?.. Тільки вже як почула голос Марківни, Катя зрозуміла. Це ж звечора, коли пішла з дому мама, її забрала до себе Марківна. А в кімнаті — тьотя Настя і мовчазний дядя Прохір, якого Катя сама собі зве "дядя Тхір". А мама, значить, ще не повернулася. Чому?.. Але Марківна не дала Каті розмислю-вати. Швиденько вбрала її, вмила, нагодувала й одвела до садка. А далі все пішло, як завжди.</w:t>
      </w:r>
    </w:p>
    <w:p>
      <w:r>
        <w:br/>
        <w:t>А от сьогодні Каті видався день, як поламаний. Щоправда, ранком тьотя Настя і дядя Тхір, як і вчора, похапцем поснідали й метнулися на трамвай до заводу, але Марківна не відвела Катю до садка, а одразу ж за донькою й зятем пошкандибала на базар та по крамницях, прихопивши з собою і Катю. Катя спочатку зраділа. На базарі її зацікавили і кошики, повні полуниць, і велика риба з розкритими червоними зябрами, та тільки-но Катя хотіла помацати пучкою "риб'ячі вушка", як Марківна потягла її далі. В крамниці Катя побачила дівчинку, яку держала за руку її чепурна мама. Синя спідничка-плісе, білі панчішки й пишний блакитний бант, що величезним метеликом стирчав на її білявому, як у ляльки, волоссі, враз увібрали Каті очі, й вона в захваті подумала: "Ой, яка ж хацька!"</w:t>
      </w:r>
    </w:p>
    <w:p>
      <w:r>
        <w:br/>
        <w:t>У Каті була своя мова. Вона переінакшувала слова, створювала нові або відомим усім словам надавала зовсім іншого, несподіваного змісту. Ця мова тішила Катю, коли вона розмовляла сама з собою, і дуже пантеличила, коли Катя вдавалась до інших.</w:t>
      </w:r>
    </w:p>
    <w:p>
      <w:r>
        <w:br/>
        <w:t>Дівчинка з бантом теж звернула увагу на Катю і, поки її мама стояла в черзі до каси, була не від того щоб познайомитися. Катя підійшла до дівчинки й для першого знайомства сказала комплімент:</w:t>
      </w:r>
    </w:p>
    <w:p>
      <w:r>
        <w:br/>
        <w:t>— У тебе гарнюній бантик!</w:t>
      </w:r>
    </w:p>
    <w:p>
      <w:r>
        <w:br/>
        <w:t>Мама маленької красуні підозріло глянула на Катю, мерщій взяла з каси чек і потягла дівчинку з собою до прилавка. Та й Марківна вже гукала Катю коло виходу. Катя неохоче пішла, раз у раз оглядаючись, щоб іще раз побачити чарівну "хацьку".</w:t>
      </w:r>
    </w:p>
    <w:p>
      <w:r>
        <w:br/>
        <w:t>А коли вони повернулись і Марківна заходилася прати</w:t>
      </w:r>
    </w:p>
    <w:p>
      <w:r>
        <w:br/>
        <w:t>дещо з білизни, а потім варити обід, настрій Каті почав</w:t>
      </w:r>
    </w:p>
    <w:p>
      <w:r>
        <w:br/>
        <w:t>псуватися. Сьогодні, перший раз не пішовши в садик, вона</w:t>
      </w:r>
    </w:p>
    <w:p>
      <w:r>
        <w:br/>
        <w:t>не знала, до чого б прикласти рук. Можна було б піти</w:t>
      </w:r>
    </w:p>
    <w:p>
      <w:r>
        <w:br/>
        <w:t>на балкон і подивитись, що робиться на вулиці, бо тут</w:t>
      </w:r>
    </w:p>
    <w:p>
      <w:r>
        <w:br/>
        <w:t>балкон виходив не в двір, як удома, а на вулицю, і з нього,</w:t>
      </w:r>
    </w:p>
    <w:p>
      <w:r>
        <w:br/>
        <w:t>мабуть, можна було б дотягтися рукою до верховіття</w:t>
      </w:r>
    </w:p>
    <w:p>
      <w:r>
        <w:br/>
        <w:t>дерев і зірвати листячко, та Марківна це рішуче заборо-</w:t>
      </w:r>
    </w:p>
    <w:p>
      <w:r>
        <w:br/>
        <w:t>няла. Якби це в своїй квартирі, Катя побувала б уже і на</w:t>
      </w:r>
    </w:p>
    <w:p>
      <w:r>
        <w:br/>
        <w:t>балконі, відчинила б гардероб і приміряла б на собі черво-</w:t>
      </w:r>
    </w:p>
    <w:p>
      <w:r>
        <w:br/>
        <w:t>ний мамин берет, але, відколи мама пішла з дому, Катю</w:t>
      </w:r>
    </w:p>
    <w:p>
      <w:r>
        <w:br/>
        <w:t>не пускали туди. І де поділась мама, чого її.нема? Каті</w:t>
      </w:r>
    </w:p>
    <w:p>
      <w:r>
        <w:br/>
        <w:t>стало журно, й вона тоненьким, ладним ось-ось заплакати,</w:t>
      </w:r>
    </w:p>
    <w:p>
      <w:r>
        <w:br/>
        <w:t>голосом спитала Марківну: ^</w:t>
      </w:r>
    </w:p>
    <w:p>
      <w:r>
        <w:br/>
        <w:t>— Чого мама не йде? Я хочу мами!</w:t>
      </w:r>
    </w:p>
    <w:p>
      <w:r>
        <w:br/>
        <w:t>— А ось зварю обід і піду спитаю, коли мама прийде,— спробувала була заспокоїти її Марківна, та Катя стала вередувати: "І я з вами, і я піду!" Але Марківна, щоб не гаяти часу, вже не звертала на неї уваги. Впоравшись з обідом, Марківна поклала в сіточку пляшку з молоком, свіжо-спечені пиріжки й, завагавшись хвилину та важко зітхнувши, нарвала на балконі й маленький букет з петуній та красольок. Накинула на голову хустку, сунула Каті в руки два гарячих пиріжки й нашвидку погладила по голівці.</w:t>
      </w:r>
    </w:p>
    <w:p>
      <w:r>
        <w:br/>
        <w:t>— Ну, ти тут побудь, Катенько, а я скоро... Та й Настя з Прохором зараз прийдуть.— І Марківна пішла, міцно пристукнувши за собою зовнішніми дверима.</w:t>
      </w:r>
    </w:p>
    <w:p>
      <w:r>
        <w:br/>
        <w:t>Залишившись сама, Катя пожвавішала й стала обмірковувати, як їй найкраще використати те, що в квартирі нікого нема. Можна запалити газову плитку й дивитись, як тихо блимають сині вогники-світлячки, можна покрутити швейну машину, ба навіть спробувати пошити на ній трусики ляльці. Та, леле, кухня, виявляється, замкнута, як замкнуто й двері на балкон, а швейну машину накрито важким покрівцем, і Катя не знала, як його скинути. Побачивши, що до всіх розваг не доступитися зараз, Катя засумувала і відчула свою самотність. Усі пішли, покинули Катю, замкнули саму в квартирі!.. А головне — мама. Де вона? Чому не вертається? Розсердилася на Катю? За що? Катя ж була в той день слухняна, не шкодила... Хіба що за оті папірці, що Катя з балкона в двір кидала, так то ж тільки трошки, та й мама про це скоро забула... Чого ж мама не йде до Каті?..</w:t>
      </w:r>
    </w:p>
    <w:p>
      <w:r>
        <w:br/>
        <w:t>Катя зашилась у куток, де лежали її розкидані немилі тепер цяцьки, й тихенько заплакала.</w:t>
      </w:r>
    </w:p>
    <w:p>
      <w:r>
        <w:br/>
        <w:t>Такою її застали, повернувшись з роботи, тьотя Настя й дядя Тхір.</w:t>
      </w:r>
    </w:p>
    <w:p>
      <w:r>
        <w:br/>
        <w:t>— Чого це ти, Катюшо? Що з тобою? — присіла навпочіпки перед нею тьотя Настя, підіймаючи її низько опущену голівку й заглядаючи у відчужені, вовкуваті оченята.</w:t>
      </w:r>
    </w:p>
    <w:p>
      <w:r>
        <w:br/>
        <w:t>— Мама...</w:t>
      </w:r>
    </w:p>
    <w:p>
      <w:r>
        <w:br/>
        <w:t>— Що — мама? — допитувалась тьотя Настя, та личко Каті скривилось, і вона заридала.</w:t>
      </w:r>
    </w:p>
    <w:p>
      <w:r>
        <w:br/>
        <w:t>У цей час повернулась і Марківна.</w:t>
      </w:r>
    </w:p>
    <w:p>
      <w:r>
        <w:br/>
        <w:t>— О! Такої!..</w:t>
      </w:r>
    </w:p>
    <w:p>
      <w:r>
        <w:br/>
        <w:t>Марківна прудко повісила на цвяшок сіточку й стурбовано підкотилась до Каті.</w:t>
      </w:r>
    </w:p>
    <w:p>
      <w:r>
        <w:br/>
        <w:t>— Чого ж це ти, Катенько! Що тобі?</w:t>
      </w:r>
    </w:p>
    <w:p>
      <w:r>
        <w:br/>
        <w:t>Знайомий ласкавий голос Марківни трохи заспокоїв Катю, і вона, схлипуючи, потяглася до неї.</w:t>
      </w:r>
    </w:p>
    <w:p>
      <w:r>
        <w:br/>
        <w:t>— Я до мами хочу.</w:t>
      </w:r>
    </w:p>
    <w:p>
      <w:r>
        <w:br/>
        <w:t>— —До мами? Е-е, мамі твоїй зараз ніколи: у неї тепер ще дві лялі є.</w:t>
      </w:r>
    </w:p>
    <w:p>
      <w:r>
        <w:br/>
        <w:t>— Як?! — здивувалася не стільки Катя, як тьотя Настя, аж звелась одразу на ноги, і здивовано підвів брови мовчазний дядя Тхір.</w:t>
      </w:r>
    </w:p>
    <w:p>
      <w:r>
        <w:br/>
        <w:t>— Двійнята. Близнюки ж у Ольги!.. І хто б міг думати! — захоплено оповідала Марківна дочці й зятеві новину, не звертаючи більше на Катю уваги.— Там тих подруг з заводу до неї понаходило! Тільки нікого ще не пускають до Ольги, рано ще, кажуть, не можна, а так усе добре... А що вже тих квітів їй понаносили, цукерок, апельсинів!.. Це ж мама й тобі, Катенько, передала три,— похопилася Марківна й виклала з сіточки на стіл три жовтогарячі помаранчі.</w:t>
      </w:r>
    </w:p>
    <w:p>
      <w:r>
        <w:br/>
        <w:t>— Тільки зараз не їж, після обіду будеш...</w:t>
      </w:r>
    </w:p>
    <w:p>
      <w:r>
        <w:br/>
        <w:t>Катя широко розплющеними очима непорозуміло дивилась на Марківну. Хоч вона й дуже любила помаранчі, і такі ласощі випадали їй не часто, але зараз Катю цікавило інше:</w:t>
      </w:r>
    </w:p>
    <w:p>
      <w:r>
        <w:br/>
        <w:t>— Які лялі?</w:t>
      </w:r>
    </w:p>
    <w:p>
      <w:r>
        <w:br/>
        <w:t>— Хлопчики. Братиками будуть тобі тепер. Там такі ж гарні, такі гарні, що мама й очей одірвати від них не може!..</w:t>
      </w:r>
    </w:p>
    <w:p>
      <w:r>
        <w:br/>
        <w:t>Катя тяжко замислилась. Лялі? Хлопчики? Звичайно лялі бувають дівчатками, хоч у крамниці Катя бачила одного разу й невеликого хлопчика-лялю. Але ж мама досі любила тільки Катю і їй байдуже було до всяких ляль. А тепер — "очей одірвати не може" від якихось ляль, що завелися там у неї, та ще — хлопчиків-ляль!.. І це через них мама не йде до Каті?.. Незрозуміла образа отрутою заповзала в її маленьке серце, і гіркий кім'яшок підступав до горла, але плакати стало соромно. Катя набурмосила губки й насупилася.</w:t>
      </w:r>
    </w:p>
    <w:p>
      <w:r>
        <w:br/>
        <w:t>— Нічого! — кинула їй на ходу Марківна, накриваючи стіл.— Післязавтра підемо з тобою, провідаємо маму. Може, вона нам і ті лялі свої покаже...</w:t>
      </w:r>
    </w:p>
    <w:p>
      <w:r>
        <w:br/>
        <w:t>Катя старанно готувалася до цього дня. Навіть коли напередодні Марківна заходилась увечері мити їй голову — найбільше чого не любила Катя,— вона й це стерпіла. Марківна повагом намилювала її м'яке волосся, аж поки мило не зайшло Каті в очі, й тільки тоді вона замахала заперечливо рученятами, але не заплакала. їй не хотілося сьогодні так рано підійматися з ліжка, але, почувши від Марківни, що вони підуть до мами, Катя враз схопилася, їй кортіло скоріше подивитися на мамині лялі.</w:t>
      </w:r>
    </w:p>
    <w:p>
      <w:r>
        <w:br/>
        <w:t>І ось убрана в усе чистеньке, причепурена, гладенько зачесана Катя вже готова. Вона підбігла до столика, де стояло дзеркало, і стала колінами на стільця, щоб краще роздивитися на червоний бантик, який начепила їй на голову з своєї стрічки тьотя Настя. Він був не такий широкий і пишний, як у тої купавої "хацьки" в крамниці та все ж гарний — червоний, і Катя, покрутившись перед дзеркалом, вирішила, що бантик їй личить. Тепер можна й іти.</w:t>
      </w:r>
    </w:p>
    <w:p>
      <w:r>
        <w:br/>
        <w:t>Марківна насмажила мамі млинців, налила в пляшку молока й урочисто подала Каті великий букет квітів, що його ще звечора принесла для мами тьотя Настя.</w:t>
      </w:r>
    </w:p>
    <w:p>
      <w:r>
        <w:br/>
        <w:t>— А вони заплющують очі? — спитала Катя Марків ну, коли та критичним оком ще раз перед тим, як вийти на вулицю, оглянула Катю.</w:t>
      </w:r>
    </w:p>
    <w:p>
      <w:r>
        <w:br/>
        <w:t>— Хто? — не зрозуміла Марківна.</w:t>
      </w:r>
    </w:p>
    <w:p>
      <w:r>
        <w:br/>
        <w:t>— Лялі в мами.</w:t>
      </w:r>
    </w:p>
    <w:p>
      <w:r>
        <w:br/>
        <w:t>— А-а, лялі... Аякже! І очі заплющують, і кричать...</w:t>
      </w:r>
    </w:p>
    <w:p>
      <w:r>
        <w:br/>
        <w:t>— Пі-пі — кричать?</w:t>
      </w:r>
    </w:p>
    <w:p>
      <w:r>
        <w:br/>
        <w:t>— Нащо "пі-пі"? Вони ж ще маленькі, дурні зовсім. Вони знають тільки: "Уа-уа..."</w:t>
      </w:r>
    </w:p>
    <w:p>
      <w:r>
        <w:br/>
        <w:t>Катя замовкла й більше аж до самої лікарні не питала нічого Марківну. Перед нею постала низка питань, які важко давалось їй розв'язати. Мамині лялі заплющують очі й можуть кричати "уа-уа"?.. Катя бачила гарну ляльку, яка, коли її покласти, заплющувала очі, але вона не могла нічого кричати. У маленької Галі, що живе під ними, є зовсім маленька, незугарна лялька, яка, досить натиснути їй на животик, пищить "пі-пі"; але ця лялька не заплющує очей і взагалі зовсім непоказна... Ні, то в мами якісь незвичайні лялі! Тільки чого ж вони дурні? Хіба лялі можуть бути дурними? Мама часто казала Каті: "Не будь же дурною, не роби так!" Так то ж — Катя, а не маленькі лялі... І навіщо їх дві? Хіба що одна — мамі, а друга — Каті?..</w:t>
      </w:r>
    </w:p>
    <w:p>
      <w:r>
        <w:br/>
        <w:t>Висока стеля лікарні, тиша великого приміщення, в якому заклопотані тьоті в білих халатах нечутно сновигали туди й сюди, вразили Катю. Очі її полохливо забігали по сторонах, поки не спинились на старому сивуватому дяді в білому халаті, що нечутно вийшов з-за високих білих дверей. Дядя пошептався з Марківною і таємничо зник за дверима. Катя пошепки спитала:</w:t>
      </w:r>
    </w:p>
    <w:p>
      <w:r>
        <w:br/>
        <w:t>— Нащо в нього сердельки?</w:t>
      </w:r>
    </w:p>
    <w:p>
      <w:r>
        <w:br/>
        <w:t>— Які сердельки? — здивувалась Марківна, все ще з повагою дивлячись на причинені двері.</w:t>
      </w:r>
    </w:p>
    <w:p>
      <w:r>
        <w:br/>
        <w:t>— А на губах дві чорні сердельки,— ще тихше сказала, не знати чого соромлячись, Катя і ніяково схилила набік голівку.</w:t>
      </w:r>
    </w:p>
    <w:p>
      <w:r>
        <w:br/>
        <w:t>— Та то ж вуса, Катю. "Сердельки"!.. Такої! І вигадає ж...</w:t>
      </w:r>
    </w:p>
    <w:p>
      <w:r>
        <w:br/>
        <w:t>Марківна, усміхаючись, похитала зачудовано головою і поправила Каті бантики.</w:t>
      </w:r>
    </w:p>
    <w:p>
      <w:r>
        <w:br/>
        <w:t>Незабаром двері знову відчинились, і старий дядя пошепки запросив їх увійти.</w:t>
      </w:r>
    </w:p>
    <w:p>
      <w:r>
        <w:br/>
        <w:t>У довгому коридорі, куди вони несміливо ступили, дядя схопив з вішалки білі халати й, кумедно заворушивши своїми "сердельками", накинув для чогось халати на Марківну й Катю. Напинаючи на свої дебелі плечі вузький халат, Марківна тихенько попередила Катю:</w:t>
      </w:r>
    </w:p>
    <w:p>
      <w:r>
        <w:br/>
        <w:t>— Поли тільки підбери, а то ще заплутаєшся.</w:t>
      </w:r>
    </w:p>
    <w:p>
      <w:r>
        <w:br/>
        <w:t>Вони опинились у світлій просторій кімнаті й сіли на широкій білій лаві. Катина увага роздвоїлася між довгим, не про неї шитим халатом на її плечиках, в якому вона одразу стала почувати себе великою, і човганням капців, що через напіводчинені двері відкілясь здалека наближалися до кімнати.</w:t>
      </w:r>
    </w:p>
    <w:p>
      <w:r>
        <w:br/>
        <w:t>Марківна поважно сиділа поруч, склавши на животі руки. Нараз вона сплеснула руками й кинулася до дверей:</w:t>
      </w:r>
    </w:p>
    <w:p>
      <w:r>
        <w:br/>
        <w:t>— Ольго! Голубонько ж ти моя!..</w:t>
      </w:r>
    </w:p>
    <w:p>
      <w:r>
        <w:br/>
        <w:t>За спиною Марківни Катя не встигла розглянути добре, але здогадувалась, що ця змарніла, бліда жінка в синьому недоладному халаті і є її мама. Але як вона змінилася! Зовсім не та мама, яку Катя завжди бачила вдома. А Марківна все дивувалась і плескала в долоні:</w:t>
      </w:r>
    </w:p>
    <w:p>
      <w:r>
        <w:br/>
        <w:t>— Двійнята, кажеш? Такої! І хто б думав?.. Потім похопилась і обернулась до Каті:</w:t>
      </w:r>
    </w:p>
    <w:p>
      <w:r>
        <w:br/>
        <w:t>— Іди ж, Катенько, привітайся з мамою...</w:t>
      </w:r>
    </w:p>
    <w:p>
      <w:r>
        <w:br/>
        <w:t>Катя нерішуче підійшла й, нічого не кажучи, простягла мамі букет.</w:t>
      </w:r>
    </w:p>
    <w:p>
      <w:r>
        <w:br/>
        <w:t>— Які гарні квіти! Дякую! — Ольга взяла букет і, притримуючи вільною рукою халат без застібок, нахилилася поцілувати дочку. Каті запахло від мами чимось незнайомим, і вона здивовано закліпала очима.</w:t>
      </w:r>
    </w:p>
    <w:p>
      <w:r>
        <w:br/>
        <w:t>— Ну, як же ти там без мене? Мабуть, зовсім одвикла від мами?..</w:t>
      </w:r>
    </w:p>
    <w:p>
      <w:r>
        <w:br/>
        <w:t>Катя, як перед чужою, сором'язливо потупила долу очі. За неї заговорила Марківна:</w:t>
      </w:r>
    </w:p>
    <w:p>
      <w:r>
        <w:br/>
        <w:t>— Там ніяк не діждеться тебе з лялями, все допитується, які вони, та як кричать, та як дивляться... Сміха з нею!</w:t>
      </w:r>
    </w:p>
    <w:p>
      <w:r>
        <w:br/>
        <w:t>Ольга стомлено усміхнулась і тихо погладила Катю по голові.</w:t>
      </w:r>
    </w:p>
    <w:p>
      <w:r>
        <w:br/>
        <w:t>— Який у тебе бант чудовий!</w:t>
      </w:r>
    </w:p>
    <w:p>
      <w:r>
        <w:br/>
        <w:t>Від дотику знайомої теплої руки Катя стрепенулась, немов щойно тільки впізнала свою маму, і запитально глянула на неї.</w:t>
      </w:r>
    </w:p>
    <w:p>
      <w:r>
        <w:br/>
        <w:t>— Що тобі? — спитала, не розуміючи, Ольга.</w:t>
      </w:r>
    </w:p>
    <w:p>
      <w:r>
        <w:br/>
        <w:t>— Лялі...— ледве чутно прошепотіла Катя.</w:t>
      </w:r>
    </w:p>
    <w:p>
      <w:r>
        <w:br/>
        <w:t>В цей час зайшла тьотя в білому халаті й шапочці і строго сказала мамі:</w:t>
      </w:r>
    </w:p>
    <w:p>
      <w:r>
        <w:br/>
        <w:t>Досить, досить уже! Я і так на власну відповідальність дозволила...</w:t>
      </w:r>
    </w:p>
    <w:p>
      <w:r>
        <w:br/>
        <w:t>Мама спішно поцілувала Катю, Марківну, взяла, дякуючи й відмовляючись, пляшку з молоком та млинці і, коли вона вже переступила поріг, Катя зовсім оговталася.</w:t>
      </w:r>
    </w:p>
    <w:p>
      <w:r>
        <w:br/>
        <w:t>— Мамочко, а лялі ж?..— кинулась Катя вслід за мамою, та сувора тьотя в білій шапочці стала на дорозі, а замість мами відповіла Каті Марківна:</w:t>
      </w:r>
    </w:p>
    <w:p>
      <w:r>
        <w:br/>
        <w:t>— Маму лялі кличуть, мамі ніколи зараз, ходім... Катя глибоко зітхнула й покірно рушила за Марківною.</w:t>
      </w:r>
    </w:p>
    <w:p>
      <w:r>
        <w:br/>
        <w:t>Але в душу їй запала тяжка, незрозуміла кривда. Яка ж погана ця тьотя в білій шапочці, що покликала маму до ляль! А, головне, ті прикрі лялі, що держать маму коло себе й через них мама не йде додому!..</w:t>
      </w:r>
    </w:p>
    <w:p>
      <w:r>
        <w:br/>
        <w:t>— Ну й рада ж я, ну й рада за тебе! — сказала Марківна, неохоче випускаючи Ольгу після гарячих поцілунків та обійм.— А ти ж, Катенько, чого? Диви!.. То все питала, які та які в мами лялі, а тепер мама приїхала з лялями, а ти немовби цураєшся їх. Ану підійди та поколиши їх бач, які гарні! — І Марківна ще раз замилувано схилилась над близнятами. Але Катя зашилась у куток і не рухалась.</w:t>
      </w:r>
    </w:p>
    <w:p>
      <w:r>
        <w:br/>
        <w:t>— Як ти така вова, то мама більше не любитиме тебе — у неї тепер он які красені є! — сказала напівжартома, напів-ображено Марківна й подалась нарешті до себе.</w:t>
      </w:r>
    </w:p>
    <w:p>
      <w:r>
        <w:br/>
        <w:t>— Ось і знову дома! — полегшено зітхнула Ольга й присіла на ліжко. Тільки десять днів проминуло, як пішла вона з дому до лікарні, а здається, роки лягли між тим тривожним вечором і сьогоднішнім лагідним днем. Тоді ще ятрилася незагоєна рана по втраті Миколи, а сьогодні Ольга відчувала, що та рана зарубцювалася. Тоді було їх з Катею лише двоє, а тепер аж четверо. Тільки на хвилину Ольга з журною усмішкою подумала: був би живий Микола, сказала б вона йому зараз жартома: "Ти хотів хлопця, а я тобі аж двох одразу!.."</w:t>
      </w:r>
    </w:p>
    <w:p>
      <w:r>
        <w:br/>
        <w:t>Вона не почувала себе зараз покинутою і самотньою, як десять днів тому, коли з тяжкою мукою йшла ввечері до лікарні. Раз у раз що-небудь та казало тепер Ользі про турботу й піклування за неї інших людей. І насторожена увага лікарів, і приязні усмішки медсестер, і ті квіти від заводських подружок, що їх не було вже де ставити на тумбочці й довелося розміщати на підвіконні, і ті зворушливі котлети та млинці, які вдома пекли для неї і приносили до лікарні дбайливі, люблячі руки, дарма що Ольга не поїдала навіть лікарняного... А сьогодні по неї до лікарні приїхала на ди-ректоровій машині парторг Кринична, хоч не сказати, що</w:t>
      </w:r>
    </w:p>
    <w:p>
      <w:r>
        <w:br/>
        <w:t>Ольга приятелювала б коли з нею. А скільки ж ще прийде до неї сьогодні ввечері, коли кінчиться її зміна на заводі!.. Ні, Ольга, не була тепер самотньою. Треба тільки спочити трохи, бо таки стомилася вона, одвикнувши в лікарні так багато рухатися. Поспати годинку, а там і час підійде годувати малих.</w:t>
      </w:r>
    </w:p>
    <w:p>
      <w:r>
        <w:br/>
        <w:t>Ольга здалека глянула на близнят, які тихо лежали один коло одного впоперек канапи, і ще раз подумала, що треба якнайскоріше купити два ліжечка. Скинула черевики й прилягла на постіль. Хотілося ще подивитись наостанку, що там Катя в кутку робить, та вже не підвелася, лиш закинула на подушці назад голову й зморщила чоло, намагаючись дотягтися поглядом у куток, де причаїлась, мабуть, коло своїх цяцьок Катя. Ольгу дивувала й навіть смішила трохи Катина настороженість, ба навіть якийсь острах перед двома безпорадними немовлятами. Так боїться часом щеня крихітної гусені, що наосліп повзе просто на нього. А втім, це добре — не буде турбувати малих. Хай!..</w:t>
      </w:r>
    </w:p>
    <w:p>
      <w:r>
        <w:br/>
        <w:t>І заспокоєна Ольга помалу задрімала.</w:t>
      </w:r>
    </w:p>
    <w:p>
      <w:r>
        <w:br/>
        <w:t>Коли в кімнаті стало тихо й чулося тільки розмірене дихання мами, Катя заворушилась. Вона все ще не могла оговтатись і була як неприкаяна. І їхня кімната, від якої Катя вже встигла одвикнути, і якась незвичайна, не така, як раніш, мама, а головне, її лялі, що їх вона десь дістала собі в лікарні, видавались Каті чужими. Катя обережно визирнула з-за ліжка й глянула на канапу, де мама поклала загадкових ляль. При дорослих їй було чогось соромно дивитись на них, а тепер потроху її почала лоскотати бентежна цікавість. Які ж вони? Які вони, ті дивні лялі, що так довго не пускали маму додому?.. Катя тихо підвелась і навшпиньки підійшла до канапи. Лялі нерухомо лежали. Катя нахилилась і, затаївши дух, глянула на дрібні личка, що ледве виднілись, як дві маленькі проталини, серед сніжної білості сповитків. Нічого хорошого Катя в них не знайшла. Вона нахилилась ще нижче і обережно торкнула пальчиком м'яку щічку. Ляля залупала каламутними очима й цмокнула губами. Катя гидливо відсмикнула руку назад.</w:t>
      </w:r>
    </w:p>
    <w:p>
      <w:r>
        <w:br/>
        <w:t>"Червоні, сопливі, слиняві!.. І як їх тільки можуть любити мама й Марківна?" — здивовано подумала Катя і, перемагаючи відразу, глянула на білі сповитки ще раз.</w:t>
      </w:r>
    </w:p>
    <w:p>
      <w:r>
        <w:br/>
        <w:t>— Фікси! Погані фікси, й більше нічого! — категорично вирішила Катя, чіпляючи одразу ж лялям свою назву. Потім засунула пальчика в рот і замислено подивилась крізь одчинені двері на балкон. У далині голубіло небо, і сонячне проміння падало золотим дощем на верхівки дерев, аж виблискувало листя, мов щойно вмите. Якась сіренька пташка сіла на балконну огорожу й цвіркнула; глянула праворуч, ліворуч, униз і полетіла собі геть. Такий ясний, хороший день!.. Якби не ці фікси, мама, прокинувшись, поїхала б з Катею в Пущу Водицю до тьоті Валі або пішли б вони гуляти в парк над Дніпровими кручами, відкіля видно пароплави й багато човників... І як добре було, поки фікси не об'явились у мами! І це ж їх, таких плюгавих, що й глянути на них гидко, мама буде любити, як каже Марківна, а її — ні... Катя запитливо обернулась до мами. Та, підібгавши ноги й трохи розкривши рота, солодко спала.</w:t>
      </w:r>
    </w:p>
    <w:p>
      <w:r>
        <w:br/>
        <w:t>"Не треба цих поганих фікс! — рішуче подумала Катя.— Хай буде, як раніш було, і тоді мама любитиме тільки мене одну".</w:t>
      </w:r>
    </w:p>
    <w:p>
      <w:r>
        <w:br/>
        <w:t>їй треба було закінчити годувати помаранчевими корками плюшевого ведмедика й покласти спати ляльку Мацьо-ку, але нова думка так захопила її, що вона враз забула про ведмедика й Мацьоку.</w:t>
      </w:r>
    </w:p>
    <w:p>
      <w:r>
        <w:br/>
        <w:t>Лукаво посміхнувшись сама до себе, Катя взяла теплуватий сувій і, виставивши його на простягнутих руках подалі від свого личка, винесла на балкон і поклала долі на осонні. Потім повернулась назад і взяла другий сувій, та в цей час перша ляля зарюмсала на балконі й Катя нерішуче спинилась серед кімнати.</w:t>
      </w:r>
    </w:p>
    <w:p>
      <w:r>
        <w:br/>
        <w:t>Від плачу дитини Ольга відразу ж прокинулась, але першу мить не могла зорієнтуватись, де вона лежить. Протерши очі й пізнавши свою кімнату, вона підвелась глянути на близнят, але їх на канапі не було. Ольга зразу ж стала на ноги й стурбовано оглянулась по кімнаті.</w:t>
      </w:r>
    </w:p>
    <w:p>
      <w:r>
        <w:br/>
        <w:t>Катя стояла з сувоєм серед кімнати ні в тих ні в сих. Ольга заспокоїлась і усміхнулась до Каті:</w:t>
      </w:r>
    </w:p>
    <w:p>
      <w:r>
        <w:br/>
        <w:t>— Ти вже няньчити їх почала?</w:t>
      </w:r>
    </w:p>
    <w:p>
      <w:r>
        <w:br/>
        <w:t>Катя зніяковіла й мерщій однесла сувій назад на канапу.</w:t>
      </w:r>
    </w:p>
    <w:p>
      <w:r>
        <w:br/>
        <w:t>— А де ж друге? — бентежно спитала Ольга й кинулась до балкона, відкіля знову почувся крик немовляти.</w:t>
      </w:r>
    </w:p>
    <w:p>
      <w:r>
        <w:br/>
        <w:t>— Нащо ж ти поклала його там, та ще й на сонце! — сплеснула Ольга руками й, схопивши дитину, пригорнула її до себе.</w:t>
      </w:r>
    </w:p>
    <w:p>
      <w:r>
        <w:br/>
        <w:t>— Бідний мій хлопчику! Сонечко припекло!..— виціловувала Ольга мокрі від сліз крихітні щічки й насварилась на Катю, що знову зашилась у куток, де лежали її цяцьки: — У-у, яка недотепа наша Катя — куди поклала свого братика! От ми їй!..</w:t>
      </w:r>
    </w:p>
    <w:p>
      <w:r>
        <w:br/>
        <w:t>Катя удавала, ніби клопочеться укладати Мацьоку в її іграшкове ліжко спати, а сама нишком позирала, як мама турботно переповиває заплакану "фіксу", й гірко думала: "Шкода, що я не встигла повикидати їх з балкона! Тепер мама не любитиме мене..."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Мама більше не любитиме Катю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