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Мальований стовп</w:t>
      </w:r>
    </w:p>
    <w:p>
      <w:r>
        <w:br/>
        <w:t xml:space="preserve"> Обридла дневі суєта людськая,&lt;br /&gt;</w:t>
        <w:br/>
        <w:t>Спустився він спочити в темноті,&lt;br /&gt;</w:t>
        <w:br/>
        <w:t>І нічка тихая, мов чарівниця тая,&lt;br /&gt;</w:t>
        <w:br/>
        <w:t>Прибралася у зорі золоті.&lt;br /&gt;</w:t>
        <w:br/>
        <w:t>Широкий шлях замовк; ні пішки, ні на возі&lt;br /&gt;</w:t>
        <w:br/>
        <w:t>Ніхто його не турбував;&lt;br /&gt;</w:t>
        <w:br/>
        <w:t>Заснули верби на облозі,&lt;br /&gt;</w:t>
        <w:br/>
        <w:t>І вітер задрімав.&lt;br /&gt;</w:t>
        <w:br/>
        <w:t>Що ж то таке між вербами біліє?&lt;br /&gt;</w:t>
        <w:br/>
        <w:t>То Стовп мальований стоїть,&lt;br /&gt;</w:t>
        <w:br/>
        <w:t>Стоїть і журиться, і серце кам'яніє,&lt;br /&gt;</w:t>
        <w:br/>
        <w:t>І сумно він у степ глядить.&lt;br /&gt;</w:t>
        <w:br/>
        <w:t>Чи світ не той, чи доля відцуралась?&lt;br /&gt;</w:t>
        <w:br/>
        <w:t>Все глухо там, нічого не чутно.&lt;br /&gt;</w:t>
        <w:br/>
        <w:t>Десь над болітцем чайка обізвалась,&lt;br /&gt;</w:t>
        <w:br/>
        <w:t>Як обзивалася колись давно...&lt;br /&gt;</w:t>
        <w:br/>
        <w:t>Згадалася йому щасливая година,&lt;br /&gt;</w:t>
        <w:br/>
        <w:t>Як був він деревом, шумів і зеленів,&lt;br /&gt;</w:t>
        <w:br/>
        <w:t>Як усміхалася червоная калина&lt;br /&gt;</w:t>
        <w:br/>
        <w:t>І степ широкий серце веселив...&lt;br /&gt;</w:t>
        <w:br/>
        <w:t>І причувається — десь пісня за горою&lt;br /&gt;</w:t>
        <w:br/>
        <w:t>Лунає: "Ой гук, мамо, гук!.."&lt;br /&gt;</w:t>
        <w:br/>
        <w:t>І сльози капають холодною росою...&lt;br /&gt;</w:t>
        <w:br/>
        <w:t>Кругом його гуде безсонний жук.&lt;br /&gt;</w:t>
        <w:br/>
        <w:t>На сей раз вибачайте, люди!&lt;br /&gt;</w:t>
        <w:br/>
        <w:t>Се баєчка не вам;&lt;br /&gt;</w:t>
        <w:br/>
        <w:t>Нехай вона на спомин буде&lt;br /&gt;</w:t>
        <w:br/>
        <w:t>Мальованим Стовпам.</w:t>
      </w:r>
    </w:p>
    <w:p>
      <w:r>
        <w:br/>
        <w:t>[1891]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Мальований 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