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Малюнки</w:t>
      </w:r>
    </w:p>
    <w:p>
      <w:r>
        <w:br/>
        <w:t xml:space="preserve"> &lt;p&gt;Пьотра Прости (Ільдефонс Бобич)</w:t>
      </w:r>
    </w:p>
    <w:p>
      <w:r>
        <w:br/>
        <w:t>Малюнки</w:t>
      </w:r>
    </w:p>
    <w:p>
      <w:r>
        <w:br/>
        <w:t>Перекладач: Микита Шаповал</w:t>
      </w:r>
    </w:p>
    <w:p>
      <w:r>
        <w:br/>
        <w:t>Джерело: Українська хата, 1909, № 7/8, с. 374-375.</w:t>
      </w:r>
    </w:p>
    <w:p>
      <w:r>
        <w:br/>
        <w:t>Я чув, як мій брат-білорус співав свої пісні.</w:t>
      </w:r>
    </w:p>
    <w:p>
      <w:r>
        <w:br/>
        <w:t>Боже! Скільки муки і стогону в його голосі, скільки скарги страшної в цій пісні, що виходила з його грудей і сумно та нудно лилася по-над полем, гучно озивалась луною і підносилась вище та вище, аж до блакитного спокійного неба!</w:t>
      </w:r>
    </w:p>
    <w:p>
      <w:r>
        <w:br/>
        <w:t>За серце схоплювала ця пісня — пісня мужика-невольника.</w:t>
      </w:r>
    </w:p>
    <w:p>
      <w:r>
        <w:br/>
        <w:t>Задзвеніли в душі всі струни, з грудей вихопився зойк, а в очах затремтіли сльози...</w:t>
      </w:r>
    </w:p>
    <w:p>
      <w:r>
        <w:br/>
        <w:t>Бідний, бездольний народ; слізьми і потом скроплена земелька!</w:t>
      </w:r>
    </w:p>
    <w:p>
      <w:r>
        <w:br/>
        <w:t>* * *</w:t>
      </w:r>
    </w:p>
    <w:p>
      <w:r>
        <w:br/>
        <w:t>Ось хутір, де живуть мої брати.</w:t>
      </w:r>
    </w:p>
    <w:p>
      <w:r>
        <w:br/>
        <w:t>Благенькі хатки притулилися одна до одної; поруч стоять хлівці та повітки; де-не-де вглядиш садок. Тільки рябина, що плаче червоними слізьми, та кучерява березка, та сосонка споконвіку дивляться на твою, білорусе, недолю...</w:t>
      </w:r>
    </w:p>
    <w:p>
      <w:r>
        <w:br/>
        <w:t>Яка сумна!..</w:t>
      </w:r>
    </w:p>
    <w:p>
      <w:r>
        <w:br/>
        <w:t>А навколо розгорнулось широке поле. Мов комашня, висипались туди мужички і, зігнувшися над тяжкими ралами, оруть суху земельку. Тут вся їх надія, все багацтво, все щастя...</w:t>
      </w:r>
    </w:p>
    <w:p>
      <w:r>
        <w:br/>
        <w:t>* * *</w:t>
      </w:r>
    </w:p>
    <w:p>
      <w:r>
        <w:br/>
        <w:t>В убогій, курній хатині, наприкінці хутору, горить лучина, заткнута в стіні. На рипучій жердці висить колиска, а в ній лежить голодне дитинча. Над ним, зігнувшися, стоїть мати і співає пісню — нудну, смутну пісню; а в тій пісні стільки жалю та муки, стільки невиплаканих сліз, що самому заноситься плакати разом з нею і гукать на увесь світ: "Ратуйте! Підмоги!"...</w:t>
      </w:r>
    </w:p>
    <w:p>
      <w:r>
        <w:br/>
        <w:t>А там, в кутку, на лаві щось ворушиться під кожухом. Це хворий мужик — хазяїн, хоче підвестись, щоб напитись води — і не може. Сили покинули його: тяжка, надсильна праця підточила його здоров'я, і ось він лежить, бідолаха, звісивши мозолясту руку, і засмаглими губами шепоче: "Пити!", а потім довго-довго кашляє... Видно, що вже останні дні свої доживає мужик. Це — кінець бідолашного життя...</w:t>
      </w:r>
    </w:p>
    <w:p>
      <w:r>
        <w:br/>
        <w:t>* * *</w:t>
      </w:r>
    </w:p>
    <w:p>
      <w:r>
        <w:br/>
        <w:t>Ось кладовище, де лежать кістки дідів та батьків наших.</w:t>
      </w:r>
    </w:p>
    <w:p>
      <w:r>
        <w:br/>
        <w:t>Де кілька сосон, лип та березок, з півсотні трухлих хрестів — і все.</w:t>
      </w:r>
    </w:p>
    <w:p>
      <w:r>
        <w:br/>
        <w:t>Як тихо, як сумно.</w:t>
      </w:r>
    </w:p>
    <w:p>
      <w:r>
        <w:br/>
        <w:t>Ніщо не порушає вічного сну небіжчиків, їхнього одпочинку після тяжкого, бездольного життя. Тільки часом закричить сова, що звила собі тут гніздо в дуплі старої липи, закаркає ворона, закує-заголосе зозуленька над мужицькою долею... Озвуться до їх своїм шумом сосонка та берези — і знов усе стихне, засне.</w:t>
      </w:r>
    </w:p>
    <w:p>
      <w:r>
        <w:br/>
        <w:t>* * *</w:t>
      </w:r>
    </w:p>
    <w:p>
      <w:r>
        <w:br/>
        <w:t>От який ти, мій рідний краю!</w:t>
      </w:r>
    </w:p>
    <w:p>
      <w:r>
        <w:br/>
        <w:t>Смутком віє од твоїх хуторів, од лісів твоїх і нив, од річок та озер і од тих хрестів, що стоять при шляхах. Смуток чути з твоїх пісень-скарг, білоруський мужик; смуток та надія у твоїх молитвах, що до Бога посилаєш.</w:t>
      </w:r>
    </w:p>
    <w:p>
      <w:r>
        <w:br/>
        <w:t>Смуток і скарга...</w:t>
      </w:r>
    </w:p>
    <w:p>
      <w:r>
        <w:br/>
        <w:t>Люблю тебе, моя рідна країно, моя матінко-Білорусь! Ти вигодувала мене, ти мені показала недолю і сльози моїх братів...</w:t>
      </w:r>
    </w:p>
    <w:p>
      <w:r>
        <w:br/>
        <w:t>. . . . . . . . . . . . . . . . . . . . . . . . . . . . . . . . . . . . .</w:t>
      </w:r>
    </w:p>
    <w:p>
      <w:r>
        <w:br/>
        <w:t>Бачу — сходять над тобою ясні зорі. Все світлішає в тебе.</w:t>
      </w:r>
    </w:p>
    <w:p>
      <w:r>
        <w:br/>
        <w:t>Вірю — встане сонце, пошле воно нам своє світло, розжене туман, що оповив тебе, Білорусь!</w:t>
      </w:r>
    </w:p>
    <w:p>
      <w:r>
        <w:br/>
        <w:t>Прийдуть для тебе кращі часи.</w:t>
      </w:r>
    </w:p>
    <w:p>
      <w:r>
        <w:br/>
        <w:t>Для синів твоїх нове життя — вільне, світле!</w:t>
      </w:r>
    </w:p>
    <w:p>
      <w:r>
        <w:br/>
        <w:t>Стануть вони в ряд зі старшими своїми братами і дружно візьмуться до спільної праці, а ти, Мати, піднесеш споневірену до цього голову і сміло дивитимешся в ясну будучину, що несе твоїм дітям ліпшу долю, кращу славу!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Малюнки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