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заповіт</w:t>
      </w:r>
    </w:p>
    <w:p>
      <w:r>
        <w:br/>
        <w:t xml:space="preserve"> Переклад С. Гординського</w:t>
      </w:r>
    </w:p>
    <w:p>
      <w:r>
        <w:br/>
      </w:r>
    </w:p>
    <w:p>
      <w:r>
        <w:br/>
        <w:t>1&lt;br /&gt;</w:t>
        <w:br/>
        <w:t>У році чотирнадцять сот&lt;br /&gt;</w:t>
        <w:br/>
        <w:t>П'ятдесят шостім, муж учений,&lt;br /&gt;</w:t>
        <w:br/>
        <w:t>Я, Франсуа Війон, достот&lt;br /&gt;</w:t>
        <w:br/>
        <w:t>Здорові мавши глузд і члени,&lt;br /&gt;</w:t>
        <w:br/>
        <w:t>Рішив, щоб всяк творець смиренний&lt;br /&gt;</w:t>
        <w:br/>
        <w:t>Брав до уваги й інших суд.&lt;br /&gt;</w:t>
        <w:br/>
        <w:t>Слова ці висловив знаменні&lt;br /&gt;</w:t>
        <w:br/>
        <w:t>Веґет. Без цього — марний труд.</w:t>
      </w:r>
    </w:p>
    <w:p>
      <w:r>
        <w:br/>
        <w:t>2&lt;br /&gt;</w:t>
        <w:br/>
        <w:t>Отож тоді, в несамовиті&lt;br /&gt;</w:t>
        <w:br/>
        <w:t>Морозні доріздвяні дні,&lt;br /&gt;</w:t>
        <w:br/>
        <w:t>Коли вовків годує вітер,&lt;br /&gt;</w:t>
        <w:br/>
        <w:t>А люд ховається в курні&lt;br /&gt;</w:t>
        <w:br/>
        <w:t>Халупи грітись при вогні,&lt;br /&gt;</w:t>
        <w:br/>
        <w:t>Непереможну хіть дістав я&lt;br /&gt;</w:t>
        <w:br/>
        <w:t>Любовні пута навісні&lt;br /&gt;</w:t>
        <w:br/>
        <w:t>Покинути, що серце давлять.</w:t>
      </w:r>
    </w:p>
    <w:p>
      <w:r>
        <w:br/>
        <w:t>3&lt;br /&gt;</w:t>
        <w:br/>
        <w:t>Цей замір перевів я в чин.&lt;br /&gt;</w:t>
        <w:br/>
        <w:t>Весь час в очах моїх стояла&lt;br /&gt;</w:t>
        <w:br/>
        <w:t>Та, що кнувала мій загин,&lt;br /&gt;</w:t>
        <w:br/>
        <w:t>Хоч з того радости не мала;&lt;br /&gt;</w:t>
        <w:br/>
        <w:t>Моя розпука небо рвала,&lt;br /&gt;</w:t>
        <w:br/>
        <w:t>Жадаючи на неї мсти&lt;br /&gt;</w:t>
        <w:br/>
        <w:t>В богів Кохання й заклинала&lt;br /&gt;</w:t>
        <w:br/>
        <w:t>В любовних муках помогти.</w:t>
      </w:r>
    </w:p>
    <w:p>
      <w:r>
        <w:br/>
        <w:t>4&lt;br /&gt;</w:t>
        <w:br/>
        <w:t>Хоч станом, поглядом звабливим&lt;br /&gt;</w:t>
        <w:br/>
        <w:t>Душа втішалася моя,&lt;br /&gt;</w:t>
        <w:br/>
        <w:t>Вони, невірні і зрадливі,&lt;br /&gt;</w:t>
        <w:br/>
        <w:t>Мене жалили, мов змія,&lt;br /&gt;</w:t>
        <w:br/>
        <w:t>В потребі зміг відкрити я&lt;br /&gt;</w:t>
        <w:br/>
        <w:t>Фальшиві всі її прикмети;&lt;br /&gt;</w:t>
        <w:br/>
        <w:t>Не ті оратиму поля&lt;br /&gt;</w:t>
        <w:br/>
        <w:t>І інші битиму монети.</w:t>
      </w:r>
    </w:p>
    <w:p>
      <w:r>
        <w:br/>
        <w:t>5&lt;br /&gt;</w:t>
        <w:br/>
        <w:t>Вона очима затягла&lt;br /&gt;</w:t>
        <w:br/>
        <w:t>Мене в сильце підступне й скрите,&lt;br /&gt;</w:t>
        <w:br/>
        <w:t>І хоч я не творив їй зла,&lt;br /&gt;</w:t>
        <w:br/>
        <w:t>Хотіла смерть мені вчинити,&lt;br /&gt;</w:t>
        <w:br/>
        <w:t>Щоб не посмів я більше жити;&lt;br /&gt;</w:t>
        <w:br/>
        <w:t>Тікати мушу вже мерщій.&lt;br /&gt;</w:t>
        <w:br/>
        <w:t>Союз любовний наш розбитий,&lt;br /&gt;</w:t>
        <w:br/>
        <w:t>Мій стогін надокучив їй.</w:t>
      </w:r>
    </w:p>
    <w:p>
      <w:r>
        <w:br/>
        <w:t>6&lt;br /&gt;</w:t>
        <w:br/>
        <w:t>Від небезпек усіх, гадаю,&lt;br /&gt;</w:t>
        <w:br/>
        <w:t>Найкраще буде відійти.&lt;br /&gt;</w:t>
        <w:br/>
        <w:t>Кінець! В Анжер я вирушаю,&lt;br /&gt;</w:t>
        <w:br/>
        <w:t>Бо ласки в неї не знайти,&lt;br /&gt;</w:t>
        <w:br/>
        <w:t>Ні одробинки доброти,&lt;br /&gt;</w:t>
        <w:br/>
        <w:t>Вже загибаю, хоч здоровий;&lt;br /&gt;</w:t>
        <w:br/>
        <w:t>Любовний мучень, увійти&lt;br /&gt;</w:t>
        <w:br/>
        <w:t>Достойний між святих Любови.</w:t>
      </w:r>
    </w:p>
    <w:p>
      <w:r>
        <w:br/>
        <w:t>7&lt;br /&gt;</w:t>
        <w:br/>
        <w:t>Хоч гірко геть іти, та сам&lt;br /&gt;</w:t>
        <w:br/>
        <w:t>Її покинути я мушу.&lt;br /&gt;</w:t>
        <w:br/>
        <w:t>Вже бачить мій убогий тям:&lt;br /&gt;</w:t>
        <w:br/>
        <w:t>Хтось інший їй заліз у душу.&lt;br /&gt;</w:t>
        <w:br/>
        <w:t>Згадаю — й горло повне сушу,&lt;br /&gt;</w:t>
        <w:br/>
        <w:t>Як в оселедця, що засох,&lt;br /&gt;</w:t>
        <w:br/>
        <w:t>Яку страшну терплю катушу, —&lt;br /&gt;</w:t>
        <w:br/>
        <w:t>Чи ж лемент мій почує Бог?!</w:t>
      </w:r>
    </w:p>
    <w:p>
      <w:r>
        <w:br/>
        <w:t>8&lt;br /&gt;</w:t>
        <w:br/>
        <w:t>Отож, тому що від'їжджаю,&lt;br /&gt;</w:t>
        <w:br/>
        <w:t>Не знаючи, чи повернусь,&lt;br /&gt;</w:t>
        <w:br/>
        <w:t>(Я власні вади добре знаю,&lt;br /&gt;</w:t>
        <w:br/>
        <w:t>Що я залізний — не хвалюсь,&lt;br /&gt;</w:t>
        <w:br/>
        <w:t>Життя — непевна річ, боюсь&lt;br /&gt;</w:t>
        <w:br/>
        <w:t>Десь дуба на шляху не дати)&lt;br /&gt;</w:t>
        <w:br/>
        <w:t>І ще, не знавши, де знайдусь,&lt;br /&gt;</w:t>
        <w:br/>
        <w:t>Спішу цей заповіт списати.</w:t>
      </w:r>
    </w:p>
    <w:p>
      <w:r>
        <w:br/>
        <w:t>9&lt;br /&gt;</w:t>
        <w:br/>
        <w:t>Насамперед, в ім'я Отця&lt;br /&gt;</w:t>
        <w:br/>
        <w:t>І Сина й Духа пресвятого&lt;br /&gt;</w:t>
        <w:br/>
        <w:t>І Богодіви, що серця&lt;br /&gt;</w:t>
        <w:br/>
        <w:t>Єднає грішні наші з Богом,&lt;br /&gt;</w:t>
        <w:br/>
        <w:t>Ґійом Війон собі в підмогу&lt;br /&gt;</w:t>
        <w:br/>
        <w:t>Хай забере моє ім'я, —&lt;br /&gt;</w:t>
        <w:br/>
        <w:t>Хай діямантом сяє в нього,&lt;br /&gt;</w:t>
        <w:br/>
        <w:t>В додатку — корогва моя.</w:t>
      </w:r>
    </w:p>
    <w:p>
      <w:r>
        <w:br/>
        <w:t>10&lt;br /&gt;</w:t>
        <w:br/>
        <w:t>Теж, тій, що я казав про неї,&lt;br /&gt;</w:t>
        <w:br/>
        <w:t>Що гралася моїм життям,&lt;br /&gt;</w:t>
        <w:br/>
        <w:t>Що втіхи збавила всієї,&lt;br /&gt;</w:t>
        <w:br/>
        <w:t>Прогнавши від кохання брам,&lt;br /&gt;</w:t>
        <w:br/>
        <w:t>Своє в шкатулі серце дам,&lt;br /&gt;</w:t>
        <w:br/>
        <w:t>Застигле, крижане, злиденне;&lt;br /&gt;</w:t>
        <w:br/>
        <w:t>За весь життя мого бедлам&lt;br /&gt;</w:t>
        <w:br/>
        <w:t>Прости їй, Господи, від мене!</w:t>
      </w:r>
    </w:p>
    <w:p>
      <w:r>
        <w:br/>
        <w:t>11&lt;br /&gt;</w:t>
        <w:br/>
        <w:t>Теж, милий пан Ітьє Маршан,&lt;br /&gt;</w:t>
        <w:br/>
        <w:t>Якому вдячний я, приняти&lt;br /&gt;</w:t>
        <w:br/>
        <w:t>Хай зволить дар — мій меч-рубан,&lt;br /&gt;</w:t>
        <w:br/>
        <w:t>(Як ні — хай візьме Жан Рогатий);&lt;br /&gt;</w:t>
        <w:br/>
        <w:t>Його заставив я, до сплати&lt;br /&gt;</w:t>
        <w:br/>
        <w:t>В льомбарді треба вісім су;&lt;br /&gt;</w:t>
        <w:br/>
        <w:t>Тож їм меча прохаю дати,&lt;br /&gt;</w:t>
        <w:br/>
        <w:t>Ту суму заплативши всю.</w:t>
      </w:r>
    </w:p>
    <w:p>
      <w:r>
        <w:br/>
        <w:t>12&lt;br /&gt;</w:t>
        <w:br/>
        <w:t>Для Сен Амана Білу Шкапу&lt;br /&gt;</w:t>
        <w:br/>
        <w:t>І Мулицю передаю,&lt;br /&gt;</w:t>
        <w:br/>
        <w:t>А мій брилянт і чорнокрапу&lt;br /&gt;</w:t>
        <w:br/>
        <w:t>Уперту Зебру — дам Бларю.&lt;br /&gt;</w:t>
        <w:br/>
        <w:t>Отцям — декретика даю&lt;br /&gt;</w:t>
        <w:br/>
        <w:t>Omnisutrius... — проти булли&lt;br /&gt;</w:t>
        <w:br/>
        <w:t>Кармелітанців, хай свою&lt;br /&gt;</w:t>
        <w:br/>
        <w:t>Боронять честь і артикули!</w:t>
      </w:r>
    </w:p>
    <w:p>
      <w:r>
        <w:br/>
        <w:t>13&lt;br /&gt;</w:t>
        <w:br/>
        <w:t>А чесний пан Робер Валле,&lt;br /&gt;</w:t>
        <w:br/>
        <w:t>Наш писарчук парляментарний,&lt;br /&gt;</w:t>
        <w:br/>
        <w:t>Який з пустого не наллє,&lt;br /&gt;</w:t>
        <w:br/>
        <w:t>Леґат отримає шикарний:&lt;br /&gt;</w:t>
        <w:br/>
        <w:t>Штани, заставлені в винарні&lt;br /&gt;</w:t>
        <w:br/>
        <w:t>Під Вишкварком. Хай відбере&lt;br /&gt;</w:t>
        <w:br/>
        <w:t>І дасть своїй Жанеті гарній,&lt;br /&gt;</w:t>
        <w:br/>
        <w:t>Хай та пристойне щось вбере!</w:t>
      </w:r>
    </w:p>
    <w:p>
      <w:r>
        <w:br/>
        <w:t>14&lt;br /&gt;</w:t>
        <w:br/>
        <w:t>Тому, що з доброго він роду,&lt;br /&gt;</w:t>
        <w:br/>
        <w:t>Слід, щоб добув він кращий стан,&lt;br /&gt;</w:t>
        <w:br/>
        <w:t>Відчув Святого Духа подув,&lt;br /&gt;</w:t>
        <w:br/>
        <w:t>Бо, правду рікши, він туман.&lt;br /&gt;</w:t>
        <w:br/>
        <w:t>Я думав про його талан&lt;br /&gt;</w:t>
        <w:br/>
        <w:t>І вирішив, що у комоди&lt;br /&gt;</w:t>
        <w:br/>
        <w:t>Більш глузду. Хай Дурний Іван&lt;br /&gt;</w:t>
        <w:br/>
        <w:t>Йому знання дає методи!</w:t>
      </w:r>
    </w:p>
    <w:p>
      <w:r>
        <w:br/>
        <w:t>15&lt;br /&gt;</w:t>
        <w:br/>
        <w:t>Вкінці, щоб той пан Роберт міг&lt;br /&gt;</w:t>
        <w:br/>
        <w:t>Собі прожиток влаштувати,&lt;br /&gt;</w:t>
        <w:br/>
        <w:t>(Лиш не завидуйте!), — моїх&lt;br /&gt;</w:t>
        <w:br/>
        <w:t>Батьків прошу мій панцер взяти,&lt;br /&gt;</w:t>
        <w:br/>
        <w:t>Ще до Великодня продати&lt;br /&gt;</w:t>
        <w:br/>
        <w:t>І за частину грошенят&lt;br /&gt;</w:t>
        <w:br/>
        <w:t>Десь під Сен-Жаком стіл найняти,&lt;br /&gt;</w:t>
        <w:br/>
        <w:t>Щоб мав той бевзень свій варстат!</w:t>
      </w:r>
    </w:p>
    <w:p>
      <w:r>
        <w:br/>
        <w:t>16&lt;br /&gt;</w:t>
        <w:br/>
        <w:t>Кардонові-друзяці дар мій:&lt;br /&gt;</w:t>
        <w:br/>
        <w:t>Жупан з найкращого сукна&lt;br /&gt;</w:t>
        <w:br/>
        <w:t>І пара рукавичок гарних,&lt;br /&gt;</w:t>
        <w:br/>
        <w:t>Ще й грушка із верби смачна,&lt;br /&gt;</w:t>
        <w:br/>
        <w:t>Додам товстого каплуна&lt;br /&gt;</w:t>
        <w:br/>
        <w:t>На свята й гусака на будні&lt;br /&gt;</w:t>
        <w:br/>
        <w:t>З барилом білого вина&lt;br /&gt;</w:t>
        <w:br/>
        <w:t>І —позви дві, хай трохи схудне!</w:t>
      </w:r>
    </w:p>
    <w:p>
      <w:r>
        <w:br/>
        <w:t>17&lt;br /&gt;</w:t>
        <w:br/>
        <w:t>Шляхетному де Монтіньї&lt;br /&gt;</w:t>
        <w:br/>
        <w:t>Я трьох хортів дам бездоганних;&lt;br /&gt;</w:t>
        <w:br/>
        <w:t>Сто франків, що в моїм майні,&lt;br /&gt;</w:t>
        <w:br/>
        <w:t>В леґаті Жан Ваґ'є дістане.&lt;br /&gt;</w:t>
        <w:br/>
        <w:t>Доходи всякі, ще незнані,&lt;br /&gt;</w:t>
        <w:br/>
        <w:t>Сюди не вчислені, нехай&lt;br /&gt;</w:t>
        <w:br/>
        <w:t>Не будуть надто вже захланні,&lt;br /&gt;</w:t>
        <w:br/>
        <w:t>Бо з друзів дер би лиш гультяй.</w:t>
      </w:r>
    </w:p>
    <w:p>
      <w:r>
        <w:br/>
        <w:t>18&lt;br /&gt;</w:t>
        <w:br/>
        <w:t>Сеньорові Ґріні старому&lt;br /&gt;</w:t>
        <w:br/>
        <w:t>Ніжонську башту я займу,&lt;br /&gt;</w:t>
        <w:br/>
        <w:t>Дам псів — шість більше, як тамтому,&lt;br /&gt;</w:t>
        <w:br/>
        <w:t>Бісетрський замок і тюрму;&lt;br /&gt;</w:t>
        <w:br/>
        <w:t>Мутонові ж, що впер йому&lt;br /&gt;</w:t>
        <w:br/>
        <w:t>У суді позов, лайдачині&lt;br /&gt;</w:t>
        <w:br/>
        <w:t>Даю (кайдани, льох і тьму,&lt;br /&gt;</w:t>
        <w:br/>
        <w:t>В додатку — канчуком по спині.</w:t>
      </w:r>
    </w:p>
    <w:p>
      <w:r>
        <w:br/>
        <w:t>19&lt;br /&gt;</w:t>
        <w:br/>
        <w:t>Пан Жак Раґ'є, що пити звик,&lt;br /&gt;</w:t>
        <w:br/>
        <w:t>Дістане водопій конячий,&lt;br /&gt;</w:t>
        <w:br/>
        <w:t>Кошелик дуль і з маком фіґ&lt;br /&gt;</w:t>
        <w:br/>
        <w:t>І все смачне, що лиш забачить.&lt;br /&gt;</w:t>
        <w:br/>
        <w:t>Нехай Під Шишкою пиячить,&lt;br /&gt;</w:t>
        <w:br/>
        <w:t>У якобінському плащі&lt;br /&gt;</w:t>
        <w:br/>
        <w:t>При печі сидячи гарячій,&lt;br /&gt;</w:t>
        <w:br/>
        <w:t>А й сойка знайдеться вночі.</w:t>
      </w:r>
    </w:p>
    <w:p>
      <w:r>
        <w:br/>
        <w:t>20&lt;br /&gt;</w:t>
        <w:br/>
        <w:t>На милого Мотена Жана&lt;br /&gt;</w:t>
        <w:br/>
        <w:t>І майстра П'єра Базаньє&lt;br /&gt;</w:t>
        <w:br/>
        <w:t>Доброзичливо хай погляне&lt;br /&gt;</w:t>
        <w:br/>
        <w:t>Пан, що суворим завжди є;&lt;br /&gt;</w:t>
        <w:br/>
        <w:t>А адвокатові Фурнье&lt;br /&gt;</w:t>
        <w:br/>
        <w:t>Дам шапку й пару черевиків,&lt;br /&gt;</w:t>
        <w:br/>
        <w:t>Мій швець їх добре підкує,&lt;br /&gt;</w:t>
        <w:br/>
        <w:t>Бо стяв усе мороз великий.</w:t>
      </w:r>
    </w:p>
    <w:p>
      <w:r>
        <w:br/>
        <w:t>21&lt;br /&gt;</w:t>
        <w:br/>
        <w:t>Теж, Жак Труве, різник, імій друг,&lt;br /&gt;</w:t>
        <w:br/>
        <w:t>Дістане Барана товстого&lt;br /&gt;</w:t>
        <w:br/>
        <w:t>І мухобийку бити мух&lt;br /&gt;</w:t>
        <w:br/>
        <w:t>З Бика в Короні, ще й до цього&lt;br /&gt;</w:t>
        <w:br/>
        <w:t>Корову: може драба злого&lt;br /&gt;</w:t>
        <w:br/>
        <w:t>Він зловить, що поніс її;&lt;br /&gt;</w:t>
        <w:br/>
        <w:t>Як не поверне ту небогу,&lt;br /&gt;</w:t>
        <w:br/>
        <w:t>Варт буде доброї петлі!</w:t>
      </w:r>
    </w:p>
    <w:p>
      <w:r>
        <w:br/>
        <w:t>22&lt;br /&gt;</w:t>
        <w:br/>
        <w:t>Теж, Капітанова Сторожі&lt;br /&gt;</w:t>
        <w:br/>
        <w:t>Я Під Шоломом дам корчму,&lt;br /&gt;</w:t>
        <w:br/>
        <w:t>А інших поліцаїв гожих,&lt;br /&gt;</w:t>
        <w:br/>
        <w:t>Що топчуть поночі пітьму,&lt;br /&gt;</w:t>
        <w:br/>
        <w:t>У бурдах добре я намну,&lt;br /&gt;</w:t>
        <w:br/>
        <w:t>Поб'ю їм сліпаки в Ліхтарні,&lt;br /&gt;</w:t>
        <w:br/>
        <w:t>Зате Три Лілії займу,&lt;br /&gt;</w:t>
        <w:br/>
        <w:t>В Шатле причаливши шикарнім.</w:t>
      </w:r>
    </w:p>
    <w:p>
      <w:r>
        <w:br/>
        <w:t>23&lt;br /&gt;</w:t>
        <w:br/>
        <w:t>Перне Маршан, якого звуть&lt;br /&gt;</w:t>
        <w:br/>
        <w:t>Бастардом Бара, що відомий&lt;br /&gt;</w:t>
        <w:br/>
        <w:t>Усім купчина, не щобудь,&lt;br /&gt;</w:t>
        <w:br/>
        <w:t>Дістане три візки соломи,&lt;br /&gt;</w:t>
        <w:br/>
        <w:t>Щоб вистелив свої хороми&lt;br /&gt;</w:t>
        <w:br/>
        <w:t>І крам любовний продавав.&lt;br /&gt;</w:t>
        <w:br/>
        <w:t>До праці він не мав оскоми,&lt;br /&gt;</w:t>
        <w:br/>
        <w:t>А інших він реместв не знав.</w:t>
      </w:r>
    </w:p>
    <w:p>
      <w:r>
        <w:br/>
        <w:t>24&lt;br /&gt;</w:t>
        <w:br/>
        <w:t>Теж, Вовкові й Шале премилим&lt;br /&gt;</w:t>
        <w:br/>
        <w:t>Я качку дам, таку, як ті,&lt;br /&gt;</w:t>
        <w:br/>
        <w:t>Що ми в ровах колись ловили&lt;br /&gt;</w:t>
        <w:br/>
        <w:t>Під мурами у темноті,&lt;br /&gt;</w:t>
        <w:br/>
        <w:t>Чернечі ряси дві святі,&lt;br /&gt;</w:t>
        <w:br/>
        <w:t>Що аж до 'п'ят спадають низько,&lt;br /&gt;</w:t>
        <w:br/>
        <w:t>Вугілля й шпирки дві товсті&lt;br /&gt;</w:t>
        <w:br/>
        <w:t>І ще — безверхі чоботиська.</w:t>
      </w:r>
    </w:p>
    <w:p>
      <w:r>
        <w:br/>
        <w:t>25&lt;br /&gt;</w:t>
        <w:br/>
        <w:t>Із милосердя й спочуття&lt;br /&gt;</w:t>
        <w:br/>
        <w:t>Трьом бідним хлопчикам голеньким,&lt;br /&gt;</w:t>
        <w:br/>
        <w:t>Що їх згадаю зараз я,&lt;br /&gt;</w:t>
        <w:br/>
        <w:t>Сиріткам жалісним, без неньки,&lt;br /&gt;</w:t>
        <w:br/>
        <w:t>Усе невзутим, голодненьким,&lt;br /&gt;</w:t>
        <w:br/>
        <w:t>Тим голопупим червячкам,&lt;br /&gt;</w:t>
        <w:br/>
        <w:t>Я забезпечення усеньке&lt;br /&gt;</w:t>
        <w:br/>
        <w:t>Цю ізиму пережити дам.</w:t>
      </w:r>
    </w:p>
    <w:p>
      <w:r>
        <w:br/>
        <w:t>26&lt;br /&gt;</w:t>
        <w:br/>
        <w:t>Жірар Ґосвен з Колен Льораном&lt;br /&gt;</w:t>
        <w:br/>
        <w:t>І Жан Марсо, що злиднів лють&lt;br /&gt;</w:t>
        <w:br/>
        <w:t>Пізнали добре й що зі збану&lt;br /&gt;</w:t>
        <w:br/>
        <w:t>Надщербленого воду п'ють,&lt;br /&gt;</w:t>
        <w:br/>
        <w:t>Нехай моїх маєтків ждуть,&lt;br /&gt;</w:t>
        <w:br/>
        <w:t>Я срібла їм сипну з калитки;&lt;br /&gt;</w:t>
        <w:br/>
        <w:t>Хай щось смачненьке загризуть,&lt;br /&gt;</w:t>
        <w:br/>
        <w:t>Коли постаріюсь, ті дітки!</w:t>
      </w:r>
    </w:p>
    <w:p>
      <w:r>
        <w:br/>
        <w:t>27&lt;br /&gt;</w:t>
        <w:br/>
        <w:t>Номінаційну грамоту,&lt;br /&gt;</w:t>
        <w:br/>
        <w:t>Що з університету маю,&lt;br /&gt;</w:t>
        <w:br/>
        <w:t>Звертаю й даровизну ту&lt;br /&gt;</w:t>
        <w:br/>
        <w:t>Убогим учням залишаю,&lt;br /&gt;</w:t>
        <w:br/>
        <w:t>Вони в цім місті проживають.&lt;br /&gt;</w:t>
        <w:br/>
        <w:t>їх поминути б я не смів;&lt;br /&gt;</w:t>
        <w:br/>
        <w:t>Наказ Натури я вволяю,&lt;br /&gt;</w:t>
        <w:br/>
        <w:t>Побачивши тих голяків.</w:t>
      </w:r>
    </w:p>
    <w:p>
      <w:r>
        <w:br/>
        <w:t>28&lt;br /&gt;</w:t>
        <w:br/>
        <w:t>Це хто? Ґійом Котен смиренний&lt;br /&gt;</w:t>
        <w:br/>
        <w:t>І друг його Тібо Віткрі,&lt;br /&gt;</w:t>
        <w:br/>
        <w:t>Два клерки у латині вчені,&lt;br /&gt;</w:t>
        <w:br/>
        <w:t>Спокійні, чемні школярі,&lt;br /&gt;</w:t>
        <w:br/>
        <w:t>Що добре піють тропарі;&lt;br /&gt;</w:t>
        <w:br/>
        <w:t>Оренду дам їм на початок&lt;br /&gt;</w:t>
        <w:br/>
        <w:t>З будинку різника Ґільдрі,&lt;br /&gt;</w:t>
        <w:br/>
        <w:t>Пізніш знайду їм кращий взяток.</w:t>
      </w:r>
    </w:p>
    <w:p>
      <w:r>
        <w:br/>
        <w:t>29&lt;br /&gt;</w:t>
        <w:br/>
        <w:t>Також їм посоха даю&lt;br /&gt;</w:t>
        <w:br/>
        <w:t>Із вулиці Сен-Антуана&lt;br /&gt;</w:t>
        <w:br/>
        <w:t>І кий білярдний, ще й наллю&lt;br /&gt;</w:t>
        <w:br/>
        <w:t>Щоденно Сени їм до збана;&lt;br /&gt;</w:t>
        <w:br/>
        <w:t>А бідним чижикам-кумпанам,&lt;br /&gt;</w:t>
        <w:br/>
        <w:t>Що в .клітці лік забули дням,&lt;br /&gt;</w:t>
        <w:br/>
        <w:t>Мій дар: ключарка непогана&lt;br /&gt;</w:t>
        <w:br/>
        <w:t>І дзеркальце моє без плям.</w:t>
      </w:r>
    </w:p>
    <w:p>
      <w:r>
        <w:br/>
        <w:t>30&lt;br /&gt;</w:t>
        <w:br/>
        <w:t>Шпиталям — вікна з павутини&lt;br /&gt;</w:t>
        <w:br/>
        <w:t>Дарую з щедрої руки,&lt;br /&gt;</w:t>
        <w:br/>
        <w:t>А всім бездомним — чорносинім&lt;br /&gt;</w:t>
        <w:br/>
        <w:t>Я підмалюю сліпаки.&lt;br /&gt;</w:t>
        <w:br/>
        <w:t>Хай їм затрусяться жижки,&lt;br /&gt;</w:t>
        <w:br/>
        <w:t>Худим, закляклим волокитам,&lt;br /&gt;</w:t>
        <w:br/>
        <w:t>В штанах, де світяться дірки,&lt;br /&gt;</w:t>
        <w:br/>
        <w:t>Цромоклим, змерзлим і прибитим.</w:t>
      </w:r>
    </w:p>
    <w:p>
      <w:r>
        <w:br/>
        <w:t>31&lt;br /&gt;</w:t>
        <w:br/>
        <w:t>Також — великодушний дар —&lt;br /&gt;</w:t>
        <w:br/>
        <w:t>Мою обстрижену чуприну&lt;br /&gt;</w:t>
        <w:br/>
        <w:t>Отримає мій друг голяр,&lt;br /&gt;</w:t>
        <w:br/>
        <w:t>Шевцеві — шкарбани покину,&lt;br /&gt;</w:t>
        <w:br/>
        <w:t>Ганчірникові — дам свитину,&lt;br /&gt;</w:t>
        <w:br/>
        <w:t>Якщо ще буде на хребті;&lt;br /&gt;</w:t>
        <w:br/>
        <w:t>Те все леґую доброчинно,&lt;br /&gt;</w:t>
        <w:br/>
        <w:t>Хоч купував я речі ті.</w:t>
      </w:r>
    </w:p>
    <w:p>
      <w:r>
        <w:br/>
        <w:t>32&lt;br /&gt;</w:t>
        <w:br/>
        <w:t>Братам Жебрущим і Сестрицям,&lt;br /&gt;</w:t>
        <w:br/>
        <w:t>Також беґінкам, я з дарів&lt;br /&gt;</w:t>
        <w:br/>
        <w:t>Даю найкраще все, що їсться —&lt;br /&gt;</w:t>
        <w:br/>
        <w:t>Ситних курей і каплунів.&lt;br /&gt;</w:t>
        <w:br/>
        <w:t>На жебрах потім хай знаків&lt;br /&gt;</w:t>
        <w:br/>
        <w:t>Своїх П'ятнадцять всяк боронить;&lt;br /&gt;</w:t>
        <w:br/>
        <w:t>(Змовчу тут скромно про ченців,&lt;br /&gt;</w:t>
        <w:br/>
        <w:t>Що з ближніх люблять лиш їх жони).</w:t>
      </w:r>
    </w:p>
    <w:p>
      <w:r>
        <w:br/>
        <w:t>33&lt;br /&gt;</w:t>
        <w:br/>
        <w:t>Я золотий мужджир відклав&lt;br /&gt;</w:t>
        <w:br/>
        <w:t>Для пана Жана де ля Ґарда,&lt;br /&gt;</w:t>
        <w:br/>
        <w:t>Сен-Морську милицю додав&lt;br /&gt;</w:t>
        <w:br/>
        <w:t>Товкти гірчицю на муштарду.&lt;br /&gt;</w:t>
        <w:br/>
        <w:t>Того ж, хто люто, не для жарту,&lt;br /&gt;</w:t>
        <w:br/>
        <w:t>Зіпхнув мене в безодню лих,&lt;br /&gt;</w:t>
        <w:br/>
        <w:t>Болячкою вжалити варто!&lt;br /&gt;</w:t>
        <w:br/>
        <w:t>Єдиний це з дарів моїх.</w:t>
      </w:r>
    </w:p>
    <w:p>
      <w:r>
        <w:br/>
        <w:t>34&lt;br /&gt;</w:t>
        <w:br/>
        <w:t>Дістануть у моїм леґаті&lt;br /&gt;</w:t>
        <w:br/>
        <w:t>Марбеф і Ніколя з Люв'є&lt;br /&gt;</w:t>
        <w:br/>
        <w:t>Яєчка, сповнені дукатів,&lt;br /&gt;</w:t>
        <w:br/>
        <w:t>Хай кожен вибере своє;&lt;br /&gt;</w:t>
        <w:br/>
        <w:t>А для воротаря з Ґув'є,&lt;br /&gt;</w:t>
        <w:br/>
        <w:t>Мосьпана П'єра де Русвіля,&lt;br /&gt;</w:t>
        <w:br/>
        <w:t>(Нехай затямить, хто дає!)&lt;br /&gt;</w:t>
        <w:br/>
        <w:t>Екю блазенські на похмілля.</w:t>
      </w:r>
    </w:p>
    <w:p>
      <w:r>
        <w:br/>
        <w:t>35.&lt;br /&gt;</w:t>
        <w:br/>
        <w:t>Вкінці, як у вечірній час,&lt;br /&gt;</w:t>
        <w:br/>
        <w:t>Самотній, в настрої півсоннім,&lt;br /&gt;</w:t>
        <w:br/>
        <w:t>Писав я ці рядки, нараз&lt;br /&gt;</w:t>
        <w:br/>
        <w:t>Озвались звуки ніжнотонні:&lt;br /&gt;</w:t>
        <w:br/>
        <w:t>Дзвін бив дев'яту на Сорбент,&lt;br /&gt;</w:t>
        <w:br/>
        <w:t>Вістивши Ангельський Салют;&lt;br /&gt;</w:t>
        <w:br/>
        <w:t>Я молитовно склав долоні&lt;br /&gt;</w:t>
        <w:br/>
        <w:t>І перервав свій тихий труд.</w:t>
      </w:r>
    </w:p>
    <w:p>
      <w:r>
        <w:br/>
        <w:t>36&lt;br /&gt;</w:t>
        <w:br/>
        <w:t>Я чувсь, мов з пантелику збитий,&lt;br /&gt;</w:t>
        <w:br/>
        <w:t>Мов би надудлився вина,&lt;br /&gt;</w:t>
        <w:br/>
        <w:t>Мій розум млою став повитий,&lt;br /&gt;</w:t>
        <w:br/>
        <w:t>Аж пані Пам'ять, недурна,&lt;br /&gt;</w:t>
        <w:br/>
        <w:t>Прийшла й повитягала з дна&lt;br /&gt;</w:t>
        <w:br/>
        <w:t>Всі спеції колятеральні,&lt;br /&gt;</w:t>
        <w:br/>
        <w:t>І справжні, й злудні як мана,&lt;br /&gt;</w:t>
        <w:br/>
        <w:t>І інші, інтелектуальні.</w:t>
      </w:r>
    </w:p>
    <w:p>
      <w:r>
        <w:br/>
        <w:t>37&lt;br /&gt;</w:t>
        <w:br/>
        <w:t>Естимативні теж, що нам&lt;br /&gt;</w:t>
        <w:br/>
        <w:t>Дають концепти проспективні,&lt;br /&gt;</w:t>
        <w:br/>
        <w:t>Симілятивні, що думкам&lt;br /&gt;</w:t>
        <w:br/>
        <w:t>Колотять глузди формативні,&lt;br /&gt;</w:t>
        <w:br/>
        <w:t>Що лунатизму впливом дивним&lt;br /&gt;</w:t>
        <w:br/>
        <w:t>І божевіллям бурять кров.&lt;br /&gt;</w:t>
        <w:br/>
        <w:t>Про це рядки афірмативні&lt;br /&gt;</w:t>
        <w:br/>
        <w:t>Я в Арістотеля знайшов.</w:t>
      </w:r>
    </w:p>
    <w:p>
      <w:r>
        <w:br/>
        <w:t>38&lt;br /&gt;</w:t>
        <w:br/>
        <w:t>Враз почуття дістали крила,&lt;br /&gt;</w:t>
        <w:br/>
        <w:t>Фантазію зірвали з ніг,&lt;br /&gt;</w:t>
        <w:br/>
        <w:t>Вона всі органи збудила,&lt;br /&gt;</w:t>
        <w:br/>
        <w:t>І лиш найважливіший з них&lt;br /&gt;</w:t>
        <w:br/>
        <w:t>Безсило в безруху застиг,&lt;br /&gt;</w:t>
        <w:br/>
        <w:t>Забутий у душі блуканнях;&lt;br /&gt;</w:t>
        <w:br/>
        <w:t>А хто б довести краще зміг&lt;br /&gt;</w:t>
        <w:br/>
        <w:t>Потребу згоди в почуваннях?</w:t>
      </w:r>
    </w:p>
    <w:p>
      <w:r>
        <w:br/>
        <w:t>39&lt;br /&gt;</w:t>
        <w:br/>
        <w:t>Як хвилювань улігся рій&lt;br /&gt;</w:t>
        <w:br/>
        <w:t>І розум врешті прояснило,&lt;br /&gt;</w:t>
        <w:br/>
        <w:t>Хотів я труд скінчити свій,&lt;br /&gt;</w:t>
        <w:br/>
        <w:t>Але замерзло геть чорнило.&lt;br /&gt;</w:t>
        <w:br/>
        <w:t>Огарок подувом згасило,&lt;br /&gt;</w:t>
        <w:br/>
        <w:t>Огню я іншого не мав,&lt;br /&gt;</w:t>
        <w:br/>
        <w:t>Тож спати літ, накривши тіло,&lt;br /&gt;</w:t>
        <w:br/>
        <w:t>І до кінця не дописав.</w:t>
      </w:r>
    </w:p>
    <w:p>
      <w:r>
        <w:br/>
        <w:t>40&lt;br /&gt;</w:t>
        <w:br/>
        <w:t>Це в році писано вже данім&lt;br /&gt;</w:t>
        <w:br/>
        <w:t>Війоиом, із бакалярів,&lt;br /&gt;</w:t>
        <w:br/>
        <w:t>Не їв він фіґ і марципанів,&lt;br /&gt;</w:t>
        <w:br/>
        <w:t>Як віхоть пекаря зчорнів.&lt;br /&gt;</w:t>
        <w:br/>
        <w:t>Що мав із шатер і гербів,&lt;br /&gt;</w:t>
        <w:br/>
        <w:t>Все друзям він роздав ласкаво,&lt;br /&gt;</w:t>
        <w:br/>
        <w:t>Лишилось кілька мідяків,&lt;br /&gt;</w:t>
        <w:br/>
        <w:t>Та й ці процвиндрить він небавом.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