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Віз</w:t>
      </w:r>
    </w:p>
    <w:p>
      <w:r>
        <w:br/>
        <w:t xml:space="preserve"> &lt;p&gt;Червневе небо обтрушувало в озеро зорі. Зоряне озеро — як небо, здавалось, дай нурка і полетиш. Дмитрик полетів, намацав ногою дно неба, розплющив очі. Вхопився рукою за дишель Малого Воза і витягнув його з озера. Прогуркотів небом Великий Віз і заїхав за хмари. А Малий Віз повіз Дмитрика додому.</w:t>
      </w:r>
    </w:p>
    <w:p>
      <w:r>
        <w:br/>
        <w:t>— Де ти поночі вештаєшся? — запитала Дмитрика мама...</w:t>
      </w:r>
    </w:p>
    <w:p>
      <w:r>
        <w:br/>
        <w:t>— Витягав з води Віз, — відповів син. Засунув Віз під ліжко і ліг спати.</w:t>
      </w:r>
    </w:p>
    <w:p>
      <w:r>
        <w:br/>
        <w:t>Ще й заснути не встиг, як закрутилися Возові колеса, і Дмитрик разом з ліжком поїхав у невідоме.</w:t>
      </w:r>
    </w:p>
    <w:p>
      <w:r>
        <w:br/>
        <w:t>— Чому в невідоме? — заперечив Дмитрик. — Ось минаю село, он Кам’яна гора. Ось і товариство чекає на мене.</w:t>
      </w:r>
    </w:p>
    <w:p>
      <w:r>
        <w:br/>
        <w:t>— Це тебе ми чекаємо? — взяв руки в боки сивоусий козак. — І кого ж це ми дочекалися?</w:t>
      </w:r>
    </w:p>
    <w:p>
      <w:r>
        <w:br/>
        <w:t>Козаки сиділи біля куреня, варили куліш, підкидали хмиз у ватру.</w:t>
      </w:r>
    </w:p>
    <w:p>
      <w:r>
        <w:br/>
        <w:t>Чекали кого завгодно — турків, татар, друзів, недругів, але такого дива не сподівалися. На возі — ліжко, а на ліжку хтось спросоння лепече, що вони на нього начебто чекали.</w:t>
      </w:r>
    </w:p>
    <w:p>
      <w:r>
        <w:br/>
        <w:t>— Ні, пане-брате, таких, як ти, ми не чекаємо. Лежнів серед нас немає, обійдемося і без тебе, — почали козаки одмахуватись руками від лежачого хлопця.</w:t>
      </w:r>
    </w:p>
    <w:p>
      <w:r>
        <w:br/>
        <w:t>Дмитрик сів на ліжку, ноги звісив з побічні, не знає, що йому робити. А козаки ще мить — і за шаблі візьмуться, щоб одігнати від себе ману.</w:t>
      </w:r>
    </w:p>
    <w:p>
      <w:r>
        <w:br/>
        <w:t>— Згинь з очей! Кінних, піших приймаємо у свій кіш, а ти котися зі своєю "канапою". Там за лісом пани-ляхи п’ють каву, може, тобі до ліжка її подадуть.</w:t>
      </w:r>
    </w:p>
    <w:p>
      <w:r>
        <w:br/>
        <w:t>Дмитрик розгубився. Йому так хочеться знайти спільну мову з козаками. Почав злазити з ліжка. Воно перехилилось, Дмитрик разом з ним бабахнувся на землю. А Віз, почувши волю, відкотився набік.</w:t>
      </w:r>
    </w:p>
    <w:p>
      <w:r>
        <w:br/>
        <w:t>— Так тобі і треба, — розсміялися козаки. — Будеш знати, як до нас іншим разом їздити. Тепер спробуєш сам занести ліжко на плечах до дому.</w:t>
      </w:r>
    </w:p>
    <w:p>
      <w:r>
        <w:br/>
        <w:t>Сивовусий козак узяв велику ложку і затиснув її у Дмитриків кулак.</w:t>
      </w:r>
    </w:p>
    <w:p>
      <w:r>
        <w:br/>
        <w:t>— Якщо не спиш, то сідай їсти з нами. Поїси і скажеш, чого прийшов.</w:t>
      </w:r>
    </w:p>
    <w:p>
      <w:r>
        <w:br/>
        <w:t>Дмитрик втиснувсь у коло. Одному козакові, вмощуючись, притиснув ногу.</w:t>
      </w:r>
    </w:p>
    <w:p>
      <w:r>
        <w:br/>
        <w:t>— Ще не встиг познайомитись, а вже з моєї ноги стілець собі робиш! Скільки років тобі? — запитав козак, якому Дмитрик притиснув ногу.</w:t>
      </w:r>
    </w:p>
    <w:p>
      <w:r>
        <w:br/>
        <w:t>— Десять, — Дмитрик притиснув ложку до грудей, — скоро десять!</w:t>
      </w:r>
    </w:p>
    <w:p>
      <w:r>
        <w:br/>
        <w:t>— А нам по триста десять.</w:t>
      </w:r>
    </w:p>
    <w:p>
      <w:r>
        <w:br/>
        <w:t>— І ви ще не повмирали?</w:t>
      </w:r>
    </w:p>
    <w:p>
      <w:r>
        <w:br/>
        <w:t>— Чи ти вже навсидячки спиш? — тристадесятилітній козак зачерпнув ложкою куліш і звернувся до своїх побратимів: — Їжте, хлопці, бо помремо з голоду, поки цей хлопчисько повірить, що ми на світі є.</w:t>
      </w:r>
    </w:p>
    <w:p>
      <w:r>
        <w:br/>
        <w:t>Дмитрик наївся, перечекав, поки козаки викотили казан, і почав говорити несміло:</w:t>
      </w:r>
    </w:p>
    <w:p>
      <w:r>
        <w:br/>
        <w:t>— Я маю справу до Івана Сірка. Чи не скажете, де його можу зустріти?</w:t>
      </w:r>
    </w:p>
    <w:p>
      <w:r>
        <w:br/>
        <w:t>— Еге, отамана Сірка сьогодні не побачиш. Він зараз у Львові, там один письменник книжку пише про нього. І Сірко днює і ночує на дев’ятому поверсі в його будинку. Хоче перечитати написане, щоб той чого не добрехав... Може, ми зможемо залагодити твою справу?</w:t>
      </w:r>
    </w:p>
    <w:p>
      <w:r>
        <w:br/>
        <w:t>— Та... ми з одним товаришем посперечалися. Я кажу, що за часів отамана Сірка були в козаків підводні човни. А мій товариш не хоче вірити...</w:t>
      </w:r>
    </w:p>
    <w:p>
      <w:r>
        <w:br/>
        <w:t>— Багато хочеш знати, — хитро усміхнувся старий козак. — Наш отаман саме радиться у Львові, чи називати ті човни підводними. Незабаром прочитаєш про це.</w:t>
      </w:r>
    </w:p>
    <w:p>
      <w:r>
        <w:br/>
        <w:t>— Чекати довго, — Дмитрик скривився. — Не маю часу чекати.</w:t>
      </w:r>
    </w:p>
    <w:p>
      <w:r>
        <w:br/>
        <w:t>— Не кривися, як середа на п’ятницю. Як не маєш часу чекати, то сам оглянь човна.</w:t>
      </w:r>
    </w:p>
    <w:p>
      <w:r>
        <w:br/>
        <w:t>Пішли вони разом до ріки. При березі бився об хвилі човен. Він був подібний до великої жовтої черепашки. Дмитрик захотів витягнути його на берег — не стало сили, тільки хвиля в очі бризнула.</w:t>
      </w:r>
    </w:p>
    <w:p>
      <w:r>
        <w:br/>
        <w:t>Хотів залізти всередину, та козаки не пускають туди і кажуть: лягай швидко в ліжко, бо вже скоро будитимуть тебе.</w:t>
      </w:r>
    </w:p>
    <w:p>
      <w:r>
        <w:br/>
        <w:t>— А хіба я сплю?</w:t>
      </w:r>
    </w:p>
    <w:p>
      <w:r>
        <w:br/>
        <w:t>— Не спиш. Але он, на сході, небо заясніло. Козацька ракета ось-ось вистрелить.</w:t>
      </w:r>
    </w:p>
    <w:p>
      <w:r>
        <w:br/>
        <w:t>— Це ваша ракета? Ви придумали ракету?</w:t>
      </w:r>
    </w:p>
    <w:p>
      <w:r>
        <w:br/>
        <w:t>— І човна підводного, і ракету, — промовив гордо найстарший козак і почав з товариством віддалятися.</w:t>
      </w:r>
    </w:p>
    <w:p>
      <w:r>
        <w:br/>
        <w:t>Козацька ракета вистрелила. Стало ясно-ясно. Підводний човен зблід, занурився у воду і швидко зник.</w:t>
      </w:r>
    </w:p>
    <w:p>
      <w:r>
        <w:br/>
        <w:t>Через кілька днів Дмитрик прийшов до міста. Підгайці — маленьке містечко, за годину можна обійти його вздовж і впоперек. Дмитрик по боках не розглядався, зайшов одразу в книгарню.</w:t>
      </w:r>
    </w:p>
    <w:p>
      <w:r>
        <w:br/>
        <w:t>— Чи є вже книжка про Івана Сірка? — за питав.</w:t>
      </w:r>
    </w:p>
    <w:p>
      <w:r>
        <w:br/>
        <w:t>— Немає, незабаром буде.</w:t>
      </w:r>
    </w:p>
    <w:p>
      <w:r>
        <w:br/>
        <w:t>Чому той письменник бариться? Козаки придумали підводного човна, перші зробили ракету, а книжки про це досі немає. Дмитрик ще трохи почекає.</w:t>
      </w:r>
    </w:p>
    <w:p>
      <w:r>
        <w:br/>
        <w:t>А ні, то сяде він на Малого Воза і сам вирушить до Львова. Обійде всі дев’ятиповерхові будинки — отамана Сірка знайде! Отаман сягне рукою по Великий Віз, і поїдуть вони... Куди? Про це в книжці не буде писатися. Книжка про козаків, а Іван Сірко ще не знає — Дмитрик справжній козак чи такий собі звичайнісінький шукач пригод.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Віз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