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гуцулик</w:t>
      </w:r>
    </w:p>
    <w:p>
      <w:r>
        <w:br/>
        <w:t xml:space="preserve"> &lt;p&gt;— Ту, мабуть,— каже старший з панів,— мав скриватися славний опришок Довбуш, що то довгий час був пострахом Косівщини. Гуцули оповідають, буцім в цій горі ховав він свої скарби, добуті грабунком. У них він героєм.</w:t>
      </w:r>
    </w:p>
    <w:p>
      <w:r>
        <w:br/>
        <w:t>— Гарні в них герої! — засміявся злобно молодий панич з тонкою шиєю і блідим лицем.— Та вони всі мають вигляд опришків, і я не відважився б хоч би з отсим малим пускатись сюди сам ніччю.</w:t>
      </w:r>
    </w:p>
    <w:p>
      <w:r>
        <w:br/>
        <w:t>— Ах! Ті русини справді ні історії, ні літератури не мають! — запищала ніжна панночка, глумливо підносячи губи.— Такі опришки, як Довбуш, такі варвари, як козаки,— це їх богатирі, а такий хлоп Шевченко у них найбільший поет. Куди їм рівнятися з нами! Ми маємо цілі легіони славних вождів, що. проливали кров за відродження вітчини, сотки ще славніших письменників і других артистів, що здобули собі світову славу.</w:t>
      </w:r>
    </w:p>
    <w:p>
      <w:r>
        <w:br/>
        <w:t>— Я помітила,— відізвалася старша пані,— що ті гуцули дуже лакомі на гроші. Ось вчора за кілька склянок молока /там в долині казала собі якась жінка добре заплатити.</w:t>
      </w:r>
    </w:p>
    <w:p>
      <w:r>
        <w:br/>
        <w:t>— О! Вони здирають нас де можуть! — перебив панич, а ще як знають, що мусиш заплатити, бо нігде нічого не дістанеш, хоч гинь. А були ви коли в їх хатах? Бруд по коліна, нікуди й ступити. Цього не доводилось мені бачити між нашим простим народом!</w:t>
      </w:r>
    </w:p>
    <w:p>
      <w:r>
        <w:br/>
        <w:t>— Що ти рівняєш цих до наших!— з негодованням закликала знову панна.</w:t>
      </w:r>
    </w:p>
    <w:p>
      <w:r>
        <w:br/>
        <w:t>— Це, звичайно, ще дикий, зовсім не культурний нарід, і таким через своє лінивство повік остане...</w:t>
      </w:r>
    </w:p>
    <w:p>
      <w:r>
        <w:br/>
        <w:t>Данило сидить осторонь і слухає...</w:t>
      </w:r>
    </w:p>
    <w:p>
      <w:r>
        <w:br/>
        <w:t>"Таке слабе, а таке лихе на язик,— думає,— одною рукою —"швирнув би-м її там вниз, кісточок не позбирала б! Пек ти! — спльовує, що така гадка прийшла йому до голови.— Ще би марою страшила наших людей по ночах. Отак лишити їх тут, а самому стрибнути в бік села, най шукають дороги, коли такі мудрі! Та ні! Наймився, треба довести: сказали б, що гуцул зрадливий. Чи правда все воно, що ці ось на нас наговорили? — зітхає хлопець.— Не знаю, де мені і знати неписьменному. Коби був учився, то відрубав би їм не так! Та йому, сердезі, годі було вчитися, коли вдома нужда,ще й татові колода в лісі ноги поломила, змалку вже треба було на хліб робити. Та, мабуть, не всі такі дурні, як він, таж з їх села вчаться хлопці в школах ген аж у Чернівцях. Гуцули ще не вся Русь!</w:t>
      </w:r>
    </w:p>
    <w:p>
      <w:r>
        <w:br/>
        <w:t>Пани відпочили, встають до дальшої дороги.</w:t>
      </w:r>
    </w:p>
    <w:p>
      <w:r>
        <w:br/>
        <w:t>"Ади! Які відважні,— глядить на них з погордою Данило,— знать вони лиш на язики такі герої! Великий хлопець, а боїться ногу поставити з таких-то слабодухів виростають їх богатирі..."</w:t>
      </w:r>
    </w:p>
    <w:p>
      <w:r>
        <w:br/>
        <w:t>Пани починають співати. Прегарний вид розікрився на синій Черемош і ланцюги околичних гір.</w:t>
      </w:r>
    </w:p>
    <w:p>
      <w:r>
        <w:br/>
        <w:t>— Що за чудова країна!— чути голоси одушевлення. З полонин понеслася пісня вівчаря. Чужинці слухають в задумі тужливих звуків, що лунають горами.</w:t>
      </w:r>
    </w:p>
    <w:p>
      <w:r>
        <w:br/>
        <w:t>— Гарна пісня!— хвалять.— Лиш така сумна... "Як наша доля",— думає Данило і гордим зором поводить ч довкола, немов пишається красою своєї землі.</w:t>
      </w:r>
    </w:p>
    <w:p>
      <w:r>
        <w:br/>
        <w:t>— Ах!— скрикнула панночка, що стояла край дебрі, де бистрий гірський потік шумів по камінцях. Її капелюшок: упав якось вниз і котився по стінах прогалини. Та ось миттю, відкинувши топірець, збігав уже гуцулик в долину, і заки пани очуняли з тривоги, стояв при них з капелюхом у руці, неначе й нічого не було.</w:t>
      </w:r>
    </w:p>
    <w:p>
      <w:r>
        <w:br/>
        <w:t>— Зух хлопець! Спустився в таке пекло! — дивувався панич, поглядаючи в яр, в котрім шуміло і клекотіло, як у справдішній чортівській печері.</w:t>
      </w:r>
    </w:p>
    <w:p>
      <w:r>
        <w:br/>
        <w:t>Малий хлопчина показував вітцеві топірець Данила.</w:t>
      </w:r>
    </w:p>
    <w:p>
      <w:r>
        <w:br/>
        <w:t>— Містерно вироблена штука!— став старший пан обзирати вирізки.</w:t>
      </w:r>
    </w:p>
    <w:p>
      <w:r>
        <w:br/>
        <w:t>— Чи то ти робив, хлопче?</w:t>
      </w:r>
    </w:p>
    <w:p>
      <w:r>
        <w:br/>
        <w:t>— Я сам,— відказав Данило.— У мене вдома ще два кращі. Та це простенькі всі. Коби ви побачили, які топірці і пістолі вирізує старий Мардас, є на що подивитися!</w:t>
      </w:r>
    </w:p>
    <w:p>
      <w:r>
        <w:br/>
        <w:t>— То межи вами правдиві артисти,— говорять пани, а хлопчина не попускає з рук гарної сокирки.</w:t>
      </w:r>
    </w:p>
    <w:p>
      <w:r>
        <w:br/>
        <w:t>— А чи не продав би ти нам цього топірця?— поспитав старший пан.— Заплатимо тобі добре,— і простягнув срібний ринський гуцуликові.</w:t>
      </w:r>
    </w:p>
    <w:p>
      <w:r>
        <w:br/>
        <w:t>— Топірець візьміть собі даром, покажете тим панам у місті, най знають, що і гуцули не такі дурні, як вони думають. А ось вам гроші, котрі ви дали передше,— говорив, витрясаючи з череса срібняки.— Не візьму їх від тих, що зневажають мій нарід.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гуцулик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