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Маленька Ляпутета (Дитинство Марії Заньковецької)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Маленька Ляпутета (Дитинство Марії Заньковецької)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