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Махорка</w:t>
      </w:r>
    </w:p>
    <w:p>
      <w:r>
        <w:br/>
        <w:t xml:space="preserve"> &lt;strong&gt;Подається російською мовою&lt;/strong&gt;&lt;br /&gt;</w:t>
        <w:br/>
        <w:t>Меняю хлеб на горькую затяжку,&lt;br /&gt;</w:t>
        <w:br/>
        <w:t>родимый дым приснился и запах.&lt;br /&gt;</w:t>
        <w:br/>
        <w:t>И жить легко, и пропадать нетяжко&lt;br /&gt;</w:t>
        <w:br/>
        <w:t>с курящейся цигаркою в зубах.&lt;br /&gt;</w:t>
        <w:br/>
        <w:t>Я знал давно, задумчивый и зоркий,&lt;br /&gt;</w:t>
        <w:br/>
        <w:t>что неспроста, простужен и сердит,&lt;br /&gt;</w:t>
        <w:br/>
        <w:t>и в корешках, и в листиках махорки&lt;br /&gt;</w:t>
        <w:br/>
        <w:t>мохнатый дьявол жмется и сидит.&lt;br /&gt;</w:t>
        <w:br/>
        <w:t>А здесь, среди чахоточного быта,&lt;br /&gt;</w:t>
        <w:br/>
        <w:t>где холод лют, а хижины мокры,&lt;br /&gt;</w:t>
        <w:br/>
        <w:t>все искушенья жизни позабытой&lt;br /&gt;</w:t>
        <w:br/>
        <w:t>для нас остались в пригоршне махры.&lt;br /&gt;</w:t>
        <w:br/>
        <w:t>Горсть табаку, газетная полоска —&lt;br /&gt;</w:t>
        <w:br/>
        <w:t>какое счастье проще и полней?&lt;br /&gt;</w:t>
        <w:br/>
        <w:t>И вдруг во рту погаснет папироска,&lt;br /&gt;</w:t>
        <w:br/>
        <w:t>и заскучает воля обо мне.&lt;br /&gt;</w:t>
        <w:br/>
        <w:t>Один из тех, что "ну давай покурим",&lt;br /&gt;</w:t>
        <w:br/>
        <w:t>сболтнет, печаль надеждой осквернив,&lt;br /&gt;</w:t>
        <w:br/>
        <w:t>что у ворот задумавшихся тюрем&lt;br /&gt;</w:t>
        <w:br/>
        <w:t>нам остаются рады и верны.&lt;br /&gt;</w:t>
        <w:br/>
        <w:t>А мне и так не жалко и не горько.&lt;br /&gt;</w:t>
        <w:br/>
        <w:t>Я не хочу нечаянных порук.&lt;br /&gt;</w:t>
        <w:br/>
        <w:t>Дымись дотла, душа моя махорка,&lt;br /&gt;</w:t>
        <w:br/>
        <w:t>мой дорогой и ядовитый друг.&lt;br /&gt;</w:t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Махорка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