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Махно (уривки)</w:t>
      </w:r>
    </w:p>
    <w:p>
      <w:r>
        <w:br/>
        <w:t xml:space="preserve"> МАХНО&lt;br /&gt;</w:t>
        <w:br/>
        <w:t>(Поема)&lt;br /&gt;</w:t>
        <w:br/>
        <w:t>(Уривки)&lt;br /&gt;</w:t>
        <w:br/>
        <w:t>І</w:t>
      </w:r>
    </w:p>
    <w:p>
      <w:r>
        <w:br/>
        <w:t>Село живе чи тільки сниться?..&lt;br /&gt;</w:t>
        <w:br/>
        <w:t>Чи, може, не дає заснуть?..&lt;br /&gt;</w:t>
        <w:br/>
        <w:t>Бо кожний вечір юні лиця&lt;br /&gt;</w:t>
        <w:br/>
        <w:t>кудись порубаних везуть...&lt;br /&gt;</w:t>
        <w:br/>
        <w:t>Це ким розкидано патрони,&lt;br /&gt;</w:t>
        <w:br/>
        <w:t>сліди чиїх чобіт, колін?..&lt;br /&gt;</w:t>
        <w:br/>
        <w:t>Одні рубаються за трони,&lt;br /&gt;</w:t>
        <w:br/>
        <w:t>а другим — волі і землі?!&lt;br /&gt;</w:t>
        <w:br/>
        <w:t>А другим ніч у драну хату,&lt;br /&gt;</w:t>
        <w:br/>
        <w:t>зорю з засмажених долонь...&lt;br /&gt;</w:t>
        <w:br/>
        <w:t>"Ага!.." Таким єдина плата —&lt;br /&gt;</w:t>
        <w:br/>
        <w:t>через плече клинка огонь...&lt;br /&gt;</w:t>
        <w:br/>
        <w:t>Гуляє вітер в Гуляй-Полі...&lt;br /&gt;</w:t>
        <w:br/>
        <w:t>Там сонця золоте вино.&lt;br /&gt;</w:t>
        <w:br/>
        <w:t>Усім одрізав хліба й волі&lt;br /&gt;</w:t>
        <w:br/>
        <w:t>веселий батько наш Махно.&lt;br /&gt;</w:t>
        <w:br/>
        <w:t>Лежать голічерва вагони,&lt;br /&gt;</w:t>
        <w:br/>
        <w:t>а дні — як самогонний дим...&lt;br /&gt;</w:t>
        <w:br/>
        <w:t>Це ж ви залляли самогоном&lt;br /&gt;</w:t>
        <w:br/>
        <w:t>Комуни макові сліди,&lt;br /&gt;</w:t>
        <w:br/>
        <w:t>це ж ви хотіли на тачанці&lt;br /&gt;</w:t>
        <w:br/>
        <w:t>шляхи залізні перетять,&lt;br /&gt;</w:t>
        <w:br/>
        <w:t>аби одним — прокльони&lt;br /&gt;</w:t>
        <w:br/>
        <w:t>й пранці,&lt;br /&gt;</w:t>
        <w:br/>
        <w:t>а вам — сметаною життя?!&lt;br /&gt;</w:t>
        <w:br/>
        <w:t>II&lt;br /&gt;</w:t>
        <w:br/>
        <w:t>Сьогодні свайба у Степана,&lt;br /&gt;</w:t>
        <w:br/>
        <w:t>дочку він заміж оддає.&lt;br /&gt;</w:t>
        <w:br/>
        <w:t>Сидить, розпатланий і п'яний,&lt;br /&gt;</w:t>
        <w:br/>
        <w:t>і по столу рукою б'є.&lt;br /&gt;</w:t>
        <w:br/>
        <w:t>— У мене коні, як огоні,&lt;br /&gt;</w:t>
        <w:br/>
        <w:t>ярновки повні закроми, —&lt;br /&gt;</w:t>
        <w:br/>
        <w:t>на чорта нам&lt;br /&gt;</w:t>
        <w:br/>
        <w:t>здались червоні,&lt;br /&gt;</w:t>
        <w:br/>
        <w:t>в комуні жить не хочем ми!&lt;br /&gt;</w:t>
        <w:br/>
        <w:t>Співає бубон тонко й лунко&lt;br /&gt;</w:t>
        <w:br/>
        <w:t>виключно для веселих дам.&lt;br /&gt;</w:t>
        <w:br/>
        <w:t>А за столом од поцілунків&lt;br /&gt;</w:t>
        <w:br/>
        <w:t>розчервонілась молода...&lt;br /&gt;</w:t>
        <w:br/>
        <w:t>А за столом...&lt;br /&gt;</w:t>
        <w:br/>
        <w:t>ремні хрестами...&lt;br /&gt;</w:t>
        <w:br/>
        <w:t>Крізь цигарковий дим-туман&lt;br /&gt;</w:t>
        <w:br/>
        <w:t>б лестить таємними очами,&lt;br /&gt;</w:t>
        <w:br/>
        <w:t>немов турецький ятаган,&lt;br /&gt;</w:t>
        <w:br/>
        <w:t>б лестить холодними очами...&lt;br /&gt;</w:t>
        <w:br/>
        <w:t>Сказать?.. Ну, ясно. Це ж... Махно...&lt;br /&gt;</w:t>
        <w:br/>
        <w:t>лице не голене давно.&lt;br /&gt;</w:t>
        <w:br/>
        <w:t>— Я не люблю тебе, Тетяно,&lt;br /&gt;</w:t>
        <w:br/>
        <w:t>але подобаєшся ти&lt;br /&gt;</w:t>
        <w:br/>
        <w:t>за вид закоханий і п'яний,&lt;br /&gt;</w:t>
        <w:br/>
        <w:t>за стан віддано-молодий.&lt;br /&gt;</w:t>
        <w:br/>
        <w:t>Вчителював колись погано,&lt;br /&gt;</w:t>
        <w:br/>
        <w:t>лиш дітвору одну любив.&lt;br /&gt;</w:t>
        <w:br/>
        <w:t>Так наливай мені, Тетяно,&lt;br /&gt;</w:t>
        <w:br/>
        <w:t>за наше гасло: "Ріж і бий!"&lt;br /&gt;</w:t>
        <w:br/>
        <w:t>А в вікна діти заглядають,&lt;br /&gt;</w:t>
        <w:br/>
        <w:t>молодики, молодики...&lt;br /&gt;</w:t>
        <w:br/>
        <w:t>Уже ніхто не прочитає&lt;br /&gt;</w:t>
        <w:br/>
        <w:t>у клясі вам: "Та гей, бики!.."&lt;br /&gt;</w:t>
        <w:br/>
        <w:t>Бо кляси дві биками стали,&lt;br /&gt;</w:t>
        <w:br/>
        <w:t>на крицю — криця... Хто — кого?&lt;br /&gt;</w:t>
        <w:br/>
        <w:t>А вітер хилиться житами,&lt;br /&gt;</w:t>
        <w:br/>
        <w:t>співає: "За огонь — огонь..."&lt;br /&gt;</w:t>
        <w:br/>
        <w:t>Вчителював колись погано,&lt;br /&gt;</w:t>
        <w:br/>
        <w:t>лиш дітвору одну любив?!&lt;br /&gt;</w:t>
        <w:br/>
        <w:t>Так хай же ллє йому Тетяна&lt;br /&gt;</w:t>
        <w:br/>
        <w:t>за чорне гасло: "Ріж і бий!"&lt;br /&gt;</w:t>
        <w:br/>
        <w:t>А ми тривожними рядами&lt;br /&gt;</w:t>
        <w:br/>
        <w:t>оточим прокляте село,&lt;br /&gt;</w:t>
        <w:br/>
        <w:t>щоб те, що всі віки над нами,&lt;br /&gt;</w:t>
        <w:br/>
        <w:t>в крові руїною лягло...&lt;br /&gt;</w:t>
        <w:br/>
        <w:t>А молодий, такий слинявий,&lt;br /&gt;</w:t>
        <w:br/>
        <w:t>курча в порівнянні з Махном.&lt;br /&gt;</w:t>
        <w:br/>
        <w:t>Нехай бутилками халяви,&lt;br /&gt;</w:t>
        <w:br/>
        <w:t>нехай вуста, немов вино.&lt;br /&gt;</w:t>
        <w:br/>
        <w:t>"Ей, гірко! Гірко!" — гості — п'яно.&lt;br /&gt;</w:t>
        <w:br/>
        <w:t>Ой, молодий, ти ловиш ґав.&lt;br /&gt;</w:t>
        <w:br/>
        <w:t>Невже ж оце твою Тетяну&lt;br /&gt;</w:t>
        <w:br/>
        <w:t>Махно при всіх поцілував?!&lt;br /&gt;</w:t>
        <w:br/>
        <w:t>Невже ж тебе —&lt;br /&gt;</w:t>
        <w:br/>
        <w:t>по скроні чулій...&lt;br /&gt;</w:t>
        <w:br/>
        <w:t>Лежить, не встане молодий.&lt;br /&gt;</w:t>
        <w:br/>
        <w:t>Йому застрягла в оці куля,&lt;br /&gt;</w:t>
        <w:br/>
        <w:t>і од крові густої — дим...&lt;br /&gt;</w:t>
        <w:br/>
        <w:t>Ех!.. Вилітали коні! Коні!&lt;br /&gt;</w:t>
        <w:br/>
        <w:t>За затуманене село...&lt;br /&gt;</w:t>
        <w:br/>
        <w:t>Обличчя сонні та не сонні,&lt;br /&gt;</w:t>
        <w:br/>
        <w:t>а сонце золоте жало&lt;br /&gt;</w:t>
        <w:br/>
        <w:t>встромило в спину отаману&lt;br /&gt;</w:t>
        <w:br/>
        <w:t>і гладить куртку шкіряну...&lt;br /&gt;</w:t>
        <w:br/>
        <w:t>З ним рядом&lt;br /&gt;</w:t>
        <w:br/>
        <w:t>молода, Тетяна, —&lt;br /&gt;</w:t>
        <w:br/>
        <w:t>у даль ясну і неясну.</w:t>
      </w:r>
    </w:p>
    <w:p>
      <w:r>
        <w:br/>
        <w:t>III</w:t>
      </w:r>
    </w:p>
    <w:p>
      <w:r>
        <w:br/>
        <w:t>Уже не лускають насіння&lt;br /&gt;</w:t>
        <w:br/>
        <w:t>баби на призьбі, на дубках...&lt;br /&gt;</w:t>
        <w:br/>
        <w:t>Тільки вгорі спокійно й синьо...&lt;br /&gt;</w:t>
        <w:br/>
        <w:t>Тільки вгорі незнаний жах...&lt;br /&gt;</w:t>
        <w:br/>
        <w:t>Шумлять і клени, і тополі...&lt;br /&gt;</w:t>
        <w:br/>
        <w:t>Лиш не шумить&lt;br /&gt;</w:t>
        <w:br/>
        <w:t>один перон...&lt;br /&gt;</w:t>
        <w:br/>
        <w:t>Лежить зарубаний за волю...&lt;br /&gt;</w:t>
        <w:br/>
        <w:t>Лежить зарубаний за трон...&lt;br /&gt;</w:t>
        <w:br/>
        <w:t>А ти?.. Не волі і не трону?!&lt;br /&gt;</w:t>
        <w:br/>
        <w:t>Сьогодні — з нами, завтра — ні?!&lt;br /&gt;</w:t>
        <w:br/>
        <w:t>Скажи, чому ти не червоний?&lt;br /&gt;</w:t>
        <w:br/>
        <w:t>Кому? Кому твої огні?..&lt;br /&gt;</w:t>
        <w:br/>
        <w:t>А вітер — відповідь: нікому!&lt;br /&gt;</w:t>
        <w:br/>
        <w:t>А вітер — відповідь: на всіх!&lt;br /&gt;</w:t>
        <w:br/>
        <w:t>Немає для людей закону,&lt;br /&gt;</w:t>
        <w:br/>
        <w:t>немає для людей межі.&lt;br /&gt;</w:t>
        <w:br/>
        <w:t>Шумлять і клени, і тополі...&lt;br /&gt;</w:t>
        <w:br/>
        <w:t>Лиш не шумить один перон...&lt;br /&gt;</w:t>
        <w:br/>
        <w:t>Лежить зарубаний за волю...&lt;br /&gt;</w:t>
        <w:br/>
        <w:t>Лежить зарубаний за трон...&lt;br /&gt;</w:t>
        <w:br/>
        <w:t>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Махно (уривки)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