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 цвіте</w:t>
      </w:r>
    </w:p>
    <w:p>
      <w:r>
        <w:br/>
        <w:t xml:space="preserve"> (ЛЕГЕНДА)</w:t>
      </w:r>
    </w:p>
    <w:p>
      <w:r>
        <w:br/>
        <w:t>Степами турки і татари&lt;br /&gt;</w:t>
        <w:br/>
        <w:t>На конях мчать, мов чорні хмари,&lt;br /&gt;</w:t>
        <w:br/>
        <w:t>І згаром дихає земля —&lt;br /&gt;</w:t>
        <w:br/>
        <w:t>Навкруг пожари, як петля,&lt;br /&gt;</w:t>
        <w:br/>
        <w:t>Й петлю розкручує ординець:&lt;br /&gt;</w:t>
        <w:br/>
        <w:t>Він одшукав живий гостинець —&lt;br /&gt;</w:t>
        <w:br/>
        <w:t>Дівча біжить босоніж в бір.&lt;br /&gt;</w:t>
        <w:br/>
        <w:t>Її він схопить у ясир,&lt;br /&gt;</w:t>
        <w:br/>
        <w:t>В прокислу зашморгне сирицю&lt;br /&gt;</w:t>
        <w:br/>
        <w:t>Й продасть у Кафі з торговиці.&lt;br /&gt;</w:t>
        <w:br/>
        <w:t>І сльози дівчини, й життя&lt;br /&gt;</w:t>
        <w:br/>
        <w:t>Проп'є без жалю і пуття.&lt;br /&gt;</w:t>
        <w:br/>
        <w:t>Бо що йому краса дівоча,&lt;br /&gt;</w:t>
        <w:br/>
        <w:t>Коса шовкова, ясні очі —&lt;br /&gt;</w:t>
        <w:br/>
        <w:t>Усе продасть він за дукат,&lt;br /&gt;</w:t>
        <w:br/>
        <w:t>Бо він торгаш, ординець, кат.&lt;br /&gt;</w:t>
        <w:br/>
        <w:t>Дівча біжить в тяжкім одчаї,&lt;br /&gt;</w:t>
        <w:br/>
        <w:t>Коса їй плечі устеляє,&lt;br /&gt;</w:t>
        <w:br/>
        <w:t>А сльози падають у брід,&lt;br /&gt;</w:t>
        <w:br/>
        <w:t>І кров'ю тягнеться твій слід.&lt;br /&gt;</w:t>
        <w:br/>
        <w:t>Уже над юністю твоєю&lt;br /&gt;</w:t>
        <w:br/>
        <w:t>Аркан свистить, сичить змією.&lt;br /&gt;</w:t>
        <w:br/>
        <w:t>І враз відсічена петля&lt;br /&gt;</w:t>
        <w:br/>
        <w:t>Безсило впала у поля.&lt;br /&gt;</w:t>
        <w:br/>
        <w:t>Козак-нетяга у долині&lt;br /&gt;</w:t>
        <w:br/>
        <w:t>Рубнув її і вже стежину&lt;br /&gt;</w:t>
        <w:br/>
        <w:t>Дівчині вказує у бір:&lt;br /&gt;</w:t>
        <w:br/>
        <w:t>"Ми ще зустрінемось, повір".&lt;br /&gt;</w:t>
        <w:br/>
        <w:t>Ординець блимнув хижим оком.&lt;br /&gt;</w:t>
        <w:br/>
        <w:t>На луку впав, гикнув і скоком&lt;br /&gt;</w:t>
        <w:br/>
        <w:t>Помчав з ординцями в байрак.&lt;br /&gt;</w:t>
        <w:br/>
        <w:t>Втікай, козаче!&lt;br /&gt;</w:t>
        <w:br/>
        <w:t>Та козак&lt;br /&gt;</w:t>
        <w:br/>
        <w:t>Втікать не думав. Ще дівчину&lt;br /&gt;</w:t>
        <w:br/>
        <w:t>Провів очима й по долині&lt;br /&gt;</w:t>
        <w:br/>
        <w:t>Навскіс напасникам помчав.</w:t>
      </w:r>
    </w:p>
    <w:p>
      <w:r>
        <w:br/>
        <w:t>Травневий день в кільці заграв&lt;br /&gt;</w:t>
        <w:br/>
        <w:t>На сполох бив всіма громами,&lt;br /&gt;</w:t>
        <w:br/>
        <w:t>І блискавка небесні брами&lt;br /&gt;</w:t>
        <w:br/>
        <w:t>Розчахувала навкруги...&lt;br /&gt;</w:t>
        <w:br/>
        <w:t>Все ближче, ближче вороги,&lt;br /&gt;</w:t>
        <w:br/>
        <w:t>Злостивий усміх рве їм губи —&lt;br /&gt;</w:t>
        <w:br/>
        <w:t>Отак і мчить землею згуба,&lt;br /&gt;</w:t>
        <w:br/>
        <w:t>Жадібна, дика, навісна,&lt;br /&gt;</w:t>
        <w:br/>
        <w:t>В краплинах крові і багна.&lt;br /&gt;</w:t>
        <w:br/>
        <w:t>Козак ударив із пістоля,&lt;br /&gt;</w:t>
        <w:br/>
        <w:t>Й розлігся крик посеред поля:&lt;br /&gt;</w:t>
        <w:br/>
        <w:t>На стремені торгаш завис,&lt;br /&gt;</w:t>
        <w:br/>
        <w:t>І кінь його поніс, як біс,&lt;br /&gt;</w:t>
        <w:br/>
        <w:t>І степ востаннє над рікою&lt;br /&gt;</w:t>
        <w:br/>
        <w:t>Ординець міряв головою...&lt;br /&gt;</w:t>
        <w:br/>
        <w:t>Все ближче коні, лиця злі,&lt;br /&gt;</w:t>
        <w:br/>
        <w:t>Схрестились, скрегнули шаблі,&lt;br /&gt;</w:t>
        <w:br/>
        <w:t>Переплелися іскри з кров'ю,&lt;br /&gt;</w:t>
        <w:br/>
        <w:t>І знову криком Придніпров'я&lt;br /&gt;</w:t>
        <w:br/>
        <w:t>Прошив у жасі людолов.&lt;br /&gt;</w:t>
        <w:br/>
        <w:t>Та біснувалась криця знов,&lt;br /&gt;</w:t>
        <w:br/>
        <w:t>Шипіла кров, шипіла піна.&lt;br /&gt;</w:t>
        <w:br/>
        <w:t>Козак вимощував долину&lt;br /&gt;</w:t>
        <w:br/>
        <w:t>Чужинським трупом, як умів,&lt;br /&gt;</w:t>
        <w:br/>
        <w:t>Як вчився в Січі і в братів&lt;br /&gt;</w:t>
        <w:br/>
        <w:t>На славнім Доні у поході.&lt;br /&gt;</w:t>
        <w:br/>
        <w:t>Ординців б'є козак вже в броді.&lt;br /&gt;</w:t>
        <w:br/>
        <w:t>Бере ординців переляк:&lt;br /&gt;</w:t>
        <w:br/>
        <w:t>"То це шайтан!&lt;br /&gt;</w:t>
        <w:br/>
        <w:t>Це не козак!"&lt;br /&gt;</w:t>
        <w:br/>
        <w:t>Козак всміхнувся в довгі вуса:&lt;br /&gt;</w:t>
        <w:br/>
        <w:t>"З шайтанами не вперше б'юся.&lt;br /&gt;</w:t>
        <w:br/>
        <w:t>Узнали, що таке козак,&lt;br /&gt;</w:t>
        <w:br/>
        <w:t>Якого люди кличуть: Мак".&lt;br /&gt;</w:t>
        <w:br/>
        <w:t>І знову зброя у двобої&lt;br /&gt;</w:t>
        <w:br/>
        <w:t>Дзвенить над збитою водою,&lt;br /&gt;</w:t>
        <w:br/>
        <w:t>І квасить нелюдів ріка,-&lt;br /&gt;</w:t>
        <w:br/>
        <w:t>Не ломить сила козака.&lt;br /&gt;</w:t>
        <w:br/>
        <w:t>Та от надходить чорна зрада:&lt;br /&gt;</w:t>
        <w:br/>
        <w:t>Дрантя, попихач скрався ззаду,&lt;br /&gt;</w:t>
        <w:br/>
        <w:t>Він чином — кат, душею — гад.&lt;br /&gt;</w:t>
        <w:br/>
        <w:t>Увесь продався за дукат.&lt;br /&gt;</w:t>
        <w:br/>
        <w:t>Тихцем підвів іуда зброю,&lt;br /&gt;</w:t>
        <w:br/>
        <w:t>Озвався постріл над рікою,&lt;br /&gt;</w:t>
        <w:br/>
        <w:t>І на коня схиливсь козак.&lt;br /&gt;</w:t>
        <w:br/>
        <w:t>"Пропав козак! Загинув Мак!" —&lt;br /&gt;</w:t>
        <w:br/>
        <w:t>Ординці кинулись до нього.&lt;br /&gt;</w:t>
        <w:br/>
        <w:t>Козак на них поглянув строго:&lt;br /&gt;</w:t>
        <w:br/>
        <w:t>"Ні, не загинув я, кати,&lt;br /&gt;</w:t>
        <w:br/>
        <w:t>Поміж людьми мені цвісти!"&lt;br /&gt;</w:t>
        <w:br/>
        <w:t>Кати підводять вгору зброю:&lt;br /&gt;</w:t>
        <w:br/>
        <w:t>"Твій цвіт, життя вже за тобою,&lt;br /&gt;</w:t>
        <w:br/>
        <w:t>Козаче, зробимо отак:&lt;br /&gt;</w:t>
        <w:br/>
        <w:t>Шаблями скришимо на мак..."&lt;br /&gt;</w:t>
        <w:br/>
        <w:t>Ординці воїна скришили,&lt;br /&gt;</w:t>
        <w:br/>
        <w:t>На землю впало тіло біле&lt;br /&gt;</w:t>
        <w:br/>
        <w:t>І, наче зерно, проросло,&lt;br /&gt;</w:t>
        <w:br/>
        <w:t>А влітку маком зацвіло...</w:t>
      </w:r>
    </w:p>
    <w:p>
      <w:r>
        <w:br/>
        <w:t>Давно ординців і іуду&lt;br /&gt;</w:t>
        <w:br/>
        <w:t>В моїм краю забули люди,&lt;br /&gt;</w:t>
        <w:br/>
        <w:t>Бо їхній слід — страшний укіс —&lt;br /&gt;</w:t>
        <w:br/>
        <w:t>Травою мертвою поріс.&lt;br /&gt;</w:t>
        <w:br/>
        <w:t>А мак цвіте віки в роздоллі —&lt;br /&gt;</w:t>
        <w:br/>
        <w:t>В косі дівочій і у полі.&lt;br /&gt;</w:t>
        <w:br/>
        <w:t>А мак цвіте!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 цвіте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