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Американець</w:t>
      </w:r>
    </w:p>
    <w:p>
      <w:r>
        <w:br/>
        <w:t xml:space="preserve"> &lt;p&gt;Джон Рід</w:t>
      </w:r>
    </w:p>
    <w:p>
      <w:r>
        <w:br/>
        <w:t>Мак Американець</w:t>
      </w:r>
    </w:p>
    <w:p>
      <w:r>
        <w:br/>
        <w:t>Мака я зустрів новорічного вечора у Мексіці, в Чігуагуа. То був стопроцентний американець — так би мовити. живе втілення рідного дому. Пригадую, коли ми вийшли з готелю й рушили до Чі Лі перехилити по чарці-дві "Тома і Джері", тріснуті дзвони стародавнього кафедрального собору калатали, мов навіжені.</w:t>
      </w:r>
    </w:p>
    <w:p>
      <w:r>
        <w:br/>
        <w:t>закликаючи до нічної меси. Вгорі мерехтіли гарячі зіркії пустелі.</w:t>
      </w:r>
    </w:p>
    <w:p>
      <w:r>
        <w:br/>
        <w:t>З усіх боків — із cuartels', де стояла армія Вільї, з віддалених аванпостів на голих пагорбах, від сторожових постій на вулицях-лунали переможні постріли. П'яний офіцер, що трапився нам дорогою, забувши з перепою про fiesta , кричав: "Христос родився!" На розі біля багаття сидіп гурт солдатів, закутаних по самі очі в свої serapes ; вони протягло виводили нескінченну бала ду, звану "Вранішня пісня на славу Франсіско Вільї". Кожен і.) співаків мав додавати від себе новий куплет про звитяги "неликого полководця"...</w:t>
      </w:r>
    </w:p>
    <w:p>
      <w:r>
        <w:br/>
        <w:t>Біля високих дверей кафедрального собору з'являлися і знову зникали в темних вуличках Пласи мовчазні, зловісні постаті — то вдягнені в чорне жінки збиралися очиститись від гріхін. А з самих дверей надвір лилося бліде червонувате світло, і незвичні індіанські голоси співали псалом, який мені випадало чути ліпне в Іспанії. — Давай зайдемо,— сказав я,— подивимося відправу. Це, видно, цікаво.</w:t>
      </w:r>
    </w:p>
    <w:p>
      <w:r>
        <w:br/>
        <w:t>— Ну її к бісу! — трохи роздратовано відповів Мак. Я не хочу тицяти носа в їхню релігію.</w:t>
      </w:r>
    </w:p>
    <w:p>
      <w:r>
        <w:br/>
        <w:t>— Ти католик?</w:t>
      </w:r>
    </w:p>
    <w:p>
      <w:r>
        <w:br/>
        <w:t>— Я? — озвався він.— Я тепер, мабуть, узагалі ніхто. Забув навіть, коли був у церкві!</w:t>
      </w:r>
    </w:p>
    <w:p>
      <w:r>
        <w:br/>
        <w:t>— Ну й ну! — вигукнув я.— Виходить, тії не забобонний!</w:t>
      </w:r>
    </w:p>
    <w:p>
      <w:r>
        <w:br/>
        <w:t>Він глянув на мене трохи не зневажливо.</w:t>
      </w:r>
    </w:p>
    <w:p>
      <w:r>
        <w:br/>
        <w:t>— В церкву я не ходжу,— Мак сплюнув,— але бога ін' чіпаю.</w:t>
      </w:r>
    </w:p>
    <w:p>
      <w:r>
        <w:br/>
        <w:t>Надто великий ризик.</w:t>
      </w:r>
    </w:p>
    <w:p>
      <w:r>
        <w:br/>
        <w:t>— Ризик? Чому?</w:t>
      </w:r>
    </w:p>
    <w:p>
      <w:r>
        <w:br/>
        <w:t>— Чому, чому. Помреш, тоді взнаєш чому! — Він роздратовано, з огидою скривився.</w:t>
      </w:r>
    </w:p>
    <w:p>
      <w:r>
        <w:br/>
        <w:t>У Чі Лі ми зустріли ще двох американців. Вони були з тих, що всяку розмову починають словами: "Я вже сім років у цій країні, і хто-хто, а я знаю, чим тут кожен дихає".</w:t>
      </w:r>
    </w:p>
    <w:p>
      <w:r>
        <w:br/>
        <w:t>— Ніде не бачив таких паскудних жінок, як у Мексіці,— сказав один із них.— Більш як двічі на рік жодна з них не миється.</w:t>
      </w:r>
    </w:p>
    <w:p>
      <w:r>
        <w:br/>
        <w:t>Яка там цнота — тут і слова такого не знають! Вони паніть заміж не виходять. Накине оком на якого — та й іде з ним. Всі мексіканки — шлюхи, повірте мені.</w:t>
      </w:r>
    </w:p>
    <w:p>
      <w:r>
        <w:br/>
        <w:t>— Мав я колись у Торреані таку гарненьку індіапочку,— почав другий.— Що, свинство? Та їй же було начхати — одружусь я з нею чи ні. Я...</w:t>
      </w:r>
    </w:p>
    <w:p>
      <w:r>
        <w:br/>
        <w:t>— Аз ними так і треба,— перебив його перший.— ГОльондри — ось вони хто! Я вже сім років у цій країні...</w:t>
      </w:r>
    </w:p>
    <w:p>
      <w:r>
        <w:br/>
        <w:t>— А спробуйте сказати про це греазерові '.— промовив другий, люто тикаючи на мене пальцем.— Та він вам в очі сміятиметься. Свині свиньми, та й годі.</w:t>
      </w:r>
    </w:p>
    <w:p>
      <w:r>
        <w:br/>
        <w:t>— Гордощів у них нема.— похмуро докинув Мак.</w:t>
      </w:r>
    </w:p>
    <w:p>
      <w:r>
        <w:br/>
        <w:t>— Ти тільки уяви собі,— знов почав періний наш співвітчизник,— уяви собі, що було б, якби ти сказав таке справжньому американцеві!</w:t>
      </w:r>
    </w:p>
    <w:p>
      <w:r>
        <w:br/>
        <w:t>Мак гупнув кулаком по столу.</w:t>
      </w:r>
    </w:p>
    <w:p>
      <w:r>
        <w:br/>
        <w:t>— Американська жінка — о, хай її благословить господь! — виголосив він.— Якби хто-небудь спробував при мені паплюжити святе ім'я американської жінки, я б, мабуть, порішив його.— Мак обвів гнівним поглядом усіх за столом, проте жоден із нас не збирався бруднити репутацію жіночої половини великої республіки, і він повів далі: — Американська жінка — чистий ідеал, і такою вона для нас буде вічно. Нехай тільки хто-небудь скаже при мені якусь погань про наших жінок!</w:t>
      </w:r>
    </w:p>
    <w:p>
      <w:r>
        <w:br/>
        <w:t>Проникнуті врочистим почуттям справедливості, що об'єднує спільників, ми випили "Том і Джеррі".</w:t>
      </w:r>
    </w:p>
    <w:p>
      <w:r>
        <w:br/>
        <w:t>— Послухай, Мак,— раптом сказав другий,— а ти пригадуєш отих двох краль, що до них ми з тобою ходили минулої зими в Канзас-Сіті?</w:t>
      </w:r>
    </w:p>
    <w:p>
      <w:r>
        <w:br/>
        <w:t>— Питаєш! — засяяв Мак.— А пам'ятаєш, як тії ще потерпав, що схопив?..</w:t>
      </w:r>
    </w:p>
    <w:p>
      <w:r>
        <w:br/>
        <w:t>— Хіба таке забудеш!</w:t>
      </w:r>
    </w:p>
    <w:p>
      <w:r>
        <w:br/>
        <w:t>Перший сплюнув:</w:t>
      </w:r>
    </w:p>
    <w:p>
      <w:r>
        <w:br/>
        <w:t>— Розхвалюйте собі тих гарненьких senoritas скільки завгодно, а щодо мене, то мені дайте чистеньку американочку...</w:t>
      </w:r>
    </w:p>
    <w:p>
      <w:r>
        <w:br/>
        <w:t>Мак мав понад шість футів зросту —не людина, а звір. —і своїм нахабством молодості міг захопити хоч кого. Йому сповнилося всього двадцять п'ять років, однак він уже побачив світу і багато чого перепробував: був десятником па залізниці, наглядачем на плантаціях у Джорджії, старшим механіком на ніахті в Мексіці, ковбоєм, помічником шерифа в Техасі. А родом Мак був із штата Вермонт. Після четвертої чарки "Тома і Джеррі" він трохи відхилив завісу зі свого минулого.</w:t>
      </w:r>
    </w:p>
    <w:p>
      <w:r>
        <w:br/>
        <w:t>— Коли я найнявся на тартак у Берлінгтоні. мені ще не було й шістнадцяти. Мій брат працював там уже цілий рік і влаштував мене в тому ж будинку, де жив сам. Він буї" на чотири роки старший за мене — теж здоровило, але якийсь ні риба ні м'ясо...</w:t>
      </w:r>
    </w:p>
    <w:p>
      <w:r>
        <w:br/>
        <w:t>Все, бувало, заводить балачки про те, як негарно битися, та про інші такі дурниці. Ніколи мене й пальцем не зачепив, навіть коли лютував — я ж, мовляв, менший.</w:t>
      </w:r>
    </w:p>
    <w:p>
      <w:r>
        <w:br/>
        <w:t>Отож, а в тому будинку жила одна дівчина, з якою брат уже давно крутив фіглі-міглі. А сам я, щоб ви знали, впертий, як чорт.— Мак засміявся.— Такий уже вдався! І ось заманулося мені відбити ту дівчину в брата — хоч лопни. Дуже скоро я таки домігся свого. І ви знаєте, джентльмени, що втнуло якось оте стерво? Одного разу, коли брат цілував її, вона взяла та й бовкнула йому: "А ти цілуєшся точнісінько, як Мак!" Брат — шукати мене. Всі його розпатякування про те, що битись не можна, полетіли к бісу— вони, монляв, не для справжнього хлопця!</w:t>
      </w:r>
    </w:p>
    <w:p>
      <w:r>
        <w:br/>
        <w:t>Він так побілів, що його ледве можна було впізнати.</w:t>
      </w:r>
    </w:p>
    <w:p>
      <w:r>
        <w:br/>
        <w:t>А з очей — вогонь, як із вулкана. "Ах ти падло,— каже,— ти що робив з моєю дівчиною?" Брат був хлопець здоровий, нівроку.</w:t>
      </w:r>
    </w:p>
    <w:p>
      <w:r>
        <w:br/>
        <w:t>і спершу я трохи злякався. Але потім я згадав, що він ні риба ні м'ясо, й посмілішав. "Як не можеш утримати дівчину,— кажу йому,— то нема чого волочитися за нею".</w:t>
      </w:r>
    </w:p>
    <w:p>
      <w:r>
        <w:br/>
        <w:t>То була страшна бійка. Він хотів убити мене. Я теж намагався вбити його. Червоний туман заслав мені очі, і я бився, як скажений. Бачите оце вухо? — Мак показав па якийсь недогризок того.</w:t>
      </w:r>
    </w:p>
    <w:p>
      <w:r>
        <w:br/>
        <w:t>що колись було вухом.— Це його робота. Але я теж зацідив йому в око, та так, що він на нього вже ніколи не бачив. Скоро ми кинули битися навкулачки; ми дряпалися. кусались, стусали один одного руками й ногами. Кажуть, брат весь час ревів. наче бугай.</w:t>
      </w:r>
    </w:p>
    <w:p>
      <w:r>
        <w:br/>
        <w:t>а я теж кричав не своїм голосом... Та потім мені вдалося садонути його в одне болюче місце, і він беркицьнув, як мертвий...</w:t>
      </w:r>
    </w:p>
    <w:p>
      <w:r>
        <w:br/>
        <w:t>Мак допив свій "Том і Джеррі". Хтось замовив іще. Мак розповідав:</w:t>
      </w:r>
    </w:p>
    <w:p>
      <w:r>
        <w:br/>
        <w:t>— Невдовзі після того я поїхав на південь, а брат пішов служити в північно-західну кінну поліцію. Пам'ятаєте, як у дев'ятсот шостому році один індіанець убив у Вікторії хлопця? Отож.</w:t>
      </w:r>
    </w:p>
    <w:p>
      <w:r>
        <w:br/>
        <w:t>а брата послали навздогін за тим індіанцем, і брат дістав кулю в легені. Я тоді саме був удома — єдиний раз. коли я навідався до старих,— і брат приїхав додому помирати... Але він вичухався.</w:t>
      </w:r>
    </w:p>
    <w:p>
      <w:r>
        <w:br/>
        <w:t>Пригадую, якраз того дня, коли я від'їздив, він устав з ліжка.</w:t>
      </w:r>
    </w:p>
    <w:p>
      <w:r>
        <w:br/>
        <w:t>Проводжав мене до самої станції і все благав сказати йому хоч слово. Він простяг мені на прощання руку, та я тільки повернув до нього голову і сказав: "Сучий ти син!" Трохи перегодя він виїхав на службу, але в дорозі помер...</w:t>
      </w:r>
    </w:p>
    <w:p>
      <w:r>
        <w:br/>
        <w:t>— О-о! — протяг перший.— Північно-західна кінна поліція!..</w:t>
      </w:r>
    </w:p>
    <w:p>
      <w:r>
        <w:br/>
        <w:t>Ото, мабуть, діло! Добрий кінь, добра гвинтівка і цілорічний сезон на індіанців! Це те, що я називаю спортом!</w:t>
      </w:r>
    </w:p>
    <w:p>
      <w:r>
        <w:br/>
        <w:t>— До речі, про спорт,— підхопив Мак.— Нема на світі кращого спорту, ніж полювання на негрів. Я вже казав, що з Берлінгтона я повіявся на південь. Кортіло побачити світ від краю до краю, я вже тоді відчув у собі силу. Господи! В які тільки</w:t>
      </w:r>
    </w:p>
    <w:p>
      <w:r>
        <w:br/>
        <w:t>бійки я попадав!.. Одне слово, занесло мене на бавовникові плантації в Джорджії, неподалік від місцевості, що звалася Діксвіл; там саме шукали нового наглядача, то я й залишився.</w:t>
      </w:r>
    </w:p>
    <w:p>
      <w:r>
        <w:br/>
        <w:t>Та ніч мені запам'яталася добре, бо я не спав, а сидів у своїй халупі й писав додому сестрі листа. Ми з нею завжди ладнали, але не могли помиритися з іншими в сім'ї. Минулого року вона вскочила в халепу з одним комівояжером... Ох, якби він мені попався!.. Ну гаразд, отож сиджу я при гасовій лампі, що ледь блимає, і пишу листа. Ніч жарка, душна, а завіску на вікні геть обліпила мошва. У мене свербіло все тіло, як тільки я підводив на неї очі. Раптом я нашорошив вуха, і чуб у мене став дибом.</w:t>
      </w:r>
    </w:p>
    <w:p>
      <w:r>
        <w:br/>
        <w:t>То були собаки — зграя гончаків, що мчали за кимсь у темряві.</w:t>
      </w:r>
    </w:p>
    <w:p>
      <w:r>
        <w:br/>
        <w:t>Не знаю, чи ви чули, як гавкає гончак, коли женеться за людиною... Нема нічого моторошнішого й жахливішого, як собачий ґвалт уночі. Але то було ще гірше. Повірите, наче стоїш у темряві і ждеш, що тебе ось-ось задушать, а тобі нікуди втекти!</w:t>
      </w:r>
    </w:p>
    <w:p>
      <w:r>
        <w:br/>
        <w:t>Спершу було чути тільки гавкіт, тоді хтось чи щось упало через огорожу, і під вікном загупали важкі кроки. Вам доводилось чути, як сопе норовистий кінь, коли на шиї в нього затягнуть ласо? Отак сопів той чоловік.</w:t>
      </w:r>
    </w:p>
    <w:p>
      <w:r>
        <w:br/>
        <w:t>Я вмить вискочив на ґанок і бачу: через мою огорожу лізуть собаки. Потім хтось закричав з темряви таким охриплим голосом, що його було ледве чути: "Де він дівся?" — "Пробіг попід вікном за хату!" — гукнув я і кинувся слідом. Нас було чоловік дванадцять. Я так і не знаю, що скоїв той негр, та цього, либонь, не знала більшість із нас. Нам було байдуже. Ми погналися, як скажені, плантацією, потім затопленим водою лісом, перепливли річку, перескакували через огорожі... Іншим разом і ста ярдів отак не пробіжиш. А ми нічого не відчували. Тільки слина капала з рота, і це мене злило. Зійшов повний місяць, і щоразу, коли ми вибігали на голе місце, хто-небудь кричав: "Он він, он!" І ми кидалися за тінню й думали, що гончаки загубили слід. А пси весь час гналися попереду і заливалися, наче дзвони. Вам доводилось чути, як гавкає гончак, коли женеться за людиною? Це наче сурмить ріг! Я переплигнув десятків зо два огорож, геть пообдирав коліна і не обминув жодного дере на в Джорджії, щоб не вдаритись у нього головою, але навіть нічого не відчув...</w:t>
      </w:r>
    </w:p>
    <w:p>
      <w:r>
        <w:br/>
        <w:t>Мак прицмокнув губами й випив.</w:t>
      </w:r>
    </w:p>
    <w:p>
      <w:r>
        <w:br/>
        <w:t>— Коли ми підбігли до того негритоса,— додав він,— собаки вже, певна річ, роздерли його на шматки.</w:t>
      </w:r>
    </w:p>
    <w:p>
      <w:r>
        <w:br/>
        <w:t>Він похитав головою, віддаючись незабутнім спогадам.</w:t>
      </w:r>
    </w:p>
    <w:p>
      <w:r>
        <w:br/>
        <w:t>— А листа сестрі ти дописав? — поцікавивсь я.</w:t>
      </w:r>
    </w:p>
    <w:p>
      <w:r>
        <w:br/>
        <w:t>— Аякже,— коротко відповів Мак.</w:t>
      </w:r>
    </w:p>
    <w:p>
      <w:r>
        <w:br/>
        <w:t>— Я б не лишився житії в Мексіці,— промовив Мак по хвилі.— Люди тут якісь жорстокі, а я люблю співчутливих, привітних — як от ми, американці.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Американець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