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Лук'ян Кобилиця</w:t>
      </w:r>
    </w:p>
    <w:p>
      <w:r>
        <w:br/>
        <w:t xml:space="preserve"> Було колись в Буковині —&lt;br /&gt;</w:t>
        <w:br/>
        <w:t>Добре було жити.&lt;br /&gt;</w:t>
        <w:br/>
        <w:t>Не знали ми, що то біда&lt;br /&gt;</w:t>
        <w:br/>
        <w:t>Та що то тужити.&lt;br /&gt;</w:t>
        <w:br/>
        <w:t>При кобзині зійшла днина,&lt;br /&gt;</w:t>
        <w:br/>
        <w:t>При скрипочці нічка;&lt;br /&gt;</w:t>
        <w:br/>
        <w:t>А вна собі молоденька,&lt;br /&gt;</w:t>
        <w:br/>
        <w:t>Як у траві чічка.&lt;br /&gt;</w:t>
        <w:br/>
        <w:t>У батенька у Стефана,&lt;br /&gt;</w:t>
        <w:br/>
        <w:t>В Волощини неньки&lt;br /&gt;</w:t>
        <w:br/>
        <w:t>Пробувала. Не спиняли,-&lt;br /&gt;</w:t>
        <w:br/>
        <w:t>Що багло серденько,&lt;br /&gt;</w:t>
        <w:br/>
        <w:t>Що хотіла, те й робила:&lt;br /&gt;</w:t>
        <w:br/>
        <w:t>Гуляти — гуляла,&lt;br /&gt;</w:t>
        <w:br/>
        <w:t>А хотіла рано встати,&lt;br /&gt;</w:t>
        <w:br/>
        <w:t>То рано вставала.&lt;br /&gt;</w:t>
        <w:br/>
        <w:t>А хотіла попіспати&lt;br /&gt;</w:t>
        <w:br/>
        <w:t>В шовкових перинах,&lt;br /&gt;</w:t>
        <w:br/>
        <w:t>То ненечка старенькая&lt;br /&gt;</w:t>
        <w:br/>
        <w:t>На пальцях ходила,&lt;br /&gt;</w:t>
        <w:br/>
        <w:t>Журилася, молилася,&lt;br /&gt;</w:t>
        <w:br/>
        <w:t>Двері підливала...&lt;br /&gt;</w:t>
        <w:br/>
        <w:t>На острішку в'ють голуби,&lt;br /&gt;</w:t>
        <w:br/>
        <w:t>Вона їх вмовляла:&lt;br /&gt;</w:t>
        <w:br/>
        <w:t>"Не гудіте, голубочки,&lt;br /&gt;</w:t>
        <w:br/>
        <w:t>На побитій1 хаті,&lt;br /&gt;</w:t>
        <w:br/>
        <w:t>Не будіте мою дочку&lt;br /&gt;</w:t>
        <w:br/>
        <w:t>В тисовій кімнаті,&lt;br /&gt;</w:t>
        <w:br/>
        <w:t>Бо я знаю, коли маю&lt;br /&gt;</w:t>
        <w:br/>
        <w:t>Донечку будити..."&lt;br /&gt;</w:t>
        <w:br/>
        <w:t>Не плач, серце Буковино!&lt;br /&gt;</w:t>
        <w:br/>
        <w:t>Що ж мусиш робити,&lt;br /&gt;</w:t>
        <w:br/>
        <w:t>Коли така уже доля&lt;br /&gt;</w:t>
        <w:br/>
        <w:t>Твоя на сім світі...&lt;br /&gt;</w:t>
        <w:br/>
        <w:t>Батько помер, неньку вбили,&lt;br /&gt;</w:t>
        <w:br/>
        <w:t>А сироти-діти&lt;br /&gt;</w:t>
        <w:br/>
        <w:t>Розібрали добрі люде&lt;br /&gt;</w:t>
        <w:br/>
        <w:t>Нібито за своє:&lt;br /&gt;</w:t>
        <w:br/>
        <w:t>Одну турчин, другу москаль,&lt;br /&gt;</w:t>
        <w:br/>
        <w:t>Тебе, серце моє&lt;br /&gt;</w:t>
        <w:br/>
        <w:t>Буковино, на аркані&lt;br /&gt;</w:t>
        <w:br/>
        <w:t>Повів німець з Відня&lt;br /&gt;</w:t>
        <w:br/>
        <w:t>В свою глуху Німеччину,&lt;br /&gt;</w:t>
        <w:br/>
        <w:t>Головонько бідна!&lt;br /&gt;</w:t>
        <w:br/>
        <w:t>Та й запродав ляшкам-панкам&lt;br /&gt;</w:t>
        <w:br/>
        <w:t>У другу неволю...&lt;br /&gt;</w:t>
        <w:br/>
        <w:t>Буковино, серце моє,&lt;br /&gt;</w:t>
        <w:br/>
        <w:t>Лишенько з тобою!&lt;br /&gt;</w:t>
        <w:br/>
        <w:t>Шумить, летить наш Черемуш&lt;br /&gt;</w:t>
        <w:br/>
        <w:t>Кровавий у море.&lt;br /&gt;</w:t>
        <w:br/>
        <w:t>А могили берегами&lt;br /&gt;</w:t>
        <w:br/>
        <w:t>Чорніють, як гори:&lt;br /&gt;</w:t>
        <w:br/>
        <w:t>Кого ляхи замучили,&lt;br /&gt;</w:t>
        <w:br/>
        <w:t>Кого утопили,&lt;br /&gt;</w:t>
        <w:br/>
        <w:t>А хто не ждав, поки втопя,&lt;br /&gt;</w:t>
        <w:br/>
        <w:t>Сам скочив у хвилю.&lt;br /&gt;</w:t>
        <w:br/>
        <w:t>Сумно зарув2 наш Сокільський3,&lt;br /&gt;</w:t>
        <w:br/>
        <w:t>Голосить Сучава4:&lt;br /&gt;</w:t>
        <w:br/>
        <w:t>"Сини мої нещасливі,&lt;br /&gt;</w:t>
        <w:br/>
        <w:t>Нащо ваша слава,&lt;br /&gt;</w:t>
        <w:br/>
        <w:t>Нащо думка козацькая,&lt;br /&gt;</w:t>
        <w:br/>
        <w:t>Батьківськая воля,&lt;br /&gt;</w:t>
        <w:br/>
        <w:t>Коли усі погинете&lt;br /&gt;</w:t>
        <w:br/>
        <w:t>У ляцькій неволі!..5&lt;br /&gt;</w:t>
        <w:br/>
        <w:t>Сперли ліси, сперли пашу,&lt;br /&gt;</w:t>
        <w:br/>
        <w:t>Дров ні хворостини,&lt;br /&gt;</w:t>
        <w:br/>
        <w:t>Ваші жінки, ваші діти&lt;br /&gt;</w:t>
        <w:br/>
        <w:t>Від студені гинуть.&lt;br /&gt;</w:t>
        <w:br/>
        <w:t>А з-під вас ся поточили&lt;br /&gt;</w:t>
        <w:br/>
        <w:t>Кровавії ріки —&lt;br /&gt;</w:t>
        <w:br/>
        <w:t>Сини мої, сини мої,&lt;br /&gt;</w:t>
        <w:br/>
        <w:t>Пропали навіки!&lt;br /&gt;</w:t>
        <w:br/>
        <w:t>Навіки-сте запродані&lt;br /&gt;</w:t>
        <w:br/>
        <w:t>У панську неволю,&lt;br /&gt;</w:t>
        <w:br/>
        <w:t>А нікому уступитись&lt;br /&gt;</w:t>
        <w:br/>
        <w:t>За праведну волю".&lt;br /&gt;</w:t>
        <w:br/>
        <w:t>Уступався Юрій Гінда —&lt;br /&gt;</w:t>
        <w:br/>
        <w:t>Нема го на світі;&lt;br /&gt;</w:t>
        <w:br/>
        <w:t>Уступався Поколія6-&lt;br /&gt;</w:t>
        <w:br/>
        <w:t>Пішов в землю жити.&lt;br /&gt;</w:t>
        <w:br/>
        <w:t>Обізвався Кобилиця:&lt;br /&gt;</w:t>
        <w:br/>
        <w:t>"Гори мої сині,&lt;br /&gt;</w:t>
        <w:br/>
        <w:t>Або я вас вирятую,&lt;br /&gt;</w:t>
        <w:br/>
        <w:t>Або за вас згину!"</w:t>
      </w:r>
    </w:p>
    <w:p>
      <w:r>
        <w:br/>
        <w:t>Стоїть місяць серед неба,&lt;br /&gt;</w:t>
        <w:br/>
        <w:t>Нікому не світить;&lt;br /&gt;</w:t>
        <w:br/>
        <w:t>Русалоньки не виходять&lt;br /&gt;</w:t>
        <w:br/>
        <w:t>На берег ся гріти;&lt;br /&gt;</w:t>
        <w:br/>
        <w:t>Тілько сови посідали&lt;br /&gt;</w:t>
        <w:br/>
        <w:t>Собі на коморі,&lt;br /&gt;</w:t>
        <w:br/>
        <w:t>Та хтозна-що межи собов&lt;br /&gt;</w:t>
        <w:br/>
        <w:t>Потихо говоря.&lt;br /&gt;</w:t>
        <w:br/>
        <w:t>Може, собі нагадують,&lt;br /&gt;</w:t>
        <w:br/>
        <w:t>Як колись-то було&lt;br /&gt;</w:t>
        <w:br/>
        <w:t>На волоській Буковині?&lt;br /&gt;</w:t>
        <w:br/>
        <w:t>Було, та минуло!&lt;br /&gt;</w:t>
        <w:br/>
        <w:t>А може, вни говорили&lt;br /&gt;</w:t>
        <w:br/>
        <w:t>Про руські соколи:&lt;br /&gt;</w:t>
        <w:br/>
        <w:t>Чи муть вни ще гнізда вити&lt;br /&gt;</w:t>
        <w:br/>
        <w:t>На тім Довгім полі?&lt;br /&gt;</w:t>
        <w:br/>
        <w:t>Святий знає,— я не знаю...&lt;br /&gt;</w:t>
        <w:br/>
        <w:t>Сердечко щось мліє...&lt;br /&gt;</w:t>
        <w:br/>
        <w:t>Ходім ліпше подивитись,&lt;br /&gt;</w:t>
        <w:br/>
        <w:t>Що в Плоскім7 ся діє.&lt;br /&gt;</w:t>
        <w:br/>
        <w:t>Сидить Лук'ян кінець стола,&lt;br /&gt;</w:t>
        <w:br/>
        <w:t>На руки схилився; .&lt;br /&gt;</w:t>
        <w:br/>
        <w:t>Сидять кругом депутати8,&lt;br /&gt;</w:t>
        <w:br/>
        <w:t>Кождий зажурився.&lt;br /&gt;</w:t>
        <w:br/>
        <w:t>Вернулися сеї ночі&lt;br /&gt;</w:t>
        <w:br/>
        <w:t>Від цісаря з Відні,-&lt;br /&gt;</w:t>
        <w:br/>
        <w:t>І там нема порадоньки&lt;br /&gt;</w:t>
        <w:br/>
        <w:t>Головоньці бідній...&lt;br /&gt;</w:t>
        <w:br/>
        <w:t>Цісар сидить на стільчику&lt;br /&gt;</w:t>
        <w:br/>
        <w:t>Та в картах ся грає,&lt;br /&gt;</w:t>
        <w:br/>
        <w:t>А ті гори буковинські&lt;br /&gt;</w:t>
        <w:br/>
        <w:t>Нехай пропадають!..</w:t>
      </w:r>
    </w:p>
    <w:p>
      <w:r>
        <w:br/>
        <w:t>Нехай пропадають, нехай погибають!&lt;br /&gt;</w:t>
        <w:br/>
        <w:t>Коби таки вигиб увесь руський рід!&lt;br /&gt;</w:t>
        <w:br/>
        <w:t>Так німці си нишком у Відні гадають&lt;br /&gt;</w:t>
        <w:br/>
        <w:t>Та риють великий, великий нам гріб.&lt;br /&gt;</w:t>
        <w:br/>
        <w:t>Копайте, панове! Копайте, здорові!&lt;br /&gt;</w:t>
        <w:br/>
        <w:t>Хто яму копає, собі їй копає.&lt;br /&gt;</w:t>
        <w:br/>
        <w:t>Не тому могила, кому їй зробили,&lt;br /&gt;</w:t>
        <w:br/>
        <w:t>А тому, кого в ню відтак поховають.</w:t>
      </w:r>
    </w:p>
    <w:p>
      <w:r>
        <w:br/>
        <w:t>А ми підем з топірцями&lt;br /&gt;</w:t>
        <w:br/>
        <w:t>В зелену діброву,&lt;br /&gt;</w:t>
        <w:br/>
        <w:t>Та витешем домовину&lt;br /&gt;</w:t>
        <w:br/>
        <w:t>Велику, кедрову,&lt;br /&gt;</w:t>
        <w:br/>
        <w:t>Та пішлемо до цісаря&lt;br /&gt;</w:t>
        <w:br/>
        <w:t>В німецьку столицю...&lt;br /&gt;</w:t>
        <w:br/>
        <w:t>А самі ся подивимо,&lt;br /&gt;</w:t>
        <w:br/>
        <w:t>Що наш Кобилиця&lt;br /&gt;</w:t>
        <w:br/>
        <w:t>Молоденький поробляє,&lt;br /&gt;</w:t>
        <w:br/>
        <w:t>Та що його гості&lt;br /&gt;</w:t>
        <w:br/>
        <w:t>Депутати собі діють&lt;br /&gt;</w:t>
        <w:br/>
        <w:t>В хаті на помості?</w:t>
      </w:r>
    </w:p>
    <w:p>
      <w:r>
        <w:br/>
        <w:t>Скочив Лук'ян із-за стола:&lt;br /&gt;</w:t>
        <w:br/>
        <w:t>"А сором-бо, браття,&lt;br /&gt;</w:t>
        <w:br/>
        <w:t>А сором-бо журитися&lt;br /&gt;</w:t>
        <w:br/>
        <w:t>У гуцульській хаті!&lt;br /&gt;</w:t>
        <w:br/>
        <w:t>Наші батьки не журились,&lt;br /&gt;</w:t>
        <w:br/>
        <w:t>Та й нам ще не конче&lt;br /&gt;</w:t>
        <w:br/>
        <w:t>Журитися! Наша правда&lt;br /&gt;</w:t>
        <w:br/>
        <w:t>Велика, як сонце!..&lt;br /&gt;</w:t>
        <w:br/>
        <w:t>Ми не платим цісарщину9,&lt;br /&gt;</w:t>
        <w:br/>
        <w:t>Щоб німці з-за того&lt;br /&gt;</w:t>
        <w:br/>
        <w:t>Справляли нам кайданнячко&lt;br /&gt;</w:t>
        <w:br/>
        <w:t>На руки, на ноги.&lt;br /&gt;</w:t>
        <w:br/>
        <w:t>Ми не даєм до прийому10&lt;br /&gt;</w:t>
        <w:br/>
        <w:t>Сини наші бідні,&lt;br /&gt;</w:t>
        <w:br/>
        <w:t>Щоби цісар бенкетував&lt;br /&gt;</w:t>
        <w:br/>
        <w:t>За них собі в Відні.&lt;br /&gt;</w:t>
        <w:br/>
        <w:t>Не так, браття депутати!&lt;br /&gt;</w:t>
        <w:br/>
        <w:t>Він цісар для того,&lt;br /&gt;</w:t>
        <w:br/>
        <w:t>Аби правду святу беріг,&lt;br /&gt;</w:t>
        <w:br/>
        <w:t>Як бога святого,&lt;br /&gt;</w:t>
        <w:br/>
        <w:t>Аби нарід ущасливить,&lt;br /&gt;</w:t>
        <w:br/>
        <w:t>А не закопати!&lt;br /&gt;</w:t>
        <w:br/>
        <w:t>Ану, хлопці, ану живо&lt;br /&gt;</w:t>
        <w:br/>
        <w:t>Коня осідлати&lt;br /&gt;</w:t>
        <w:br/>
        <w:t>Мені мого вороного!&lt;br /&gt;</w:t>
        <w:br/>
        <w:t>Що буде, те й буде,&lt;br /&gt;</w:t>
        <w:br/>
        <w:t>А я їду в Угорщину&lt;br /&gt;</w:t>
        <w:br/>
        <w:t>До міста до Буди11.&lt;br /&gt;</w:t>
        <w:br/>
        <w:t>Угре волю добувають,&lt;br /&gt;</w:t>
        <w:br/>
        <w:t>Поможуть і нашу.&lt;br /&gt;</w:t>
        <w:br/>
        <w:t>А ви стада воронії&lt;br /&gt;</w:t>
        <w:br/>
        <w:t>Женіте на пашу.&lt;br /&gt;</w:t>
        <w:br/>
        <w:t>А як прийдуть з Угорщини&lt;br /&gt;</w:t>
        <w:br/>
        <w:t>Від мене вам вісті...&lt;br /&gt;</w:t>
        <w:br/>
        <w:t>Тоді треба, пани-браття,&lt;br /&gt;</w:t>
        <w:br/>
        <w:t>На коники сісти...&lt;br /&gt;</w:t>
        <w:br/>
        <w:t>А де тепер наш Черемуш&lt;br /&gt;</w:t>
        <w:br/>
        <w:t>Глибокий ся точить,&lt;br /&gt;</w:t>
        <w:br/>
        <w:t>Там мусить кров поточитись,&lt;br /&gt;</w:t>
        <w:br/>
        <w:t>Панове-молодці!&lt;br /&gt;</w:t>
        <w:br/>
        <w:t>А тепер ми з карим стадом&lt;br /&gt;</w:t>
        <w:br/>
        <w:t>В зелені діброви!&lt;br /&gt;</w:t>
        <w:br/>
        <w:t>Поки верну з Угорщини,&lt;br /&gt;</w:t>
        <w:br/>
        <w:t>Бувайте здорові!"&lt;br /&gt;</w:t>
        <w:br/>
        <w:t>1 Побитий — вкритий ґонтом (дахом).&lt;br /&gt;</w:t>
        <w:br/>
        <w:t>2 Зарув — заревів.&lt;br /&gt;</w:t>
        <w:br/>
        <w:t>3 Сокільський —гора над Черемошем.&lt;br /&gt;</w:t>
        <w:br/>
        <w:t>4 Сучава — назва ріки й міста на ній.&lt;br /&gt;</w:t>
        <w:br/>
        <w:t>5 У ляцькій неволі — у польсько-шляхетській неволі.&lt;br /&gt;</w:t>
        <w:br/>
        <w:t>6 Юрій Гінда, Поколія — ватажки карпатських опришків. Першому з них Федькович присвятив поему під назвою "Юрій Гінда".&lt;br /&gt;</w:t>
        <w:br/>
        <w:t>7 Довгополе, Плоске-назви буковинських сіл, де діяв Лук'ян Кобилиця..&lt;br /&gt;</w:t>
        <w:br/>
        <w:t>8 Депутати-селяни, обрані до австрійського парламенту влітку 1848 р.&lt;br /&gt;</w:t>
        <w:br/>
        <w:t>9 Цісарщина — державний податок.&lt;br /&gt;</w:t>
        <w:br/>
        <w:t>10 Даєм до прийому — посилаємо рекрутів до австрійської армії.&lt;br /&gt;</w:t>
        <w:br/>
        <w:t>11 Буда — назва старовинної частини Будапешта.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Лук'ян Кобилиця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