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Льончик, павучок та Середа Середулівна</w:t>
      </w:r>
    </w:p>
    <w:p>
      <w:r>
        <w:br/>
        <w:t xml:space="preserve"> &lt;p&gt;Якось подивився Льончик по телевізору цікавий фільм. Буцімто мужні космонавти зустрілися у космосі з жорстокими ворогами – велетенськими павуками. Ті павуки почали полювати за космонавтами, а героїчні космонавти, звичайно, з тими павуками почали битися. Стріляли їх з лучеметів так, що тільки шматочки летіли.</w:t>
      </w:r>
    </w:p>
    <w:p>
      <w:r>
        <w:br/>
        <w:t>&amp;#8195; Льончик тих космонавтів вирішив підтримати. Схопив пістолет, і – пух! пух! – вцілив прямісінько головному павукові у лоба. Схопив автомат, і — тра-та-та! – цілий десяток павуків подолав.</w:t>
      </w:r>
    </w:p>
    <w:p>
      <w:r>
        <w:br/>
        <w:t>&amp;#8195; Вдень все гарно було. А от вночі... Наснився Льончикові сон.</w:t>
      </w:r>
    </w:p>
    <w:p>
      <w:r>
        <w:br/>
        <w:t>&amp;#8195; Прийшли до Льончика ті павуки і почали шипіти-сичати-скавулити:</w:t>
      </w:r>
    </w:p>
    <w:p>
      <w:r>
        <w:br/>
        <w:t>&amp;#8195; — С-с-с! Де там той козач-чина, що кос-с-смонавтам допомагав?</w:t>
      </w:r>
    </w:p>
    <w:p>
      <w:r>
        <w:br/>
        <w:t>&amp;#8195; — Ось я вас!... – пригрозив було Льончик. – Ось візьму свій пістолет, а ще краще – автомат, то отримаєте на горіхи!</w:t>
      </w:r>
    </w:p>
    <w:p>
      <w:r>
        <w:br/>
        <w:t>&amp;#8195; А павуки регочуть:</w:t>
      </w:r>
    </w:p>
    <w:p>
      <w:r>
        <w:br/>
        <w:t>&amp;#8195; — С-с-с! Нема вже твого пістолета, і автомата нема. Ми їх поламали, потрощили й у прірву кинули. А зараз і тебе туди кинемо! С-с-с!</w:t>
      </w:r>
    </w:p>
    <w:p>
      <w:r>
        <w:br/>
        <w:t>&amp;#8195; Дивиться Льончик – і дійсно! – нема в вже в нього ані пістолета, ані автомата. Нічим йому від ворогів боронитися. А павуки вже кошлаті лапи до Льончика тягнуть, жвалами клацають, ось-ось з’їдять...</w:t>
      </w:r>
    </w:p>
    <w:p>
      <w:r>
        <w:br/>
        <w:t>&amp;#8195; Заплакав Льончик і прокинувся, бо мама до нього підійшла:</w:t>
      </w:r>
    </w:p>
    <w:p>
      <w:r>
        <w:br/>
        <w:t>&amp;#8195; — Що з тобою, синку?</w:t>
      </w:r>
    </w:p>
    <w:p>
      <w:r>
        <w:br/>
        <w:t>&amp;#8195; — До мене павуки страшні приходили, з’їсти х’тіли.</w:t>
      </w:r>
    </w:p>
    <w:p>
      <w:r>
        <w:br/>
        <w:t>&amp;#8195; — Спи, синку, спи, — заспокоює мама, — вони вже геть пішли.</w:t>
      </w:r>
    </w:p>
    <w:p>
      <w:r>
        <w:br/>
        <w:t>&amp;#8195; Прокинувся Льончик вранці, з-під ковдри виглянув: чи не сидить поруч із ліжком павук? А, може, він за шафою ховається? Фу-ух! Здається, ні!</w:t>
      </w:r>
    </w:p>
    <w:p>
      <w:r>
        <w:br/>
        <w:t>&amp;#8195; Поснідав Льончик і замислився: що ж його робити? Телевізор дивитися – бажання немає. А ну, знову тих павуків покажуть!</w:t>
      </w:r>
    </w:p>
    <w:p>
      <w:r>
        <w:br/>
        <w:t>&amp;#8195; Подивилася мама, як Льончик місця собі не знайде і каже:</w:t>
      </w:r>
    </w:p>
    <w:p>
      <w:r>
        <w:br/>
        <w:t>&amp;#8195; – Думаю, синку, що можу дозволити тобі гуляти на дворі самому. Ти ж не боятимешся?</w:t>
      </w:r>
    </w:p>
    <w:p>
      <w:r>
        <w:br/>
        <w:t>&amp;#8195; – Ні, мамусю, – запевняє Льончик. – Ти ж знаєш, що я нічого не боюся, окрім павуків.</w:t>
      </w:r>
    </w:p>
    <w:p>
      <w:r>
        <w:br/>
        <w:t>&amp;#8195; – Сподіваюся, що ти їх не зустрінеш, – засміялася матуся і пішла поратися у своїх справах.</w:t>
      </w:r>
    </w:p>
    <w:p>
      <w:r>
        <w:br/>
        <w:t>&amp;#8195; Вийшов Льончик на подвір’я і одразу ж до гойдалок. Тільки хто ту гойдалку штовхатиме? Де товариша знайти?</w:t>
      </w:r>
    </w:p>
    <w:p>
      <w:r>
        <w:br/>
        <w:t>&amp;#8195; Тільки подумав, – аж бачить, іде Минько із сусіднього під’їзду.</w:t>
      </w:r>
    </w:p>
    <w:p>
      <w:r>
        <w:br/>
        <w:t>&amp;#8195; – Агов, Минько-черевенько, пішли на гойдалки! – кличе Льончик.</w:t>
      </w:r>
    </w:p>
    <w:p>
      <w:r>
        <w:br/>
        <w:t>&amp;#8195; А Минько дивиться на Льончика зневажливо, плює через дірку у зубах і каже:</w:t>
      </w:r>
    </w:p>
    <w:p>
      <w:r>
        <w:br/>
        <w:t>&amp;#8195; – Ти, манюнька, чому лаєшся?</w:t>
      </w:r>
    </w:p>
    <w:p>
      <w:r>
        <w:br/>
        <w:t>&amp;#8195; – Чом це я лаюся? – не розуміє Льончик.</w:t>
      </w:r>
    </w:p>
    <w:p>
      <w:r>
        <w:br/>
        <w:t>&amp;#8195; – А тому, – відповідає Минько, – що ніякий я не черевенько. І не черево це, а м’язи. Тільки вони теє... не треновані. Тому більше не дражнися, бо я ображуся і товаришувати з тобою не стану.</w:t>
      </w:r>
    </w:p>
    <w:p>
      <w:r>
        <w:br/>
        <w:t>&amp;#8195; – Не буду дражнитися, – слухняно погоджується Льончик. – То пішли на гойдалку?</w:t>
      </w:r>
    </w:p>
    <w:p>
      <w:r>
        <w:br/>
        <w:t>&amp;#8195; – Ні, зараз на гойдалку я не можу, – хитає головою Минько. – Я на полювання зібрався. Он, диви, який у мене пістолет.</w:t>
      </w:r>
    </w:p>
    <w:p>
      <w:r>
        <w:br/>
        <w:t>&amp;#8195; І показує Льончикові пістолет, що водою пуляє. Гарний пістолет, великий.</w:t>
      </w:r>
    </w:p>
    <w:p>
      <w:r>
        <w:br/>
        <w:t>&amp;#8195; – А ще в мене є... Ні, зараз я тобі не скажу, що в мене ще є. Ти завинив: вівся неповажливо, дражнив.</w:t>
      </w:r>
    </w:p>
    <w:p>
      <w:r>
        <w:br/>
        <w:t>&amp;#8195; – А коли скажеш? – заглядає йому в очі Льончик. – І на кого ти полювати йдеш?</w:t>
      </w:r>
    </w:p>
    <w:p>
      <w:r>
        <w:br/>
        <w:t>&amp;#8195; – На велетенських павуків, – таємничо відповідає Минько, – які прибули на Землю з планети Павучія.</w:t>
      </w:r>
    </w:p>
    <w:p>
      <w:r>
        <w:br/>
        <w:t>&amp;#8195; – Йой! – дивується Льончик. – Це з тієї планети, де лише павуки живуть?</w:t>
      </w:r>
    </w:p>
    <w:p>
      <w:r>
        <w:br/>
        <w:t>&amp;#8195; – Звичайно, – киває Минько. – Лише павуки. Різна-різні. Вони й кошлаті, і рогаті, і з отакенними іклами, і отакецькими лапами...</w:t>
      </w:r>
    </w:p>
    <w:p>
      <w:r>
        <w:br/>
        <w:t>&amp;#8195; – Який жах! – блідне Льончик. – Невже вони все ж таки прилетіли до нас? А я пістолета вдома залишив!</w:t>
      </w:r>
    </w:p>
    <w:p>
      <w:r>
        <w:br/>
        <w:t>&amp;#8195; – Ех, ти, манюпусик дурненький! – кривиться Минько. – Так я й думав, що ти – справжнісінький боягуз!</w:t>
      </w:r>
    </w:p>
    <w:p>
      <w:r>
        <w:br/>
        <w:t>&amp;#8195; – Ні, – тремтячим голосом відповідає Льончик. – Я сміливий. І нічого, окрім павуків, не боюся. Але полювати на них з тобою піду. Ти ж мені друг, а друзям треба допомагати.</w:t>
      </w:r>
    </w:p>
    <w:p>
      <w:r>
        <w:br/>
        <w:t>&amp;#8195; Пішли хлопці по закутках нишпорити, павуків шукати. Першим Минько йде – пістолетом помахує. А за ним – Льончик із сухою гіллякою. Подивилися хлопці у кущах, за гаражами та смітником, і почали заглядати під колесо, на якому малюки катаються. Тут Минько як зашипить:</w:t>
      </w:r>
    </w:p>
    <w:p>
      <w:r>
        <w:br/>
        <w:t>&amp;#8195; – Бачу павука!</w:t>
      </w:r>
    </w:p>
    <w:p>
      <w:r>
        <w:br/>
        <w:t>&amp;#8195; – Де? Де? – хвилюється Льончик.</w:t>
      </w:r>
    </w:p>
    <w:p>
      <w:r>
        <w:br/>
        <w:t>&amp;#8195; – Оно, під колесом, – тиче пальцем Минько. – Тільки ти обережно. Бо ці павуки тільки прикидаються маленькими, а як побачать людину – збільшуються. І з таким же громом та тріском...</w:t>
      </w:r>
    </w:p>
    <w:p>
      <w:r>
        <w:br/>
        <w:t>&amp;#8195; Підкрався Льончик до колеса і зазирнув у темряву. І дійсно, побачив, що сидить на тонесеькій павутині маленький павучок. Льончик сіпнувся – павучок здригнувся і... Ба-бах! Бум! Бух!</w:t>
      </w:r>
    </w:p>
    <w:p>
      <w:r>
        <w:br/>
        <w:t>&amp;#8195; – Казав тобі — обережніше! – шипить Минько. – Чуєш, як він збільшується? А ну, подивися, який він зараз: наче яблуко або і футбольний м’яч?</w:t>
      </w:r>
    </w:p>
    <w:p>
      <w:r>
        <w:br/>
        <w:t>&amp;#8195; Нагнувся Льончик, а за спиною: ба-бах! Бум! Бух!</w:t>
      </w:r>
    </w:p>
    <w:p>
      <w:r>
        <w:br/>
        <w:t>&amp;#8195; Сіпнувся Льончик, а Минько знову штовхає: "Дивись, такий-сякий!"</w:t>
      </w:r>
    </w:p>
    <w:p>
      <w:r>
        <w:br/>
        <w:t>&amp;#8195; І знову за Льончиковою спиною: ба-бах! Бум! Бах!</w:t>
      </w:r>
    </w:p>
    <w:p>
      <w:r>
        <w:br/>
        <w:t>&amp;#8195; Заплющив Льончик очі, не хоче бачити велетенського павука. А тут ще Минько заскиглив жалібно. Мабуть, його павук схопив, то треба другу допомагати. Відкриває Льончик очі, аж поруч із Миньком бабуся стоїть. Дивна така! Старенька, а наче молода. У маковому віночку, вишиванці, синій спідниці, червоних чоботях і... з палицею. Однією рукою палицю тримає, а іншою – Минькове вухо крутить.</w:t>
      </w:r>
    </w:p>
    <w:p>
      <w:r>
        <w:br/>
        <w:t>&amp;#8195; – Ти навіщо дитину лякаєш, іроде? – запитує у Минька. – За його спиною петарди кидаєш?</w:t>
      </w:r>
    </w:p>
    <w:p>
      <w:r>
        <w:br/>
        <w:t>&amp;#8195; – Я пожартувати хотів. – Скиглить Минько.</w:t>
      </w:r>
    </w:p>
    <w:p>
      <w:r>
        <w:br/>
        <w:t>&amp;#8195; – Пожартувати! – бере руки в боки бабуся. – Ось я зараз до твоїх батьків піду, запитаю, чом вони тобі петардами гратися дозволяють?</w:t>
      </w:r>
    </w:p>
    <w:p>
      <w:r>
        <w:br/>
        <w:t>&amp;#8195; – Та вони не дозволяють, то я сам... Павуків ганяти.</w:t>
      </w:r>
    </w:p>
    <w:p>
      <w:r>
        <w:br/>
        <w:t>&amp;#8195; – Нічого, бабусю, – просить Льончик. – Я не дуже налякався. А тепер, коли про петарди знаю, то й зовсім не боятимуться. Ви його, будь ласка, пробачте.</w:t>
      </w:r>
    </w:p>
    <w:p>
      <w:r>
        <w:br/>
        <w:t>&amp;#8195; – Ну, якщо ти просиш, – задумується бабуся, – тоді нехай. І дивись, коли чогось злякаєшся, – мене на допомогу клич.</w:t>
      </w:r>
    </w:p>
    <w:p>
      <w:r>
        <w:br/>
        <w:t>&amp;#8195; – А Ви хто? І як вас кликати? – цікавиться Льончик.</w:t>
      </w:r>
    </w:p>
    <w:p>
      <w:r>
        <w:br/>
        <w:t>&amp;#8195; – Я? Середа Середулівна, – посміхається бабуся. – Захисниця тих, хто у середу народився.</w:t>
      </w:r>
    </w:p>
    <w:p>
      <w:r>
        <w:br/>
        <w:t>&amp;#8195; – То, виходить, що я теж у середу народився? – запитує Льончик.</w:t>
      </w:r>
    </w:p>
    <w:p>
      <w:r>
        <w:br/>
        <w:t>&amp;#8195; – І не просто у середу, а о дванадцятій ночі, — пояснює бабуся. – Тільки я у двері – а тут і ти з’явився. З того часу ми й потоваришували. Тож ти, як злякаєшся, тільки скажи: "Агов, Середо Середулівно!", як я одразу з’явлюся. Запам’ятав?</w:t>
      </w:r>
    </w:p>
    <w:p>
      <w:r>
        <w:br/>
        <w:t>&amp;#8195; – Запам’ятав! – посміхається Льончик. – Дякую! Тільки я не злякаюся. Ви ж чули, що я нічого не боюся, окрім павуків? А павуків я тепер теж не боюся.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Льончик, павучок та Середа Середулівна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