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розповзається, як зібрання народне...</w:t>
      </w:r>
    </w:p>
    <w:p>
      <w:r>
        <w:br/>
        <w:t xml:space="preserve"> Людина розповзається, як зібрання народне —&lt;br /&gt;</w:t>
        <w:br/>
        <w:t>хапаєшся за погляд, щось гукаєш колоритне —&lt;br /&gt;</w:t>
        <w:br/>
        <w:t>та вислизає, заповзає у таємні сховки,&lt;br /&gt;</w:t>
        <w:br/>
        <w:t>привалює себе речами і городить замки.</w:t>
      </w:r>
    </w:p>
    <w:p>
      <w:r>
        <w:br/>
        <w:t>Усі — у хащах риштувань, ворожать на "що буде",&lt;br /&gt;</w:t>
        <w:br/>
        <w:t>крізь дірку часу розглядають вигадані біди.&lt;br /&gt;</w:t>
        <w:br/>
        <w:t>Це їх об'єднує, гуртує знову в юрби.&lt;br /&gt;</w:t>
        <w:br/>
        <w:t>І все ж патетика спадає, і тьмяніють фарби.</w:t>
      </w:r>
    </w:p>
    <w:p>
      <w:r>
        <w:br/>
        <w:t>Гонитва припинилась, та триває втеча.&lt;br /&gt;</w:t>
        <w:br/>
        <w:t>Бракує явлення у танці Бога!</w:t>
      </w:r>
    </w:p>
    <w:p>
      <w:r>
        <w:br/>
        <w:t>Але у сни ще зазирає живе Небо.&lt;br /&gt;</w:t>
        <w:br/>
        <w:t>Крізь марші стель, крізь мури хвиль —</w:t>
      </w:r>
    </w:p>
    <w:p>
      <w:r>
        <w:br/>
        <w:t>пульсує Безмір.</w:t>
      </w:r>
    </w:p>
    <w:p>
      <w:r>
        <w:br/>
        <w:t>Будь досконалим ритмом,</w:t>
      </w:r>
    </w:p>
    <w:p>
      <w:r>
        <w:br/>
        <w:t>танцюй тонко</w:t>
      </w:r>
    </w:p>
    <w:p>
      <w:r>
        <w:br/>
        <w:t>на пелюстках Часу —</w:t>
      </w:r>
    </w:p>
    <w:p>
      <w:r>
        <w:br/>
        <w:t>усміхнено!</w:t>
      </w:r>
    </w:p>
    <w:p>
      <w:r>
        <w:br/>
        <w:t>У центрі Всесвіту — твоє серце!</w:t>
      </w:r>
    </w:p>
    <w:p>
      <w:r>
        <w:br/>
        <w:t>Радій!</w:t>
      </w:r>
    </w:p>
    <w:p>
      <w:r>
        <w:br/>
        <w:t>Нема питання — не треба й відповіді.&lt;br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розповзається, як зібрання народне...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