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флюгер</w:t>
      </w:r>
    </w:p>
    <w:p>
      <w:r>
        <w:br/>
        <w:t xml:space="preserve"> Людина флюгер. Так. Людина флюгер.&lt;br /&gt;</w:t>
        <w:br/>
        <w:t>пiдвладний вiтровi, а не собi.&lt;br /&gt;</w:t>
        <w:br/>
        <w:t>Я знаю? Може, бог чуттями править.&lt;br /&gt;</w:t>
        <w:br/>
        <w:t>чуттями править, може, дика товч&lt;br /&gt;</w:t>
        <w:br/>
        <w:t>ще не оговтаних бажань людських.&lt;br /&gt;</w:t>
        <w:br/>
        <w:t>А ти живеш навпомацки — i тiльки.&lt;br /&gt;</w:t>
        <w:br/>
        <w:t>Самопiзнання — самозагасання.&lt;br /&gt;</w:t>
        <w:br/>
        <w:t>Триматися у власному сiдлi —&lt;br /&gt;</w:t>
        <w:br/>
        <w:t>такi химери юностi, що шкода&lt;br /&gt;</w:t>
        <w:br/>
        <w:t>i часу i себе i бога — теж.&lt;br /&gt;</w:t>
        <w:br/>
        <w:t>I вже. Вкипiла пiд ногами магма,&lt;br /&gt;</w:t>
        <w:br/>
        <w:t>й ствердiла товщ i магма почувань,&lt;br /&gt;</w:t>
        <w:br/>
        <w:t>i прагнення ствердiлостi — повтори.&lt;br /&gt;</w:t>
        <w:br/>
        <w:t>…А змучений повторами, натрудиш&lt;br /&gt;</w:t>
        <w:br/>
        <w:t>з'ятрiлу душу. I нема тобi&lt;br /&gt;</w:t>
        <w:br/>
        <w:t>рятунку: прохромити твердь змертвiлу&lt;br /&gt;</w:t>
        <w:br/>
        <w:t>I в море неспокiйно увiйти,&lt;br /&gt;</w:t>
        <w:br/>
        <w:t>щоб борсатися i, немов вiтрило&lt;br /&gt;</w:t>
        <w:br/>
        <w:t>порожне, виповнитись шалом дня&lt;br /&gt;</w:t>
        <w:br/>
        <w:t>i вже покореному, порiднитись&lt;br /&gt;</w:t>
        <w:br/>
        <w:t>з безумством свiту бiлого. Пливи&lt;br /&gt;</w:t>
        <w:br/>
        <w:t>i погинай, заблукане човенце.&lt;br /&gt;</w:t>
        <w:br/>
        <w:t>Як здумано життя чуттями править.&lt;br /&gt;</w:t>
        <w:br/>
        <w:t>Зухвало як — цуратися душi&lt;br /&gt;</w:t>
        <w:br/>
        <w:t>i навертати й повнитись. I вiчно&lt;br /&gt;</w:t>
        <w:br/>
        <w:t>летiти в сонмi самопочезань.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флюгер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