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погорда i надія</w:t>
      </w:r>
    </w:p>
    <w:p>
      <w:r>
        <w:br/>
        <w:t xml:space="preserve"> Я взяв тебе притиснув до грудей як голубку що дівча буває нехотя й задушить&lt;br /&gt;</w:t>
        <w:br/>
        <w:t>Я взяв тебе з усією красою твоєю багатшою над усі&lt;br /&gt;</w:t>
        <w:br/>
        <w:t>Каліфорнійські родовища в часи золотої лихоманки&lt;br /&gt;</w:t>
        <w:br/>
        <w:t>Я наситив свою чуттєву хіть твоїм усміхом твоїм зором твоїм трепетом&lt;br /&gt;</w:t>
        <w:br/>
        <w:t>Я загнуздав твою пиху коли ти гнулася й корилась моїй потузі моїй владі&lt;br /&gt;</w:t>
        <w:br/>
        <w:t>Я думав що узяв те все та то була одна мана&lt;br /&gt;</w:t>
        <w:br/>
        <w:t>I я тепер мов Іксіон що то кохався з марою-примарою&lt;br /&gt;</w:t>
        <w:br/>
        <w:t>Облудною подобою тієї що зветься Герою або незримою Юноною&lt;br /&gt;</w:t>
        <w:br/>
        <w:t>Хто ж візьме хто утопить хмару хто марево&lt;br /&gt;</w:t>
        <w:br/>
        <w:t>Впіймать здолає хто у своїх обіймах стисне блакить небесну&lt;br /&gt;</w:t>
        <w:br/>
        <w:t>Я думав що узяв усю твою красу а мав лиш тіло&lt;br /&gt;</w:t>
        <w:br/>
        <w:t>А в тілі вічності на жаль нема&lt;br /&gt;</w:t>
        <w:br/>
        <w:t>У тілі є утіха а не любов&lt;br /&gt;</w:t>
        <w:br/>
        <w:t>Тепер я марно намагаюсь обняти твою душу&lt;br /&gt;</w:t>
        <w:br/>
        <w:t>Вона втікає вислизає немов клубовище вужів&lt;br /&gt;</w:t>
        <w:br/>
        <w:t>I гарні твої руки на дальнім обрії то змії кольору&lt;br /&gt;</w:t>
        <w:br/>
        <w:t>Світанку що в'ються-в'юняться на знак прощання&lt;br /&gt;</w:t>
        <w:br/>
        <w:t>I я бентежуся і я гублюся&lt;br /&gt;</w:t>
        <w:br/>
        <w:t>Мене втомила та любов що нею ти гордуєш&lt;br /&gt;</w:t>
        <w:br/>
        <w:t>Соромлюся того кохання що ти так зневажаєш&lt;br /&gt;</w:t>
        <w:br/>
        <w:t>Таж тіла не буває без душі&lt;br /&gt;</w:t>
        <w:br/>
        <w:t>I як я маю сподіватись зійтися знов із твоїм тілом&lt;br /&gt;</w:t>
        <w:br/>
        <w:t>Коли твоя душа була від мене так далеко&lt;br /&gt;</w:t>
        <w:br/>
        <w:t>Коли те тіло поєдналося з душею&lt;br /&gt;</w:t>
        <w:br/>
        <w:t>Як інші всі живі тіла&lt;br /&gt;</w:t>
        <w:br/>
        <w:t>Я володів тобою мертвою</w:t>
      </w:r>
    </w:p>
    <w:p>
      <w:r>
        <w:br/>
        <w:t>*</w:t>
      </w:r>
    </w:p>
    <w:p>
      <w:r>
        <w:br/>
        <w:t>I все ж таки я виглядаю здалеку чи не йде поштар&lt;br /&gt;</w:t>
        <w:br/>
        <w:t>I жду як насолоди твого щоденного листа і серце&lt;br /&gt;</w:t>
        <w:br/>
        <w:t>Мені скаче як оленятко коли забачу листоношу&lt;br /&gt;</w:t>
        <w:br/>
        <w:t>I малюю тоді в уяві неможливі речі бо ж серце твоє не зі мною&lt;br /&gt;</w:t>
        <w:br/>
        <w:t>I мариться мені що ми з тобою удвох чи може&lt;br /&gt;</w:t>
        <w:br/>
        <w:t>Втрьох лаштуємося в морську дорогу й ніхто&lt;br /&gt;</w:t>
        <w:br/>
        <w:t>На світі знать не знає про нашу любу подорож кудись навіки&lt;br /&gt;</w:t>
        <w:br/>
        <w:t>По тому морю по синющому синішому за всю на світі синь&lt;br /&gt;</w:t>
        <w:br/>
        <w:t>По тому морю де ніхто не крикне Земля&lt;br /&gt;</w:t>
        <w:br/>
        <w:t>Краса твоя вчуватиме мій спів чистіший над усі слова вільніший над усяку хвилю&lt;br /&gt;</w:t>
        <w:br/>
        <w:t>Чи може моє серце вже пізно думати про ту мандрівку таємничу&lt;br /&gt;</w:t>
        <w:br/>
        <w:t>Чекає човен нас фантазія крилата&lt;br /&gt;</w:t>
        <w:br/>
        <w:t>А дійсність прийде теж колись&lt;br /&gt;</w:t>
        <w:br/>
        <w:t>Аби з'єднались душі&lt;br /&gt;</w:t>
        <w:br/>
        <w:t>На ту чудовну прощу</w:t>
      </w:r>
    </w:p>
    <w:p>
      <w:r>
        <w:br/>
        <w:t>*</w:t>
      </w:r>
    </w:p>
    <w:p>
      <w:r>
        <w:br/>
        <w:t>Ану ж моє серце мужчини лампа згасає&lt;br /&gt;</w:t>
        <w:br/>
        <w:t>Долий туди своєї крові&lt;br /&gt;</w:t>
        <w:br/>
        <w:t>Ану ж життя моє підживи лампу кохання&lt;br /&gt;</w:t>
        <w:br/>
        <w:t>Ану ж гармати прокладіть дорогу&lt;br /&gt;</w:t>
        <w:br/>
        <w:t>Аби прийшов нарешті день перемоги радісний день повороту</w:t>
      </w:r>
    </w:p>
    <w:p>
      <w:r>
        <w:br/>
        <w:t>*</w:t>
      </w:r>
    </w:p>
    <w:p>
      <w:r>
        <w:br/>
        <w:t>Даю моїй надії очі самоцвіти&lt;br /&gt;</w:t>
        <w:br/>
        <w:t>Даю моїй надії руки пальмові віти перемоги&lt;br /&gt;</w:t>
        <w:br/>
        <w:t>Даю моїй надії ноги тріумфальні колісниці&lt;br /&gt;</w:t>
        <w:br/>
        <w:t>Даю моїй надії уста цей поцілунок&lt;br /&gt;</w:t>
        <w:br/>
        <w:t>Даю моїй надії ніздрі вбирати аромат майового цвіту&lt;br /&gt;</w:t>
        <w:br/>
        <w:t>Даю моїй надії серце жертовний принос&lt;br /&gt;</w:t>
        <w:br/>
        <w:t>Даю моїй надії майбутнє що тремкоче як далеке світельце в лісових нетрях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погорда i 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