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Ліцінієві</w:t>
      </w:r>
    </w:p>
    <w:p>
      <w:r>
        <w:br/>
        <w:t xml:space="preserve"> Олександр Пушкін&lt;br /&gt;</w:t>
        <w:br/>
        <w:t>Ліцінієві</w:t>
      </w:r>
    </w:p>
    <w:p>
      <w:r>
        <w:br/>
        <w:t>Перекладач: Микола Бажан</w:t>
      </w:r>
    </w:p>
    <w:p>
      <w:r>
        <w:br/>
        <w:t>Ліцінію, дивись: учвал на колісниці,&lt;br /&gt;</w:t>
        <w:br/>
        <w:t>Укритий лаврами, в блискучій багряниці,&lt;br /&gt;</w:t>
        <w:br/>
        <w:t>Бундючно сидячи, Ветулій молодий&lt;br /&gt;</w:t>
        <w:br/>
        <w:t>До юрб міських летить по вулиці гучній.&lt;br /&gt;</w:t>
        <w:br/>
        <w:t>Дивись, як перед ним всі спину смирно клонять;&lt;br /&gt;</w:t>
        <w:br/>
        <w:t>Дивись, як ліктори народ нещасний гонять!&lt;br /&gt;</w:t>
        <w:br/>
        <w:t>Сенаторів, красунь, підлесників рої&lt;br /&gt;</w:t>
        <w:br/>
        <w:t>На нього погляди спрямовують свої&lt;br /&gt;</w:t>
        <w:br/>
        <w:t>І ловлять посмішку, його повік тремтіння,&lt;br /&gt;</w:t>
        <w:br/>
        <w:t>Немов проречисте богів благословіння;&lt;br /&gt;</w:t>
        <w:br/>
        <w:t>І сивочолий дід, і діточки малі,—&lt;br /&gt;</w:t>
        <w:br/>
        <w:t>Всі перед ідолом припали до землі:&lt;br /&gt;</w:t>
        <w:br/>
        <w:t>Для них і слід коліс, в багні на бруку видний,&lt;br /&gt;</w:t>
        <w:br/>
        <w:t>Є пам'ятник святий, пошани й честі гідний.</w:t>
      </w:r>
    </w:p>
    <w:p>
      <w:r>
        <w:br/>
        <w:t>Народе Ромула1, скажи, давно ти впав?&lt;br /&gt;</w:t>
        <w:br/>
        <w:t>Хто уярмив тебе і владою скував?&lt;br /&gt;</w:t>
        <w:br/>
        <w:t>Схилились під ярмом прославлені квірити2.&lt;br /&gt;</w:t>
        <w:br/>
        <w:t>Кому ж, о небеса, доводиться служити?&lt;br /&gt;</w:t>
        <w:br/>
        <w:t>Невже Ветулію? Ганьба землі моїй,—&lt;br /&gt;</w:t>
        <w:br/>
        <w:t>Сидить між мудреців цей юний блудодій,&lt;br /&gt;</w:t>
        <w:br/>
        <w:t>Коханець деспота сенатом кволим править,&lt;br /&gt;</w:t>
        <w:br/>
        <w:t>На Рим надів ярмо, вітчизну всю неславить,&lt;br /&gt;</w:t>
        <w:br/>
        <w:t>Ветулій — римлян цар!.. О сором, о часи!&lt;br /&gt;</w:t>
        <w:br/>
        <w:t>Чи відданий на скін ти, всесвіте, еси?&lt;br /&gt;</w:t>
        <w:br/>
        <w:t>Та хто під портиком, своє чоло схиливши,&lt;br /&gt;</w:t>
        <w:br/>
        <w:t>Закутавшись плащем і патерицю звівши,&lt;br /&gt;</w:t>
        <w:br/>
        <w:t>Повз тлум людей спішить похмуро перейти?&lt;br /&gt;</w:t>
        <w:br/>
        <w:t>"Дамете, друже наш, куди прямуєш ти?" —&lt;br /&gt;</w:t>
        <w:br/>
        <w:t>"Мовчу я і дивлюсь, не знаю — де ітиму;&lt;br /&gt;</w:t>
        <w:br/>
        <w:t>Я — рабства ворог злий, іду на віки з Риму".</w:t>
      </w:r>
    </w:p>
    <w:p>
      <w:r>
        <w:br/>
        <w:t>Ліцінію, стривай! Хіба не краще й нам,&lt;br /&gt;</w:t>
        <w:br/>
        <w:t>Вклонившись лагідно фортуні й давнім снам,&lt;br /&gt;</w:t>
        <w:br/>
        <w:t>Старого ціника собі за приклад взяти?&lt;br /&gt;</w:t>
        <w:br/>
        <w:t>З розпусним містом цим простившись, утікати?&lt;br /&gt;</w:t>
        <w:br/>
        <w:t>Тут продається все: закони, честь, права,&lt;br /&gt;</w:t>
        <w:br/>
        <w:t>І консул, і трибун, і красота жива.&lt;br /&gt;</w:t>
        <w:br/>
        <w:t>Нехай Гліцерія, струнка красуня наша,&lt;br /&gt;</w:t>
        <w:br/>
        <w:t>Що спільна є для всіх, мов для кружляння чаша,&lt;br /&gt;</w:t>
        <w:br/>
        <w:t>Для інших неуків свої тенета в'є!&lt;br /&gt;</w:t>
        <w:br/>
        <w:t>Не личить слабкість нам, коли вже й зморшки є;&lt;br /&gt;</w:t>
        <w:br/>
        <w:t>Бундючній юності облишмо гри веселі:&lt;br /&gt;</w:t>
        <w:br/>
        <w:t>Хай безсоромний Кліт3, слуга вельмож Корнелій4&lt;br /&gt;</w:t>
        <w:br/>
        <w:t>Гендлюють підлістю й з нахабством гультяїв&lt;br /&gt;</w:t>
        <w:br/>
        <w:t>Повзуть од панських брам до брам багатіїв!&lt;br /&gt;</w:t>
        <w:br/>
        <w:t>Я серцем римлянин; несу в душі свободу;&lt;br /&gt;</w:t>
        <w:br/>
        <w:t>В мені не гине дух великого народу;&lt;br /&gt;</w:t>
        <w:br/>
        <w:t>Ліцінію, ходім якдалі від турбот,&lt;br /&gt;</w:t>
        <w:br/>
        <w:t>Безумних мудреців, оманливих красот,&lt;br /&gt;</w:t>
        <w:br/>
        <w:t>І, долі заздрої зневаживши удари,&lt;br /&gt;</w:t>
        <w:br/>
        <w:t>В село перенесім батьків священні лари!5&lt;br /&gt;</w:t>
        <w:br/>
        <w:t>Там в холодку дібров, на березі морськім,&lt;br /&gt;</w:t>
        <w:br/>
        <w:t>Знайти неважко нам тихенький, світлий дім,&lt;br /&gt;</w:t>
        <w:br/>
        <w:t>Де, більш не боячись народного свавілля,&lt;br /&gt;</w:t>
        <w:br/>
        <w:t>Під старість в самоті зазнаємо дозвілля,&lt;br /&gt;</w:t>
        <w:br/>
        <w:t>І там, замешкавши в спокійному кутку,&lt;br /&gt;</w:t>
        <w:br/>
        <w:t>При дубі, що горить в огненнім коминку,&lt;br /&gt;</w:t>
        <w:br/>
        <w:t>Згадавши давнину за предківським фіалом,&lt;br /&gt;</w:t>
        <w:br/>
        <w:t>Свій дух я розпалю жорстоким Ювеналом6,&lt;br /&gt;</w:t>
        <w:br/>
        <w:t>В сатирі праведній змалюю кривду й лжу,&lt;br /&gt;</w:t>
        <w:br/>
        <w:t>Звичаї цих віків нащадкам покажу.</w:t>
      </w:r>
    </w:p>
    <w:p>
      <w:r>
        <w:br/>
        <w:t>О Риме, краю зла, розпусти, лиха й чвари!&lt;br /&gt;</w:t>
        <w:br/>
        <w:t>Прийде жахливий день, день помсти і покари.&lt;br /&gt;</w:t>
        <w:br/>
        <w:t>Я бачу величі суворої кінець:&lt;br /&gt;</w:t>
        <w:br/>
        <w:t>Паде, паде у прах твій світовий вінець.&lt;br /&gt;</w:t>
        <w:br/>
        <w:t>Народи молоді, сини боїв звитяжних,&lt;br /&gt;</w:t>
        <w:br/>
        <w:t>На тебе піднесуть мечі в руках одважних,&lt;br /&gt;</w:t>
        <w:br/>
        <w:t>І перейдуть моря, здолають пасма гір,&lt;br /&gt;</w:t>
        <w:br/>
        <w:t>На тебе зринувши, мов закипілий вир.&lt;br /&gt;</w:t>
        <w:br/>
        <w:t>Загине Рим,— і тьма на нього тяжко ляже,&lt;br /&gt;</w:t>
        <w:br/>
        <w:t>І мандрівник смутний задумливо прокаже,&lt;br /&gt;</w:t>
        <w:br/>
        <w:t>Похмуро дивлячись на камені руїн:&lt;br /&gt;</w:t>
        <w:br/>
        <w:t>"В свободі Рим зростав, а в рабстві згинув він".</w:t>
      </w:r>
    </w:p>
    <w:p>
      <w:r>
        <w:br/>
        <w:t>---------------&lt;br /&gt;</w:t>
        <w:br/>
        <w:t>1 Ромул — за легендою був засновником Рима.&lt;br /&gt;</w:t>
        <w:br/>
        <w:t>2 Квірити — так називали римських громадян, не воїнів.&lt;br /&gt;</w:t>
        <w:br/>
        <w:t>3 Кліт — один з полководців А. Македонського, був забитий&lt;br /&gt;</w:t>
        <w:br/>
        <w:t>Македонським під час бенкету.&lt;br /&gt;</w:t>
        <w:br/>
        <w:t>4 Корнелій Нерон — стародавній римський історик.&lt;br /&gt;</w:t>
        <w:br/>
        <w:t>5 Лари — в стародавньому Римі родинні святині.&lt;br /&gt;</w:t>
        <w:br/>
        <w:t>6 Ювенал — латинський поет-сатирик І—II віку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Ліцінієві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