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Х'ю Паркера</w:t>
      </w:r>
    </w:p>
    <w:p>
      <w:r>
        <w:br/>
        <w:t xml:space="preserve"> Лист до Х'ю Паркера</w:t>
      </w:r>
    </w:p>
    <w:p>
      <w:r>
        <w:br/>
        <w:t>У цім краю чуднім, і досі&lt;br /&gt;</w:t>
        <w:br/>
        <w:t>Ані Поезії, ні Прозі&lt;br /&gt;</w:t>
        <w:br/>
        <w:t>Не знанім, де до наших днів&lt;br /&gt;</w:t>
        <w:br/>
        <w:t>Не розчесала льону слів&lt;br /&gt;</w:t>
        <w:br/>
        <w:t>На гребені парнаська панна,&lt;br /&gt;</w:t>
        <w:br/>
        <w:t>Де може й Проза тільки п'яна&lt;br /&gt;</w:t>
        <w:br/>
        <w:t>Опівночі зайти в корчму,&lt;br /&gt;</w:t>
        <w:br/>
        <w:t>Тут, біля комина, в диму&lt;br /&gt;</w:t>
        <w:br/>
        <w:t>Сиджу я сам-один, сліпую&lt;br /&gt;</w:t>
        <w:br/>
        <w:t>I тільки прядки голос чую.&lt;br /&gt;</w:t>
        <w:br/>
        <w:t>У пічці пекло торф'яне&lt;br /&gt;</w:t>
        <w:br/>
        <w:t>Жаріє, сліплячи мене,&lt;br /&gt;</w:t>
        <w:br/>
        <w:t>Як теє полум'я в геєні.&lt;br /&gt;</w:t>
        <w:br/>
        <w:t>Де ж пориви мої натхненні?&lt;br /&gt;</w:t>
        <w:br/>
        <w:t>Що з ними сталося? Мовчу,&lt;br /&gt;</w:t>
        <w:br/>
        <w:t>Один по одному лічу&lt;br /&gt;</w:t>
        <w:br/>
        <w:t>Свої гріхи: що, геть надію&lt;br /&gt;</w:t>
        <w:br/>
        <w:t>Утративши, я животію,&lt;br /&gt;</w:t>
        <w:br/>
        <w:t>А не живу, і що навкруг —&lt;br /&gt;</w:t>
        <w:br/>
        <w:t>Лиш земляки, а щирий друг&lt;br /&gt;</w:t>
        <w:br/>
        <w:t>Тепер у мене тільки Дженні,&lt;br /&gt;</w:t>
        <w:br/>
        <w:t>Пегас мій славний! У щоденні&lt;br /&gt;</w:t>
        <w:br/>
        <w:t>Мої поїздки понад Ніт,&lt;br /&gt;</w:t>
        <w:br/>
        <w:t>Вона на Захід, не на Схід&lt;br /&gt;</w:t>
        <w:br/>
        <w:t>Звертає погляд щохвилини&lt;br /&gt;</w:t>
        <w:br/>
        <w:t>І ронить на свій ніс краплини.&lt;br /&gt;</w:t>
        <w:br/>
        <w:t>Невже для цього стільки миль&lt;br /&gt;</w:t>
        <w:br/>
        <w:t>Несла ти барда, гору й шпиль&lt;br /&gt;</w:t>
        <w:br/>
        <w:t>Долала швидко, без підказу&lt;br /&gt;</w:t>
        <w:br/>
        <w:t>I не поскаржилась ні разу?&lt;br /&gt;</w:t>
        <w:br/>
        <w:t>Якби до неба я сягнув,&lt;br /&gt;</w:t>
        <w:br/>
        <w:t>Тебе б я в зірку обернув,&lt;br /&gt;</w:t>
        <w:br/>
        <w:t>Щоб під Стрільцем ти бігла-грала,&lt;br /&gt;</w:t>
        <w:br/>
        <w:t>Екліптику, мов планку, брала,&lt;br /&gt;</w:t>
        <w:br/>
        <w:t>Щоб і круг полюса могла&lt;br /&gt;</w:t>
        <w:br/>
        <w:t>Перелітати, як стріла,&lt;br /&gt;</w:t>
        <w:br/>
        <w:t>Чи, вгледівши старого Феба,&lt;br /&gt;</w:t>
        <w:br/>
        <w:t>Що землю оглядає з неба,&lt;br /&gt;</w:t>
        <w:br/>
        <w:t>Підскочила б з усіх копит&lt;br /&gt;</w:t>
        <w:br/>
        <w:t>I запилила божий вид,&lt;br /&gt;</w:t>
        <w:br/>
        <w:t>Бо певен я, що він ніколи&lt;br /&gt;</w:t>
        <w:br/>
        <w:t>На хвіст твій не насипле соли.&lt;br /&gt;</w:t>
        <w:br/>
        <w:t>Так і живу я, друже мій,&lt;br /&gt;</w:t>
        <w:br/>
        <w:t>Серед турбот — і без надій.&lt;br /&gt;</w:t>
        <w:br/>
        <w:t>В цій атмосфері чадно-млистій&lt;br /&gt;</w:t>
        <w:br/>
        <w:t>Як до пуття складу я лист свій?&lt;br /&gt;</w:t>
        <w:br/>
        <w:t>Та в мене через тиждень-два&lt;br /&gt;</w:t>
        <w:br/>
        <w:t>Знов проясниться голова.&lt;br /&gt;</w:t>
        <w:br/>
        <w:t>Отож — до зустрічі й застілля&lt;br /&gt;</w:t>
        <w:br/>
        <w:t>Замість листа шлю це безділля.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Х'ю Паркера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