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Лист до Діда Мороза</w:t>
      </w:r>
    </w:p>
    <w:p>
      <w:r>
        <w:br/>
        <w:t xml:space="preserve"> Здрастуй, добрий Дід Мороз!&lt;br /&gt;</w:t>
        <w:br/>
        <w:t>Ми сім'єю — мама, тато,&lt;br /&gt;</w:t>
        <w:br/>
        <w:t>доня, син і пес Барбос,&lt;br /&gt;</w:t>
        <w:br/>
        <w:t>чиж і сіре кошенятко —&lt;br /&gt;</w:t>
        <w:br/>
        <w:t>пишемо тобі листа.</w:t>
      </w:r>
    </w:p>
    <w:p>
      <w:r>
        <w:br/>
        <w:t>Отже, так.</w:t>
      </w:r>
    </w:p>
    <w:p>
      <w:r>
        <w:br/>
        <w:t>В новорічну ніч, будь ласка,&lt;br /&gt;</w:t>
        <w:br/>
        <w:t>подаруй синочку казку,&lt;br /&gt;</w:t>
        <w:br/>
        <w:t>подаруй горбоконика&lt;br /&gt;</w:t>
        <w:br/>
        <w:t>та ще шаблю й будьонівку,&lt;br /&gt;</w:t>
        <w:br/>
        <w:t>сього-того, те і се,&lt;br /&gt;</w:t>
        <w:br/>
        <w:t>що торбина принесе.&lt;br /&gt;</w:t>
        <w:br/>
        <w:t>А до того і до сього&lt;br /&gt;</w:t>
        <w:br/>
        <w:t>дай ще братика малого.</w:t>
      </w:r>
    </w:p>
    <w:p>
      <w:r>
        <w:br/>
        <w:t>Доні — дай летючий бант,&lt;br /&gt;</w:t>
        <w:br/>
        <w:t>щоб літати мав талант.&lt;br /&gt;</w:t>
        <w:br/>
        <w:t>Хоче дівчинка літать —&lt;br /&gt;</w:t>
        <w:br/>
        <w:t>отже, хай собі літає.&lt;br /&gt;</w:t>
        <w:br/>
        <w:t>Ну, а ще їй треба дать&lt;br /&gt;</w:t>
        <w:br/>
        <w:t>неба, без кінця і краю.&lt;br /&gt;</w:t>
        <w:br/>
        <w:t>Те і се й до того-сього —&lt;br /&gt;</w:t>
        <w:br/>
        <w:t>всяке інше, що даси.&lt;br /&gt;</w:t>
        <w:br/>
        <w:t>Та ще братика малого&lt;br /&gt;</w:t>
        <w:br/>
        <w:t>чи сестричку принеси.</w:t>
      </w:r>
    </w:p>
    <w:p>
      <w:r>
        <w:br/>
        <w:t>А дорослим — що їм треба?&lt;br /&gt;</w:t>
        <w:br/>
        <w:t>Мамі — тільки зірку з неба,&lt;br /&gt;</w:t>
        <w:br/>
        <w:t>того-сього, се і те,&lt;br /&gt;</w:t>
        <w:br/>
        <w:t>щастя-долі для дітей.&lt;br /&gt;</w:t>
        <w:br/>
        <w:t>Та іще одного сина,&lt;br /&gt;</w:t>
        <w:br/>
        <w:t>та ще донечку красиву,&lt;br /&gt;</w:t>
        <w:br/>
        <w:t>та ще сукню синю-синю.&lt;br /&gt;</w:t>
        <w:br/>
        <w:t>Хай волошкою цвіте!</w:t>
      </w:r>
    </w:p>
    <w:p>
      <w:r>
        <w:br/>
        <w:t>Тато дуже мало просить.&lt;br /&gt;</w:t>
        <w:br/>
        <w:t>Подаруй йому, Морозе,&lt;br /&gt;</w:t>
        <w:br/>
        <w:t>бутси і футбольний м'яч,&lt;br /&gt;</w:t>
        <w:br/>
        <w:t>галстук і квиток на матч,&lt;br /&gt;</w:t>
        <w:br/>
        <w:t>трьох синів, на нього схожих,&lt;br /&gt;</w:t>
        <w:br/>
        <w:t>трьох дочок, ясних і гожих,&lt;br /&gt;</w:t>
        <w:br/>
        <w:t>і цитриновий бісквіт,&lt;br /&gt;</w:t>
        <w:br/>
        <w:t>та ще цілий білий світ.</w:t>
      </w:r>
    </w:p>
    <w:p>
      <w:r>
        <w:br/>
        <w:t>Ну, а нашому Барбосу&lt;br /&gt;</w:t>
        <w:br/>
        <w:t>подаруй мішок ковбас&lt;br /&gt;</w:t>
        <w:br/>
        <w:t>і попонку, щоб в морози&lt;br /&gt;</w:t>
        <w:br/>
        <w:t>він не мерз ніколи в нас.</w:t>
      </w:r>
    </w:p>
    <w:p>
      <w:r>
        <w:br/>
        <w:t>Подаруй чижу — терпіння.&lt;br /&gt;</w:t>
        <w:br/>
        <w:t>Хай весни терпляче жде.&lt;br /&gt;</w:t>
        <w:br/>
        <w:t>Ми пташину неодмінно&lt;br /&gt;</w:t>
        <w:br/>
        <w:t>випустимо в небо синє&lt;br /&gt;</w:t>
        <w:br/>
        <w:t>у ясний квітневий день.&lt;br /&gt;</w:t>
        <w:br/>
        <w:t>Розфарбуй чижу крилята&lt;br /&gt;</w:t>
        <w:br/>
        <w:t>і насип йому багато&lt;br /&gt;</w:t>
        <w:br/>
        <w:t>сього-того, того-сього,&lt;br /&gt;</w:t>
        <w:br/>
        <w:t>щоб утішити малого.&lt;br /&gt;</w:t>
        <w:br/>
        <w:t>Хай по жердочці стрибає&lt;br /&gt;</w:t>
        <w:br/>
        <w:t>і подзьобує крупу.&lt;br /&gt;</w:t>
        <w:br/>
        <w:t>Хай нам весело співає:&lt;br /&gt;</w:t>
        <w:br/>
        <w:t>"Чижик-пижик, де ти був?"</w:t>
      </w:r>
    </w:p>
    <w:p>
      <w:r>
        <w:br/>
        <w:t>Ну, а нашій киці сірій&lt;br /&gt;</w:t>
        <w:br/>
        <w:t>треба чапики тепленькі,&lt;br /&gt;</w:t>
        <w:br/>
        <w:t>і щоб їх було чотири,&lt;br /&gt;</w:t>
        <w:br/>
        <w:t>і щоб чапали тихенько.&lt;br /&gt;</w:t>
        <w:br/>
        <w:t>Та ще голос тихий, ніжний&lt;br /&gt;</w:t>
        <w:br/>
        <w:t>кошеня щоб мало.&lt;br /&gt;</w:t>
        <w:br/>
        <w:t>Щоб під нього так утішно&lt;br /&gt;</w:t>
        <w:br/>
        <w:t>й солодко дрімалось.</w:t>
      </w:r>
    </w:p>
    <w:p>
      <w:r>
        <w:br/>
        <w:t>Всім нам — іграшки, гостинці —&lt;br /&gt;</w:t>
        <w:br/>
        <w:t>дай усього, не жалій.&lt;br /&gt;</w:t>
        <w:br/>
        <w:t>Щоб було і на ялинці,&lt;br /&gt;</w:t>
        <w:br/>
        <w:t>щоб було і на столі.</w:t>
      </w:r>
    </w:p>
    <w:p>
      <w:r>
        <w:br/>
        <w:t>Не лише для нас — для всіх&lt;br /&gt;</w:t>
        <w:br/>
        <w:t>принеси хороший сніг,&lt;br /&gt;</w:t>
        <w:br/>
        <w:t>урожай, бадьорий настрій,&lt;br /&gt;</w:t>
        <w:br/>
        <w:t>мир, і злагоду, і щастя.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Лист до Діда Мороза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