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Лист</w:t>
      </w:r>
    </w:p>
    <w:p>
      <w:r>
        <w:br/>
        <w:t xml:space="preserve"> &lt;p&gt;ЛИСТ</w:t>
      </w:r>
    </w:p>
    <w:p>
      <w:r>
        <w:br/>
        <w:t>... Здраст...</w:t>
      </w:r>
    </w:p>
    <w:p>
      <w:r>
        <w:br/>
        <w:t>... являю твоє здивуван...</w:t>
      </w:r>
    </w:p>
    <w:p>
      <w:r>
        <w:br/>
        <w:t>... овго вагалася, перш ніж узятися за перо...</w:t>
      </w:r>
    </w:p>
    <w:p>
      <w:r>
        <w:br/>
        <w:t>... ої сльози й твоє систематичне знуща...</w:t>
      </w:r>
    </w:p>
    <w:p>
      <w:r>
        <w:br/>
        <w:t>... Живи, звичайно, але на дозвіллі...</w:t>
      </w:r>
    </w:p>
    <w:p>
      <w:r>
        <w:br/>
        <w:t>... бідну маму, що так...</w:t>
      </w:r>
    </w:p>
    <w:p>
      <w:r>
        <w:br/>
        <w:t>... Можливо, але на моєму місці не вибухнути...</w:t>
      </w:r>
    </w:p>
    <w:p>
      <w:r>
        <w:br/>
        <w:t>... показник твого рівня...</w:t>
      </w:r>
    </w:p>
    <w:p>
      <w:r>
        <w:br/>
        <w:t>... бо крім тваринних інстинк...</w:t>
      </w:r>
    </w:p>
    <w:p>
      <w:r>
        <w:br/>
        <w:t>... піддалася й повірила...</w:t>
      </w:r>
    </w:p>
    <w:p>
      <w:r>
        <w:br/>
        <w:t>... ну а ти! Так підло! Із ким?..</w:t>
      </w:r>
    </w:p>
    <w:p>
      <w:r>
        <w:br/>
        <w:t>... ще буде нагода посм...</w:t>
      </w:r>
    </w:p>
    <w:p>
      <w:r>
        <w:br/>
        <w:t>... мпотент слабосилий, більше ніхто. Жалюгідн...</w:t>
      </w:r>
    </w:p>
    <w:p>
      <w:r>
        <w:br/>
        <w:t>... не мала можливості порівняти? Ха-ха, заспокойся...</w:t>
      </w:r>
    </w:p>
    <w:p>
      <w:r>
        <w:br/>
        <w:t>... ввечері того ж дня...</w:t>
      </w:r>
    </w:p>
    <w:p>
      <w:r>
        <w:br/>
        <w:t>... й маманю твою! Передай їй, будь-лас...</w:t>
      </w:r>
    </w:p>
    <w:p>
      <w:r>
        <w:br/>
        <w:t>... льше мене не знайдеш. Адресу й телефо...</w:t>
      </w:r>
    </w:p>
    <w:p>
      <w:r>
        <w:br/>
        <w:t>... мої нові друзі з телебаче...</w:t>
      </w:r>
    </w:p>
    <w:p>
      <w:r>
        <w:br/>
        <w:t>... скромний і навіть його недоліки...</w:t>
      </w:r>
    </w:p>
    <w:p>
      <w:r>
        <w:br/>
        <w:t>... исвятив мені вірша, а ти зі своїм дурним...</w:t>
      </w:r>
    </w:p>
    <w:p>
      <w:r>
        <w:br/>
        <w:t>... не кажучи про інтелек...</w:t>
      </w:r>
    </w:p>
    <w:p>
      <w:r>
        <w:br/>
        <w:t>... не подумай тільки, що в мене до тебе і дос...</w:t>
      </w:r>
    </w:p>
    <w:p>
      <w:r>
        <w:br/>
        <w:t>... для кого і чого ці піджмурки? Смішно! Дорослі лю...</w:t>
      </w:r>
    </w:p>
    <w:p>
      <w:r>
        <w:br/>
        <w:t>... ле якщо хочеш знати правду, то слуха...</w:t>
      </w:r>
    </w:p>
    <w:p>
      <w:r>
        <w:br/>
        <w:t>... учаюсь, бо не ладна з собою нічого...</w:t>
      </w:r>
    </w:p>
    <w:p>
      <w:r>
        <w:br/>
        <w:t>... коли у тебе лишилося хоч на краплю...</w:t>
      </w:r>
    </w:p>
    <w:p>
      <w:r>
        <w:br/>
        <w:t>... ожеш порвати цього листа на дрібненькі...</w:t>
      </w:r>
    </w:p>
    <w:p>
      <w:r>
        <w:br/>
        <w:t>... зглуздо і соромно, бо розумію, але...</w:t>
      </w:r>
    </w:p>
    <w:p>
      <w:r>
        <w:br/>
        <w:t>... к згадую шрамик і весь твій...</w:t>
      </w:r>
    </w:p>
    <w:p>
      <w:r>
        <w:br/>
        <w:t>... юблю і хочу...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