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</w:t>
      </w:r>
    </w:p>
    <w:p>
      <w:r>
        <w:br/>
        <w:t xml:space="preserve"> Л.Мосендзові</w:t>
      </w:r>
    </w:p>
    <w:p>
      <w:r>
        <w:br/>
        <w:t>Ти б дивувався: дощ і пізня ніч,&lt;br /&gt;</w:t>
        <w:br/>
        <w:t>А в мене світло і вікно наростіж.&lt;br /&gt;</w:t>
        <w:br/>
        <w:t>І знов думки, і серце у вогні,&lt;br /&gt;</w:t>
        <w:br/>
        <w:t>І гостра туга у невпиннім зрості.</w:t>
      </w:r>
    </w:p>
    <w:p>
      <w:r>
        <w:br/>
        <w:t>Твоє життя — холодний світлий став&lt;br /&gt;</w:t>
        <w:br/>
        <w:t>Без темних вирів і дзвінких прибоїв,&lt;br /&gt;</w:t>
        <w:br/>
        <w:t>І як мені писать тобі листа&lt;br /&gt;</w:t>
        <w:br/>
        <w:t>І бути в нім правдивою собою?</w:t>
      </w:r>
    </w:p>
    <w:p>
      <w:r>
        <w:br/>
        <w:t>Далеко десь горить твоя мета,&lt;br /&gt;</w:t>
        <w:br/>
        <w:t>В тяжких туманах твій похмурий берег,&lt;br /&gt;</w:t>
        <w:br/>
        <w:t>А поки — спокій, зимна самота&lt;br /&gt;</w:t>
        <w:br/>
        <w:t>І сірих днів тобі покірний шерег.</w:t>
      </w:r>
    </w:p>
    <w:p>
      <w:r>
        <w:br/>
        <w:t>А в мене дні бунтують і кричать,&lt;br /&gt;</w:t>
        <w:br/>
        <w:t>Підвладні власним, не чужим законам&lt;br /&gt;</w:t>
        <w:br/>
        <w:t>І тиснуть в серце вогнену печать,&lt;br /&gt;</w:t>
        <w:br/>
        <w:t>І значать все не сірим, а червоним.</w:t>
      </w:r>
    </w:p>
    <w:p>
      <w:r>
        <w:br/>
        <w:t>Бувають дні — безжурні юнаки&lt;br /&gt;</w:t>
        <w:br/>
        <w:t>Вбігають швидко, в дикім перегоні,&lt;br /&gt;</w:t>
        <w:br/>
        <w:t>Щоб цілий світ, блискучий і п’янкий,&lt;br /&gt;</w:t>
        <w:br/>
        <w:t>Стягнути звідкісь у мої долоні.</w:t>
      </w:r>
    </w:p>
    <w:p>
      <w:r>
        <w:br/>
        <w:t>На жовтій квітці декілька краплин —&lt;br /&gt;</w:t>
        <w:br/>
        <w:t>Ясне вино на золотавім лезі&lt;br /&gt;</w:t>
        <w:br/>
        <w:t>І плине в серце найхмільніший плин:&lt;br /&gt;</w:t>
        <w:br/>
        <w:t>Далекий шум незроджених поезій.</w:t>
      </w:r>
    </w:p>
    <w:p>
      <w:r>
        <w:br/>
        <w:t>Буває час: палахкотять уста,&lt;br /&gt;</w:t>
        <w:br/>
        <w:t>Тремтить душі дзвінке роздерте плесо,&lt;br /&gt;</w:t>
        <w:br/>
        <w:t>Немов хтось кинув залека листа&lt;br /&gt;</w:t>
        <w:br/>
        <w:t>І кличе десь — без підпису й адреси…</w:t>
      </w:r>
    </w:p>
    <w:p>
      <w:r>
        <w:br/>
        <w:t>Життя кружляє на вузькій межі&lt;br /&gt;</w:t>
        <w:br/>
        <w:t>Нових поривів, таємничих кличів&lt;br /&gt;</w:t>
        <w:br/>
        <w:t>І видаються зайві і чужі&lt;br /&gt;</w:t>
        <w:br/>
        <w:t>Давно знайомі речі і обличчя.</w:t>
      </w:r>
    </w:p>
    <w:p>
      <w:r>
        <w:br/>
        <w:t>В осяйну ж мить, коли останком сил&lt;br /&gt;</w:t>
        <w:br/>
        <w:t>День розливає недопите сонце,&lt;br /&gt;</w:t>
        <w:br/>
        <w:t>Рудим конем летить за небосхил&lt;br /&gt;</w:t>
        <w:br/>
        <w:t>Моя душа в червоній амазонці.</w:t>
      </w:r>
    </w:p>
    <w:p>
      <w:r>
        <w:br/>
        <w:t>І вже тоді сама не розберу,&lt;br /&gt;</w:t>
        <w:br/>
        <w:t>Чи то мій біль упав кривавим птахом,&lt;br /&gt;</w:t>
        <w:br/>
        <w:t>Чи захід сонця заливає брук…&lt;br /&gt;</w:t>
        <w:br/>
        <w:t>Для тебе ж захід — завжди тільки захід!</w:t>
      </w:r>
    </w:p>
    <w:p>
      <w:r>
        <w:br/>
        <w:t>Чергують ночі — чорні і ясні —&lt;br /&gt;</w:t>
        <w:br/>
        <w:t>Не від вогню чи темряви безодні,&lt;br /&gt;</w:t>
        <w:br/>
        <w:t>Лише від блиску спогадів і снів —&lt;br /&gt;</w:t>
        <w:br/>
        <w:t>Усіх ударів і дарів Господніх.</w:t>
      </w:r>
    </w:p>
    <w:p>
      <w:r>
        <w:br/>
        <w:t>І в павутинні перехресних барв&lt;br /&gt;</w:t>
        <w:br/>
        <w:t>Я палко мрію до самого рання,&lt;br /&gt;</w:t>
        <w:br/>
        <w:t>Щоб Бог зіслав мені найбільший дар:&lt;br /&gt;</w:t>
        <w:br/>
        <w:t>Гарячу смерть — не зимне умирання.</w:t>
      </w:r>
    </w:p>
    <w:p>
      <w:r>
        <w:br/>
        <w:t>Бо серед співу неспокійних днів,&lt;br /&gt;</w:t>
        <w:br/>
        <w:t>Повз таємничі і вабливі двері&lt;br /&gt;</w:t>
        <w:br/>
        <w:t>Я йду на клич задимлених вогнів —&lt;br /&gt;</w:t>
        <w:br/>
        <w:t>На наш похмурий і прекрасний берег.</w:t>
      </w:r>
    </w:p>
    <w:p>
      <w:r>
        <w:br/>
        <w:t>Коли ж зійду на каменистий верх&lt;br /&gt;</w:t>
        <w:br/>
        <w:t>Крізь темні води й полум’яні межі —&lt;br /&gt;</w:t>
        <w:br/>
        <w:t>Нехай життя хитнеться й відпливе,&lt;br /&gt;</w:t>
        <w:br/>
        <w:t>Мов корабель у заграві пожежі.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