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Лісові вірші</w:t>
      </w:r>
    </w:p>
    <w:p>
      <w:r>
        <w:br/>
        <w:t xml:space="preserve"> Марійка Підгірянка</w:t>
      </w:r>
    </w:p>
    <w:p>
      <w:r>
        <w:br/>
        <w:t>СМЕРІЧКА</w:t>
      </w:r>
    </w:p>
    <w:p>
      <w:r>
        <w:br/>
        <w:t>Дзвонить, грає срібна річка,&lt;br /&gt;</w:t>
        <w:br/>
        <w:t>А в криштальну воду&lt;br /&gt;</w:t>
        <w:br/>
        <w:t>Задивилася смерічка&lt;br /&gt;</w:t>
        <w:br/>
        <w:t>Та й на свою вроду.</w:t>
      </w:r>
    </w:p>
    <w:p>
      <w:r>
        <w:br/>
        <w:t>Гей, виросла ж та й висока,&lt;br /&gt;</w:t>
        <w:br/>
        <w:t>Та нема їй пари:&lt;br /&gt;</w:t>
        <w:br/>
        <w:t>Пила воду із потоку&lt;br /&gt;</w:t>
        <w:br/>
        <w:t>І сивої хмари.</w:t>
      </w:r>
    </w:p>
    <w:p>
      <w:r>
        <w:br/>
        <w:t>Брала пахощі з повітря&lt;br /&gt;</w:t>
        <w:br/>
        <w:t>У весняну пору;&lt;br /&gt;</w:t>
        <w:br/>
        <w:t>Вибуяла так на вітрі,&lt;br /&gt;</w:t>
        <w:br/>
        <w:t>Виросла угору!</w:t>
      </w:r>
    </w:p>
    <w:p>
      <w:r>
        <w:br/>
        <w:t>* * *</w:t>
      </w:r>
    </w:p>
    <w:p>
      <w:r>
        <w:br/>
        <w:t>ГАЙ ВЗИМКУ</w:t>
      </w:r>
    </w:p>
    <w:p>
      <w:r>
        <w:br/>
        <w:t>Не гайся, хлопчику, не гай,&lt;br /&gt;</w:t>
        <w:br/>
        <w:t>На саночки сідай,&lt;br /&gt;</w:t>
        <w:br/>
        <w:t>Поїдем, серце, в білий гай,&lt;br /&gt;</w:t>
        <w:br/>
        <w:t>В казок зимових край.&lt;br /&gt;</w:t>
        <w:br/>
        <w:t>У гаї молоді дубки&lt;br /&gt;</w:t>
        <w:br/>
        <w:t>Зросли у височінь&lt;br /&gt;</w:t>
        <w:br/>
        <w:t>І сніжні одягли шапки,&lt;br /&gt;</w:t>
        <w:br/>
        <w:t>Підперли неба синь.&lt;br /&gt;</w:t>
        <w:br/>
        <w:t>Схилилась до дубка сосна,&lt;br /&gt;</w:t>
        <w:br/>
        <w:t>Задумлива сосна;&lt;br /&gt;</w:t>
        <w:br/>
        <w:t>В голках — рясна, в шишках — рясна,&lt;br /&gt;</w:t>
        <w:br/>
        <w:t>Зелена, як весна.&lt;br /&gt;</w:t>
        <w:br/>
        <w:t>Берізка біла і струнка —&lt;br /&gt;</w:t>
        <w:br/>
        <w:t>Красуня у гаю —&lt;br /&gt;</w:t>
        <w:br/>
        <w:t>Вдивлялась в дзеркало струмка&lt;br /&gt;</w:t>
        <w:br/>
        <w:t>На вроду на свою.&lt;br /&gt;</w:t>
        <w:br/>
        <w:t>Дзюрчить струмок попід сніжок,&lt;br /&gt;</w:t>
        <w:br/>
        <w:t>Розказує своє —&lt;br /&gt;</w:t>
        <w:br/>
        <w:t>Прийшов цапок на бережок,&lt;br /&gt;</w:t>
        <w:br/>
        <w:t>Водичку чисту п'є.&lt;br /&gt;</w:t>
        <w:br/>
        <w:t>Промчався зайчик через хмиз,&lt;br /&gt;</w:t>
        <w:br/>
        <w:t>До потічка прибіг,&lt;br /&gt;</w:t>
        <w:br/>
        <w:t>Води попив, кори погриз,&lt;br /&gt;</w:t>
        <w:br/>
        <w:t>Під кущиком приліг.&lt;br /&gt;</w:t>
        <w:br/>
        <w:t>Збиточна білка молода&lt;br /&gt;</w:t>
        <w:br/>
        <w:t>Стрибає по сосні,&lt;br /&gt;</w:t>
        <w:br/>
        <w:t>Шишками в зайчика кида,&lt;br /&gt;</w:t>
        <w:br/>
        <w:t>Його турбує в сні.&lt;br /&gt;</w:t>
        <w:br/>
        <w:t>А дятел шишку ту схопив,&lt;br /&gt;</w:t>
        <w:br/>
        <w:t>Та білці не віддав, —&lt;br /&gt;</w:t>
        <w:br/>
        <w:t>У дірку від сучка встромив,&lt;br /&gt;</w:t>
        <w:br/>
        <w:t>Насіння виїдав.&lt;br /&gt;</w:t>
        <w:br/>
        <w:t>Про шишку білочка не дба,&lt;br /&gt;</w:t>
        <w:br/>
        <w:t>Бо в неї у дуплі&lt;br /&gt;</w:t>
        <w:br/>
        <w:t>Багато всякого добра&lt;br /&gt;</w:t>
        <w:br/>
        <w:t>І ласощі смачні.&lt;br /&gt;</w:t>
        <w:br/>
        <w:t>Ліщинові горішки там,&lt;br /&gt;</w:t>
        <w:br/>
        <w:t>Солодкі ягідки&lt;br /&gt;</w:t>
        <w:br/>
        <w:t>І ще, на закуску білкам,&lt;br /&gt;</w:t>
        <w:br/>
        <w:t>Засушені грибки.&lt;br /&gt;</w:t>
        <w:br/>
        <w:t>Тож білочка не журиться,&lt;br /&gt;</w:t>
        <w:br/>
        <w:t>Чи довго буде сніг:&lt;br /&gt;</w:t>
        <w:br/>
        <w:t>У кожушку зажмуриться —&lt;br /&gt;</w:t>
        <w:br/>
        <w:t>І їсть собі горіх.</w:t>
      </w:r>
    </w:p>
    <w:p>
      <w:r>
        <w:br/>
        <w:t>* * *</w:t>
      </w:r>
    </w:p>
    <w:p>
      <w:r>
        <w:br/>
        <w:t>ЛІС ВОСЕНИ</w:t>
      </w:r>
    </w:p>
    <w:p>
      <w:r>
        <w:br/>
        <w:t>— Лісе, лісе зелений,&lt;br /&gt;</w:t>
        <w:br/>
        <w:t>Чом ти сумний восени?&lt;br /&gt;</w:t>
        <w:br/>
        <w:t>— Як же мені та сумному не бути,&lt;br /&gt;</w:t>
        <w:br/>
        <w:t>Коли більше зозулечки не чути?</w:t>
      </w:r>
    </w:p>
    <w:p>
      <w:r>
        <w:br/>
        <w:t>— Лісе, лісе зелений,&lt;br /&gt;</w:t>
        <w:br/>
        <w:t>Чом не шумиш восени?&lt;br /&gt;</w:t>
        <w:br/>
        <w:t>— Чим же мені, чим же мені шуміти?&lt;br /&gt;</w:t>
        <w:br/>
        <w:t>Почав вже мій лист зелений жовтіти.</w:t>
      </w:r>
    </w:p>
    <w:p>
      <w:r>
        <w:br/>
        <w:t>* * *</w:t>
      </w:r>
    </w:p>
    <w:p>
      <w:r>
        <w:br/>
        <w:t>КАЛИНА</w:t>
      </w:r>
    </w:p>
    <w:p>
      <w:r>
        <w:br/>
        <w:t>Колишися, калинонько, колишися,&lt;br /&gt;</w:t>
        <w:br/>
        <w:t>Зеленими листочками розпишися.&lt;br /&gt;</w:t>
        <w:br/>
        <w:t>Сонячними променями розмалюйся,&lt;br /&gt;</w:t>
        <w:br/>
        <w:t>З дужим вітром буйнесеньким розцілуйся.&lt;br /&gt;</w:t>
        <w:br/>
        <w:t>А ще й срібною росою вмийся чисто,&lt;br /&gt;</w:t>
        <w:br/>
        <w:t>Надінь свої ягідочки, як намисто.&lt;br /&gt;</w:t>
        <w:br/>
        <w:t>Буде тобі, калинонько, дуже радо,&lt;br /&gt;</w:t>
        <w:br/>
        <w:t>Коли глянеш в чисту річку — у свічадо.</w:t>
      </w:r>
    </w:p>
    <w:p>
      <w:r>
        <w:br/>
        <w:t>*Свічадо — дзеркало</w:t>
      </w:r>
    </w:p>
    <w:p>
      <w:r>
        <w:br/>
        <w:t>* * *</w:t>
      </w:r>
    </w:p>
    <w:p>
      <w:r>
        <w:br/>
        <w:t>ЛІС</w:t>
      </w:r>
    </w:p>
    <w:p>
      <w:r>
        <w:br/>
        <w:t>Шумить верхами буйний ліс –&lt;br /&gt;</w:t>
        <w:br/>
        <w:t>Дуби, берези, буки.&lt;br /&gt;</w:t>
        <w:br/>
        <w:t>Співає сойка, свище дрізд&lt;br /&gt;</w:t>
        <w:br/>
        <w:t>І воркотять голубки.</w:t>
      </w:r>
    </w:p>
    <w:p>
      <w:r>
        <w:br/>
        <w:t>Стрибає білка по верхах,&lt;br /&gt;</w:t>
        <w:br/>
        <w:t>Дітей зозуля кличе.&lt;br /&gt;</w:t>
        <w:br/>
        <w:t>Вітрець шепоче в галузках,&lt;br /&gt;</w:t>
        <w:br/>
        <w:t>В ярку потік мугиче.</w:t>
      </w:r>
    </w:p>
    <w:p>
      <w:r>
        <w:br/>
        <w:t>Цілує сонечко листки&lt;br /&gt;</w:t>
        <w:br/>
        <w:t>У ніжній, теплій ласці,&lt;br /&gt;</w:t>
        <w:br/>
        <w:t>Гриби наділи шапочки&lt;br /&gt;</w:t>
        <w:br/>
        <w:t>Так само, як у казці.</w:t>
      </w:r>
    </w:p>
    <w:p>
      <w:r>
        <w:br/>
        <w:t>* * *</w:t>
      </w:r>
    </w:p>
    <w:p>
      <w:r>
        <w:br/>
        <w:t>КУ-КУ, КУ-КУ!</w:t>
      </w:r>
    </w:p>
    <w:p>
      <w:r>
        <w:br/>
        <w:t>КУ-КУ, КУ-КУ!&lt;br /&gt;</w:t>
        <w:br/>
        <w:t>Край лісу, на полянці,&lt;br /&gt;</w:t>
        <w:br/>
        <w:t>На свіжому дубку&lt;br /&gt;</w:t>
        <w:br/>
        <w:t>Кує зозуля вранці:&lt;br /&gt;</w:t>
        <w:br/>
        <w:t>Ку-ку, ку-ку, ку-ку!</w:t>
      </w:r>
    </w:p>
    <w:p>
      <w:r>
        <w:br/>
        <w:t>Внизу біжить струмочок&lt;br /&gt;</w:t>
        <w:br/>
        <w:t>По жовтому піску.&lt;br /&gt;</w:t>
        <w:br/>
        <w:t>І здалека всім чути:&lt;br /&gt;</w:t>
        <w:br/>
        <w:t>Ку-ку, ку-ку, ку-ку!</w:t>
      </w:r>
    </w:p>
    <w:p>
      <w:r>
        <w:br/>
        <w:t>Червонії сунички&lt;br /&gt;</w:t>
        <w:br/>
        <w:t>Видніють на горбку,&lt;br /&gt;</w:t>
        <w:br/>
        <w:t>І чути аж до ночі:&lt;br /&gt;</w:t>
        <w:br/>
        <w:t>Ку-ку, ку-ку, ку-ку.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