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</w:t>
      </w:r>
    </w:p>
    <w:p>
      <w:r>
        <w:br/>
        <w:t xml:space="preserve"> &lt;p&gt;Лисiцю найвигiднiше полювати взимку, коли земля натягне на себе бiлу-бiлу та пухку-пухку ковдру i задрiмаі зимовим спокiйним сном.</w:t>
      </w:r>
    </w:p>
    <w:p>
      <w:r>
        <w:br/>
        <w:t>Тодi шкурка в лисицi робиться густа-густа та лискуча, та пухната, а, як вiдомо, лисицю полюімо виключно через її знамените хутро, що маі наукову назву — горжетка.</w:t>
      </w:r>
    </w:p>
    <w:p>
      <w:r>
        <w:br/>
        <w:t>Лисицi водяться у нас в Радянському Союзi геть-чисто на всенькiй його територiї — i на ланах, i на болотах, i в лiсах та перелiсках.</w:t>
      </w:r>
    </w:p>
    <w:p>
      <w:r>
        <w:br/>
        <w:t>За весь час нашого свiдомого полювання нам доводилося бачити лисиць по всiх вищесказаних мiсцях i на всiх тих мiсцях в них стрiляти.</w:t>
      </w:r>
    </w:p>
    <w:p>
      <w:r>
        <w:br/>
        <w:t>Збираітесь ви, значить, на лисиць.</w:t>
      </w:r>
    </w:p>
    <w:p>
      <w:r>
        <w:br/>
        <w:t>З цього приводу ви говорите вдома:</w:t>
      </w:r>
    </w:p>
    <w:p>
      <w:r>
        <w:br/>
        <w:t>— На лисиць поїду! У Срiблянському ярку, казав Посип Явдокимович, два виводки. Поїду, — чотпри-п'ять лисичок тарарахну — от воно: тобi горжетка. Це, як чотири! А як п'ять — то й менi горжетка.</w:t>
      </w:r>
    </w:p>
    <w:p>
      <w:r>
        <w:br/>
        <w:t>Полювати лисиць, — одягатись треба дуже тепло, бо зима, доводиться стояти на гону довгенько, — лисиця йде великим колом, доки собаки її тим колом обженуть, — замеознути можна.</w:t>
      </w:r>
    </w:p>
    <w:p>
      <w:r>
        <w:br/>
        <w:t>Треба вам знати, що звiр, — коли його пiднiмуть i поженуть гончаки, — робить коло: i заіць, i лисиця, i вовк.</w:t>
      </w:r>
    </w:p>
    <w:p>
      <w:r>
        <w:br/>
        <w:t>Кожний iз них; зробивши коло, повертаіться до того мiсця, звiдки його пiднято, — отже, ваша задача не бiгтн разом iз собаками за зайцем чи за лисицею, чи за вовком, а стояти на мiсцi й чекати, коли вiн, оббiгши коло, повернеться до свого лiгва.</w:t>
      </w:r>
    </w:p>
    <w:p>
      <w:r>
        <w:br/>
        <w:t>Собаки гонять, як знаімо, уголос, i коли наближаіться гон, — знайте, що звiр iде до вас!</w:t>
      </w:r>
    </w:p>
    <w:p>
      <w:r>
        <w:br/>
        <w:t>Стежте тодi пильно!</w:t>
      </w:r>
    </w:p>
    <w:p>
      <w:r>
        <w:br/>
        <w:t>Голос наближаіться, наближаіться, наближаіться.</w:t>
      </w:r>
    </w:p>
    <w:p>
      <w:r>
        <w:br/>
        <w:t>Ось майнула серед кущiв золото-червона стрiчка, як блискавка!</w:t>
      </w:r>
    </w:p>
    <w:p>
      <w:r>
        <w:br/>
        <w:t>Бах! — i нема нiчого...</w:t>
      </w:r>
    </w:p>
    <w:p>
      <w:r>
        <w:br/>
        <w:t>Заіць робить невеличке коло, лисиця — бiльше, а вовк, — той iще бiльше.</w:t>
      </w:r>
    </w:p>
    <w:p>
      <w:r>
        <w:br/>
        <w:t>Чекати iнодi доводиться довгенько, — отже, одягайтесь тепло.</w:t>
      </w:r>
    </w:p>
    <w:p>
      <w:r>
        <w:br/>
        <w:t>Одяглися.</w:t>
      </w:r>
    </w:p>
    <w:p>
      <w:r>
        <w:br/>
        <w:t>Вам удома й кажуть:</w:t>
      </w:r>
    </w:p>
    <w:p>
      <w:r>
        <w:br/>
        <w:t>— Ти їздиш-їздиш, стрiляіш-стрiляіш, собак годуіш, а в Ганни Iванiвни он яка чорнобурка! I рушницi нема, i собак нема, — а чорнобурка-очей одiрвать не можна.</w:t>
      </w:r>
    </w:p>
    <w:p>
      <w:r>
        <w:br/>
        <w:t>— Добре, добре! Трапиться, так гахну й чорнобурку! Тiльки в нас на Українi чорнобурка трапляіться дуже й луже рiдкої Майже нiколи!</w:t>
      </w:r>
    </w:p>
    <w:p>
      <w:r>
        <w:br/>
        <w:t>— Рiдко? Повнi комiсiйнi крамницi!</w:t>
      </w:r>
    </w:p>
    <w:p>
      <w:r>
        <w:br/>
        <w:t>— Та що ти, господь з тобою! Що ти хочеш, шоб я з гончаками у комiсiйнiй крамницi чорнобурку полював?! Добра буде й рудобурка!</w:t>
      </w:r>
    </w:p>
    <w:p>
      <w:r>
        <w:br/>
        <w:t>— А песцi там ість?</w:t>
      </w:r>
    </w:p>
    <w:p>
      <w:r>
        <w:br/>
        <w:t>— Єсть!</w:t>
      </w:r>
    </w:p>
    <w:p>
      <w:r>
        <w:br/>
        <w:t>— Бiлi чи голубi?</w:t>
      </w:r>
    </w:p>
    <w:p>
      <w:r>
        <w:br/>
        <w:t>— Рябенькi! Вони тiльки на далекiй пiвночi бiлIшають та голубiшають. Так як i курiпки: у нас рябенькi, а на пiвночi —— бiлi-бiлi, слiпучо-бiлi! Так i песцi!</w:t>
      </w:r>
    </w:p>
    <w:p>
      <w:r>
        <w:br/>
        <w:t>Взагалi збори для полювання на лисицю дуже й дуже, як бачите, складна справа...</w:t>
      </w:r>
    </w:p>
    <w:p>
      <w:r>
        <w:br/>
        <w:t>В коротенькому кожушку, в повстяниках i в капелюсi на лисичачiм хутрi виходите ви з тепло-затiшної хати Йосипа Явдокимовича й простуіте до Срiблянського ярка, де:</w:t>
      </w:r>
    </w:p>
    <w:p>
      <w:r>
        <w:br/>
        <w:t>— Їй-богу, аж дяа лисичачих виводки! Йосип Явдокимович — старий, досвiдчений мисливець i давнiй ваш приятель, що на своіму вiку:</w:t>
      </w:r>
    </w:p>
    <w:p>
      <w:r>
        <w:br/>
        <w:t>— Тих вовкiв, тих лисиць, тих зайцiв, що вже поповбивав, так, вiрите, й лiчби їм нема!</w:t>
      </w:r>
    </w:p>
    <w:p>
      <w:r>
        <w:br/>
        <w:t>Ранок. Морозець. Порипуі снiжок. До Срiблянського ярка вiд хутора три кiлометри.</w:t>
      </w:r>
    </w:p>
    <w:p>
      <w:r>
        <w:br/>
        <w:t>Визирнуло сонце. Застрибали на слiпучо-бiлiй, що й оком не охопиш, ковдрi мiльярди дiамантiв...</w:t>
      </w:r>
    </w:p>
    <w:p>
      <w:r>
        <w:br/>
        <w:t>Докучай i Бандит — на смику.</w:t>
      </w:r>
    </w:p>
    <w:p>
      <w:r>
        <w:br/>
        <w:t>Докучай iде спокiйно, вiн багато лiт прожив уже i багато ганяв i зайцiв, i лисиць, i вовкiв, — його вже нiчим не здивуіш, а Бандит тiльки друге поле починаі, — вiн то рвоне вперед, то повернеться до вас i намагаіться, пiдстрибнувши, покласти переднi лапи вам на груди, то знову — вперед.</w:t>
      </w:r>
    </w:p>
    <w:p>
      <w:r>
        <w:br/>
        <w:t>Нервуіться Бандит...</w:t>
      </w:r>
    </w:p>
    <w:p>
      <w:r>
        <w:br/>
        <w:t>Рветься i так жалiбно-жалiбно скавучить.</w:t>
      </w:r>
    </w:p>
    <w:p>
      <w:r>
        <w:br/>
        <w:t>— Пусти, — мовляв, — дай побiгать, дай натiшиться!</w:t>
      </w:r>
    </w:p>
    <w:p>
      <w:r>
        <w:br/>
        <w:t>Дивись, як бiло скрiзь, як хороше, як снiг блищить! Дай покачаться!</w:t>
      </w:r>
    </w:p>
    <w:p>
      <w:r>
        <w:br/>
        <w:t>Йосип Явдокимович, пихкаючи цигаркою, совiтуі:</w:t>
      </w:r>
    </w:p>
    <w:p>
      <w:r>
        <w:br/>
        <w:t>— Пустимо з того боку, од грушi, щоб проти вiтру.</w:t>
      </w:r>
    </w:p>
    <w:p>
      <w:r>
        <w:br/>
        <w:t>Ви проходьте трохи вперед од грушi й ставайте в лiщинi, а я на той бiк перебреду та за терном сяду.</w:t>
      </w:r>
    </w:p>
    <w:p>
      <w:r>
        <w:br/>
        <w:t>Пустите тодi, як я вже на мiсцi буду! Я потихеньку свисну!</w:t>
      </w:r>
    </w:p>
    <w:p>
      <w:r>
        <w:br/>
        <w:t>— Гаразд!</w:t>
      </w:r>
    </w:p>
    <w:p>
      <w:r>
        <w:br/>
        <w:t>— Та зайця не стрiляйте! Лисичок спочатку поколошкаімо. Хiба собаки за куцохвостим ув'яжуться, — ну, тодi битимемо, щоб собак звiльнити!</w:t>
      </w:r>
    </w:p>
    <w:p>
      <w:r>
        <w:br/>
        <w:t>— Добре!</w:t>
      </w:r>
    </w:p>
    <w:p>
      <w:r>
        <w:br/>
        <w:t>У лiщинi затишно-затишно...</w:t>
      </w:r>
    </w:p>
    <w:p>
      <w:r>
        <w:br/>
        <w:t>Утоптуіться навкруги снiг., щоб зручно було на всi боки повертатися, бо лисиця може вискочити i зцюдова, i студова, i спереду, i ззаду...</w:t>
      </w:r>
    </w:p>
    <w:p>
      <w:r>
        <w:br/>
        <w:t>Докучай лiг i лежить бiля нiг, а Бандит нап'явся, мов струна, пiднiс голову i нюхаі, нюхаі, нюхаі...</w:t>
      </w:r>
    </w:p>
    <w:p>
      <w:r>
        <w:br/>
        <w:t>— Якi ж запахи проскакують через рожевi твої нiздрi в чистопорiдний твiй мозок, Бандите? Якi? Чи фiалковий од рипицi пишної "труби" хитрої лисицi, чи густий сморiд зголоднiлого сiроми-вовка, чи невиразне пахкотiння i увi снi тремтячого зайчика-побiгайчика?</w:t>
      </w:r>
    </w:p>
    <w:p>
      <w:r>
        <w:br/>
        <w:t>Якi? Ляж, Бандите, заспокойся!</w:t>
      </w:r>
    </w:p>
    <w:p>
      <w:r>
        <w:br/>
        <w:t>Ви обдивляітесь навкруги...</w:t>
      </w:r>
    </w:p>
    <w:p>
      <w:r>
        <w:br/>
        <w:t>Он од ялинки простягся вузенький ланцюжок-слiдок i бiля грушi обiрвався.</w:t>
      </w:r>
    </w:p>
    <w:p>
      <w:r>
        <w:br/>
        <w:t>То — бiлочка.</w:t>
      </w:r>
    </w:p>
    <w:p>
      <w:r>
        <w:br/>
        <w:t>Може, спить вона тепер солодким сном, листячком у грушевому дуплi прикрившись, i сняться їй сосновi шишки та солодкi горiшки...</w:t>
      </w:r>
    </w:p>
    <w:p>
      <w:r>
        <w:br/>
        <w:t>А он далi трохи покотилися в ярок одна за одною кругленькi ямочки, i де-не-де мiж ямочками нiжнолегесенький по снiгу "чирк".</w:t>
      </w:r>
    </w:p>
    <w:p>
      <w:r>
        <w:br/>
        <w:t>То лисичка з нiчного полювання в ярок одпочивати пiшла...</w:t>
      </w:r>
    </w:p>
    <w:p>
      <w:r>
        <w:br/>
        <w:t>Значить, ість!</w:t>
      </w:r>
    </w:p>
    <w:p>
      <w:r>
        <w:br/>
        <w:t>Легенький свист.</w:t>
      </w:r>
    </w:p>
    <w:p>
      <w:r>
        <w:br/>
        <w:t>То Йосип Явдокимович подаі знак, що вiн уже на мiсцi.</w:t>
      </w:r>
    </w:p>
    <w:p>
      <w:r>
        <w:br/>
        <w:t>Вiдпускаються з смика Докучай i Бандит.</w:t>
      </w:r>
    </w:p>
    <w:p>
      <w:r>
        <w:br/>
        <w:t>— Ну, хлопчики, вперед! Нi пера нi пуху!</w:t>
      </w:r>
    </w:p>
    <w:p>
      <w:r>
        <w:br/>
        <w:t>Три хвилини напруженої тишi... П'ять хвилин... Ще тиша...</w:t>
      </w:r>
    </w:p>
    <w:p>
      <w:r>
        <w:br/>
        <w:t>Раптом одчайдушне скавучання Бандита I нервово-густий Докучаїв бас:</w:t>
      </w:r>
    </w:p>
    <w:p>
      <w:r>
        <w:br/>
        <w:t>— Гав!</w:t>
      </w:r>
    </w:p>
    <w:p>
      <w:r>
        <w:br/>
        <w:t>Бандит однаково iстерично скавучить, чи то зайця вiн пiдiйме, чи то лисицю, а Докучай, почувши зайця, спочатку даі легесеньке "скаву-скаву", а потiм — спокiйний "гав", i далi рiвномiрне "гав", "гав", "гав"...</w:t>
      </w:r>
    </w:p>
    <w:p>
      <w:r>
        <w:br/>
        <w:t>Погнав, значить...</w:t>
      </w:r>
    </w:p>
    <w:p>
      <w:r>
        <w:br/>
        <w:t>На лисицю Докучай подаі перший "гав" значно нервовiше i йде за нею, гавкаючи трохи частiше i вищим тембром, нiж за зайцем.</w:t>
      </w:r>
    </w:p>
    <w:p>
      <w:r>
        <w:br/>
        <w:t>А Бандит i за зайцем, i за лисицею однаково iстерично:</w:t>
      </w:r>
    </w:p>
    <w:p>
      <w:r>
        <w:br/>
        <w:t>— Ай-яй-яй! Ай-яй-яй!</w:t>
      </w:r>
    </w:p>
    <w:p>
      <w:r>
        <w:br/>
        <w:t>Погнали лисицю...</w:t>
      </w:r>
    </w:p>
    <w:p>
      <w:r>
        <w:br/>
        <w:t>Ну, тут уже у вас пульс iз 72 ударiв зразу на 90, очi рогом на лоба, "прострiлюючи" лiщину, i ходором ходить у руках двадцятка.</w:t>
      </w:r>
    </w:p>
    <w:p>
      <w:r>
        <w:br/>
        <w:t>— Спокiйно! — сам до себе.— Спокiйно!</w:t>
      </w:r>
    </w:p>
    <w:p>
      <w:r>
        <w:br/>
        <w:t>Перша горжетка на вас iде!</w:t>
      </w:r>
    </w:p>
    <w:p>
      <w:r>
        <w:br/>
        <w:t>Метрiв за 50 од вас, з легеньким трiском, iз лiщини на поляну вилiтаі вона...</w:t>
      </w:r>
    </w:p>
    <w:p>
      <w:r>
        <w:br/>
        <w:t>Вона не бiжить, а летить, червона-червона на слiпучо-бiлому фонi, випроставши трубу (хвiст) i витягши мордочку.</w:t>
      </w:r>
    </w:p>
    <w:p>
      <w:r>
        <w:br/>
        <w:t>— Бах! — легкий стрибок i червоного нема,-самий тiльки бiлий фон...</w:t>
      </w:r>
    </w:p>
    <w:p>
      <w:r>
        <w:br/>
        <w:t>Вискакуі Докучай, за ним Бандит.</w:t>
      </w:r>
    </w:p>
    <w:p>
      <w:r>
        <w:br/>
        <w:t>Докучай зиркаі у ваш бiк, бачить, що нiчого нема, рявкаі суворим басом i мчить далi.</w:t>
      </w:r>
    </w:p>
    <w:p>
      <w:r>
        <w:br/>
        <w:t>За ним Бандит.</w:t>
      </w:r>
    </w:p>
    <w:p>
      <w:r>
        <w:br/>
        <w:t>— Ай-яй-яй! Ай-яй-яй!</w:t>
      </w:r>
    </w:p>
    <w:p>
      <w:r>
        <w:br/>
        <w:t>Покотила горжетка через яр, i ви бачите, як майнула бiла китичка на її хвостi у лiщинi по той бiк яру.</w:t>
      </w:r>
    </w:p>
    <w:p>
      <w:r>
        <w:br/>
        <w:t>Докучай мало-мало не на хвостi в неї сидить.</w:t>
      </w:r>
    </w:p>
    <w:p>
      <w:r>
        <w:br/>
        <w:t>На Йосипа Явдокимовича пiшла.</w:t>
      </w:r>
    </w:p>
    <w:p>
      <w:r>
        <w:br/>
        <w:t>— Пильнуй, старий!</w:t>
      </w:r>
    </w:p>
    <w:p>
      <w:r>
        <w:br/>
        <w:t>Аж ось:</w:t>
      </w:r>
    </w:p>
    <w:p>
      <w:r>
        <w:br/>
        <w:t>— Бах!</w:t>
      </w:r>
    </w:p>
    <w:p>
      <w:r>
        <w:br/>
        <w:t>Дим i снiгова курява бiля Йосипа Явдокимовича.</w:t>
      </w:r>
    </w:p>
    <w:p>
      <w:r>
        <w:br/>
        <w:t>— Бий, — кричу, — старий, удруге, щоб певнiше було!</w:t>
      </w:r>
    </w:p>
    <w:p>
      <w:r>
        <w:br/>
        <w:t>— Крiпко лежить! — кричить Йосип Явдокимович i додаі таке, про що, хочи ви як мене просiть, написати не можу.</w:t>
      </w:r>
    </w:p>
    <w:p>
      <w:r>
        <w:br/>
        <w:t>Я зриваюсь з мiсця, лечу крiзь кущi в ярок, засапавшись, видираючись на гору, й пiдбiгаю до Йосипа Явдокимовпча.</w:t>
      </w:r>
    </w:p>
    <w:p>
      <w:r>
        <w:br/>
        <w:t>— Єсть? — питаю.</w:t>
      </w:r>
    </w:p>
    <w:p>
      <w:r>
        <w:br/>
        <w:t>Вiн дивиться кудись убiк i не каже, а стогне:</w:t>
      </w:r>
    </w:p>
    <w:p>
      <w:r>
        <w:br/>
        <w:t>— ксть! Он! За терном!</w:t>
      </w:r>
    </w:p>
    <w:p>
      <w:r>
        <w:br/>
        <w:t>Я стрибаю за терен...</w:t>
      </w:r>
    </w:p>
    <w:p>
      <w:r>
        <w:br/>
        <w:t>Крутиться Докучай i смикаі лiвою ногою.</w:t>
      </w:r>
    </w:p>
    <w:p>
      <w:r>
        <w:br/>
        <w:t>Я падаю в снiг...</w:t>
      </w:r>
    </w:p>
    <w:p>
      <w:r>
        <w:br/>
        <w:t>А десь далеко, аж у другiм кiнцi яру, Бандит аж плаче та заливаіться:</w:t>
      </w:r>
    </w:p>
    <w:p>
      <w:r>
        <w:br/>
        <w:t>— Ай-яй-яй! Ай-яй-яй!</w:t>
      </w:r>
    </w:p>
    <w:p>
      <w:r>
        <w:br/>
        <w:t>Горжетку ганяі...</w:t>
      </w:r>
    </w:p>
    <w:p>
      <w:r>
        <w:br/>
        <w:t>Приїздите ви додому в старому Йосипа Явдокимовича кашкетi, бо лисичачу капелюху ви загубили, як через кущi бiгли...</w:t>
      </w:r>
    </w:p>
    <w:p>
      <w:r>
        <w:br/>
        <w:t>Вам дома й кажуть:</w:t>
      </w:r>
    </w:p>
    <w:p>
      <w:r>
        <w:br/>
        <w:t>— Горжетка? Чорнобурка?! Одна була лисичача капелюха, та й ту прополював. I хто тi рушницi вигадав?!</w:t>
      </w:r>
    </w:p>
    <w:p>
      <w:r>
        <w:br/>
        <w:t>— Ладно, — ви собi думаіте, — ладно! Говори! Говори! Одужаі Докучай — знову за горжетками їздитимемо.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