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Лисиця-жалібниця</w:t>
      </w:r>
    </w:p>
    <w:p>
      <w:r>
        <w:br/>
        <w:t xml:space="preserve"> У тихому гаю Лисичка щастя мала,&lt;br /&gt;</w:t>
        <w:br/>
        <w:t>Як у своїм добрі, жила, гуляла;&lt;br /&gt;</w:t>
        <w:br/>
        <w:t>Ніхто її там не лякав,&lt;br /&gt;</w:t>
        <w:br/>
        <w:t>І вдень, і ввечері там соловей співав,&lt;br /&gt;</w:t>
        <w:br/>
        <w:t>І пташки пурхали, зозуленька кувала;&lt;br /&gt;</w:t>
        <w:br/>
        <w:t>Скрізь зеленіло, все цвіло;&lt;br /&gt;</w:t>
        <w:br/>
        <w:t>Так гарно, любо там було.&lt;br /&gt;</w:t>
        <w:br/>
        <w:t>Лисиця так собі казала:&lt;br /&gt;</w:t>
        <w:br/>
        <w:t>— От де по правді можна жить&lt;br /&gt;</w:t>
        <w:br/>
        <w:t>І доленьку хвалить,&lt;br /&gt;</w:t>
        <w:br/>
        <w:t>В добрі кохаться, всіх любити,&lt;br /&gt;</w:t>
        <w:br/>
        <w:t>Ніколи зла і кривди не чинити! —&lt;br /&gt;</w:t>
        <w:br/>
        <w:t>Якби ж то правдонька щербата не була,&lt;br /&gt;</w:t>
        <w:br/>
        <w:t>То, може, й справді б так жила.&lt;br /&gt;</w:t>
        <w:br/>
        <w:t>Раз на калині недалечке&lt;br /&gt;</w:t>
        <w:br/>
        <w:t>Угляділа вона гніздечко;&lt;br /&gt;</w:t>
        <w:br/>
        <w:t>Сиділи пташки там.&lt;br /&gt;</w:t>
        <w:br/>
        <w:t>— Ох,— каже,— як не гріх котам&lt;br /&gt;</w:t>
        <w:br/>
        <w:t>Таких малесеньких, безвинних не жаліти!&lt;br /&gt;</w:t>
        <w:br/>
        <w:t>І їм же хочеться на світі жити...&lt;br /&gt;</w:t>
        <w:br/>
        <w:t>Ну, вже коти! Десь на лихо вони&lt;br /&gt;</w:t>
        <w:br/>
        <w:t>Вродились, вражії сини,&lt;br /&gt;</w:t>
        <w:br/>
        <w:t>Не тільки вдень — вночі поживу бачуть,&lt;br /&gt;</w:t>
        <w:br/>
        <w:t>Не бачать тільки, як горюють в світі, плачуть..&lt;br /&gt;</w:t>
        <w:br/>
        <w:t>Зажерливих пройдисвітів таких&lt;br /&gt;</w:t>
        <w:br/>
        <w:t>Я перевішала б усіх...-&lt;br /&gt;</w:t>
        <w:br/>
        <w:t>І жалібниця щось сказати ще хотіла,&lt;br /&gt;</w:t>
        <w:br/>
        <w:t>Аж пташки із гнізда додолу якось ляп —&lt;br /&gt;</w:t>
        <w:br/>
        <w:t>Лисичка зараз хап та хап —&lt;br /&gt;</w:t>
        <w:br/>
        <w:t>Прехорошенько всіх поїла...&lt;br /&gt;</w:t>
        <w:br/>
        <w:t>Як жалібно співати почала,&lt;br /&gt;</w:t>
        <w:br/>
        <w:t>А он на що звела!</w:t>
      </w:r>
    </w:p>
    <w:p>
      <w:r>
        <w:br/>
        <w:t>Лукавий чоловік словами нас голубить,&lt;br /&gt;</w:t>
        <w:br/>
        <w:t>Неначе всіх і жалує, і любить,&lt;br /&gt;</w:t>
        <w:br/>
        <w:t>Для правди, для добра живе,&lt;br /&gt;</w:t>
        <w:br/>
        <w:t>Як по воді пливе;&lt;br /&gt;</w:t>
        <w:br/>
        <w:t>А ближче придивись ти —&lt;br /&gt;</w:t>
        <w:br/>
        <w:t>І видно, що виля хвостом:&lt;br /&gt;</w:t>
        <w:br/>
        <w:t>Помажу, мов, медком —&lt;br /&gt;</w:t>
        <w:br/>
        <w:t>Солодше буде з'їсти.&lt;br /&gt;</w:t>
        <w:br/>
        <w:t>(1891)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Лисиця-жалібниця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