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Лисичка-сестричка й вовк</w:t>
      </w:r>
    </w:p>
    <w:p>
      <w:r>
        <w:br/>
        <w:t xml:space="preserve"> &lt;p&gt;Нанюхала лисичка під лісом рибку в возі. Бо то чумаки везли з Дону та стали одсторонь на відпочинок, а самі пішли по воду.</w:t>
      </w:r>
    </w:p>
    <w:p>
      <w:r>
        <w:br/>
        <w:t>Лисичка підібралась до воза, насмикала собі рибки та й їсть. Аж іде вовчик. Бачить, що лисичка їсть рибу, та й питається:</w:t>
      </w:r>
    </w:p>
    <w:p>
      <w:r>
        <w:br/>
        <w:t>— Де це ти, лисичко-сестричко, рибки взяла?</w:t>
      </w:r>
    </w:p>
    <w:p>
      <w:r>
        <w:br/>
        <w:t>— Наловила,— каже лисичка.</w:t>
      </w:r>
    </w:p>
    <w:p>
      <w:r>
        <w:br/>
        <w:t>— Де?</w:t>
      </w:r>
    </w:p>
    <w:p>
      <w:r>
        <w:br/>
        <w:t>— А он там, у річці. Коли хоч, то й тебе поведу.</w:t>
      </w:r>
    </w:p>
    <w:p>
      <w:r>
        <w:br/>
        <w:t>— Добре,— каже вовчик-братик.</w:t>
      </w:r>
    </w:p>
    <w:p>
      <w:r>
        <w:br/>
        <w:t>От і пішли. Привела лисичка вовчика до річки, до ополонки, та й каже:</w:t>
      </w:r>
    </w:p>
    <w:p>
      <w:r>
        <w:br/>
        <w:t>— Ось устроми сюди хвоста, то рибка й начіпляється.</w:t>
      </w:r>
    </w:p>
    <w:p>
      <w:r>
        <w:br/>
        <w:t>Вовк устромив хвоста, а лисичка стоїть та й приказує: "Мерзни, мерзни, вовчий хвіст... Мерзни, мерзни, вовчий хвіст!"</w:t>
      </w:r>
    </w:p>
    <w:p>
      <w:r>
        <w:br/>
        <w:t>— Що ти там, лисичко-сестричко, говориш? — пита вовк.</w:t>
      </w:r>
    </w:p>
    <w:p>
      <w:r>
        <w:br/>
        <w:t>— Та то я кажу: "Ловися, рибко, велика й маленька!"</w:t>
      </w:r>
    </w:p>
    <w:p>
      <w:r>
        <w:br/>
        <w:t>— А, то добре! — каже вовчик.</w:t>
      </w:r>
    </w:p>
    <w:p>
      <w:r>
        <w:br/>
        <w:t>Та згодом і пита:</w:t>
      </w:r>
    </w:p>
    <w:p>
      <w:r>
        <w:br/>
        <w:t>— А що, вже, може, й начіплялось рибки?</w:t>
      </w:r>
    </w:p>
    <w:p>
      <w:r>
        <w:br/>
        <w:t>— Та вже, може, й начіплялось трохи,— каже лисичка,— спробуй потягти!</w:t>
      </w:r>
    </w:p>
    <w:p>
      <w:r>
        <w:br/>
        <w:t>Вовк спробував — коли трохи важко тягти.</w:t>
      </w:r>
    </w:p>
    <w:p>
      <w:r>
        <w:br/>
        <w:t>— Щось тяжко,— каже вовк,— мовби щось не пуска!</w:t>
      </w:r>
    </w:p>
    <w:p>
      <w:r>
        <w:br/>
        <w:t>— Е,— каже лисичка,— то рибка начіплялась; тільки ще подерж, то ще більше вловиш. А сама все приказує; "Мерзни, мерзни, вовчий хвіст!" А вовчик дума, що вона каже: "Ловися, рибко, велика й маленька!.."</w:t>
      </w:r>
    </w:p>
    <w:p>
      <w:r>
        <w:br/>
        <w:t>Знов хотів вовк витягти хвоста,— коли вже й не можна: хвіст уже зовсім вмерз — ні сюди, ні туди!..</w:t>
      </w:r>
    </w:p>
    <w:p>
      <w:r>
        <w:br/>
        <w:t>А тут і чумаки йдуть. Побачила їх лисичка та як зарегочеться і гукає вовкові:</w:t>
      </w:r>
    </w:p>
    <w:p>
      <w:r>
        <w:br/>
        <w:t>— Он люди йдуть! Вони тобі поможуть витягти рибу!</w:t>
      </w:r>
    </w:p>
    <w:p>
      <w:r>
        <w:br/>
        <w:t>А сама дременула в ліс.</w:t>
      </w:r>
    </w:p>
    <w:p>
      <w:r>
        <w:br/>
        <w:t>Прийшли люди й убили вовка. Так він і пропав через те, що повірив лукавій лисичці-сестричці.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Лисичка-сестричка 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