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Лиш на рідній землі ти напишеш ту книгу...</w:t>
      </w:r>
    </w:p>
    <w:p>
      <w:r>
        <w:br/>
        <w:t xml:space="preserve"> Лиш на рідній землі ти напишеш ту книгу, де кожен&lt;br /&gt;</w:t>
        <w:br/>
        <w:t>відшукає імено своє, а навпроти — і суд над іменом.</w:t>
      </w:r>
    </w:p>
    <w:p>
      <w:r>
        <w:br/>
        <w:t>Лиш на рідній землі вищим світлом наповняться очі твої, —&lt;br /&gt;</w:t>
        <w:br/>
        <w:t>ти неси їх, як воїн останній — останнє знамено.</w:t>
      </w:r>
    </w:p>
    <w:p>
      <w:r>
        <w:br/>
        <w:t>Земле, книго моя, проминуло усе — безпечальність, високії думи,&lt;br /&gt;</w:t>
        <w:br/>
        <w:t>де ж я був, скільки часу я стлумив?</w:t>
      </w:r>
    </w:p>
    <w:p>
      <w:r>
        <w:br/>
        <w:t>Земле, я повернувся, чи стерпиш?&lt;br /&gt;</w:t>
        <w:br/>
        <w:t>Найколючішим терном вколи моє серце натруджене.</w:t>
      </w:r>
    </w:p>
    <w:p>
      <w:r>
        <w:br/>
        <w:t>Найсмиреннішим зерном колись проросте оця кров&lt;br /&gt;</w:t>
        <w:br/>
        <w:t>між розбуджених.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Лиш на рідній землі ти напишеш ту книгу...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