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Лірникові думи</w:t>
      </w:r>
    </w:p>
    <w:p>
      <w:r>
        <w:br/>
        <w:t xml:space="preserve"> ПРЕСЛІВЛЯ</w:t>
      </w:r>
    </w:p>
    <w:p>
      <w:r>
        <w:br/>
        <w:t>На полудні, де Карпата&lt;br /&gt;</w:t>
        <w:br/>
        <w:t>Кинула відноги,&lt;br /&gt;</w:t>
        <w:br/>
        <w:t>Вколо Смотричем повився&lt;br /&gt;</w:t>
        <w:br/>
        <w:t>Кам'янець убогий.</w:t>
      </w:r>
    </w:p>
    <w:p>
      <w:r>
        <w:br/>
        <w:t>Бідне місто! тілько війни&lt;br /&gt;</w:t>
        <w:br/>
        <w:t>Тяжкі споминає,&lt;br /&gt;</w:t>
        <w:br/>
        <w:t>А само в собі ні виду,&lt;br /&gt;</w:t>
        <w:br/>
        <w:t>Ні краси не має.</w:t>
      </w:r>
    </w:p>
    <w:p>
      <w:r>
        <w:br/>
        <w:t>Там нема широких улиць,&lt;br /&gt;</w:t>
        <w:br/>
        <w:t>Пишного палацу,&lt;br /&gt;</w:t>
        <w:br/>
        <w:t>Для проходки садів славних,&lt;br /&gt;</w:t>
        <w:br/>
        <w:t>Широкого плацу.</w:t>
      </w:r>
    </w:p>
    <w:p>
      <w:r>
        <w:br/>
        <w:t>Доми збились, іспоїлись&lt;br /&gt;</w:t>
        <w:br/>
        <w:t>Купами-рядами.&lt;br /&gt;</w:t>
        <w:br/>
        <w:t>І від льоху аж до даху&lt;br /&gt;</w:t>
        <w:br/>
        <w:t>Всі кишать жидами.</w:t>
      </w:r>
    </w:p>
    <w:p>
      <w:r>
        <w:br/>
        <w:t>Малий ринок серед міста —&lt;br /&gt;</w:t>
        <w:br/>
        <w:t>Тілько-то і плацу.&lt;br /&gt;</w:t>
        <w:br/>
        <w:t>Старий дім губернаторів —&lt;br /&gt;</w:t>
        <w:br/>
        <w:t>Тілько і палацу.</w:t>
      </w:r>
    </w:p>
    <w:p>
      <w:r>
        <w:br/>
        <w:t>Та ще бульвар над скалою,&lt;br /&gt;</w:t>
        <w:br/>
        <w:t>Що ніщо дивитись:&lt;br /&gt;</w:t>
        <w:br/>
        <w:t>Тілько й місця кам'янецьким&lt;br /&gt;</w:t>
        <w:br/>
        <w:t>Сидням проходитись.</w:t>
      </w:r>
    </w:p>
    <w:p>
      <w:r>
        <w:br/>
        <w:t>І все місто комашнею&lt;br /&gt;</w:t>
        <w:br/>
        <w:t>К скалі припадає,&lt;br /&gt;</w:t>
        <w:br/>
        <w:t>Ніби згубленого щастя&lt;br /&gt;</w:t>
        <w:br/>
        <w:t>На нії шукає.</w:t>
      </w:r>
    </w:p>
    <w:p>
      <w:r>
        <w:br/>
        <w:t>І над тою комашнею&lt;br /&gt;</w:t>
        <w:br/>
        <w:t>Тілько храми божі,&lt;br /&gt;</w:t>
        <w:br/>
        <w:t>Як яснії великани,&lt;br /&gt;</w:t>
        <w:br/>
        <w:t>Стоять на сторожі.</w:t>
      </w:r>
    </w:p>
    <w:p>
      <w:r>
        <w:br/>
        <w:t>І високо на повітря&lt;br /&gt;</w:t>
        <w:br/>
        <w:t>Верхи підіймають,&lt;br /&gt;</w:t>
        <w:br/>
        <w:t>І хрестами золотими,&lt;br /&gt;</w:t>
        <w:br/>
        <w:t>Як зорями, сяють.</w:t>
      </w:r>
    </w:p>
    <w:p>
      <w:r>
        <w:br/>
        <w:t>Но найкраща із тих храмів —&lt;br /&gt;</w:t>
        <w:br/>
        <w:t>Голова висока&lt;br /&gt;</w:t>
        <w:br/>
        <w:t>Хранителя сего міста&lt;br /&gt;</w:t>
        <w:br/>
        <w:t>Івана-пророка; [1]</w:t>
      </w:r>
    </w:p>
    <w:p>
      <w:r>
        <w:br/>
        <w:t>І будова — так пристойна&lt;br /&gt;</w:t>
        <w:br/>
        <w:t>Церква і ті бані&lt;br /&gt;</w:t>
        <w:br/>
        <w:t>Так і кажуть, як хрестився&lt;br /&gt;</w:t>
        <w:br/>
        <w:t>Господь в Іордані; [2]</w:t>
      </w:r>
    </w:p>
    <w:p>
      <w:r>
        <w:br/>
        <w:t>І камінная дзвіниця,&lt;br /&gt;</w:t>
        <w:br/>
        <w:t>Рівна і висока,&lt;br /&gt;</w:t>
        <w:br/>
        <w:t>Пригадує над водою&lt;br /&gt;</w:t>
        <w:br/>
        <w:t>Святого пророка;</w:t>
      </w:r>
    </w:p>
    <w:p>
      <w:r>
        <w:br/>
        <w:t>А на церкві святій баня&lt;br /&gt;</w:t>
        <w:br/>
        <w:t>(Нижча тої бані)&lt;br /&gt;</w:t>
        <w:br/>
        <w:t>Пригадує Христа-бога&lt;br /&gt;</w:t>
        <w:br/>
        <w:t>В воді в Іордані.</w:t>
      </w:r>
    </w:p>
    <w:p>
      <w:r>
        <w:br/>
        <w:t>Наодокола собору&lt;br /&gt;</w:t>
        <w:br/>
        <w:t>Стиснене подвір'я;&lt;br /&gt;</w:t>
        <w:br/>
        <w:t>На подвір'ї пригорнулось&lt;br /&gt;</w:t>
        <w:br/>
        <w:t>Вбогеє будівля.</w:t>
      </w:r>
    </w:p>
    <w:p>
      <w:r>
        <w:br/>
        <w:t>І в будівлі того храму&lt;br /&gt;</w:t>
        <w:br/>
        <w:t>Слуги проживають,&lt;br /&gt;</w:t>
        <w:br/>
        <w:t>І по колії святому&lt;br /&gt;</w:t>
        <w:br/>
        <w:t>Службу відбувають.</w:t>
      </w:r>
    </w:p>
    <w:p>
      <w:r>
        <w:br/>
        <w:t>Кругом церкви на подвір'ї&lt;br /&gt;</w:t>
        <w:br/>
        <w:t>Трава зеленіє;&lt;br /&gt;</w:t>
        <w:br/>
        <w:t>Тілько камінь край дзвіниці&lt;br /&gt;</w:t>
        <w:br/>
        <w:t>Скругляний біліє.</w:t>
      </w:r>
    </w:p>
    <w:p>
      <w:r>
        <w:br/>
        <w:t>І той камінь, як та кістка,&lt;br /&gt;</w:t>
        <w:br/>
        <w:t>Прахом зітліває&lt;br /&gt;</w:t>
        <w:br/>
        <w:t>І у храму у святого&lt;br /&gt;</w:t>
        <w:br/>
        <w:t>Притулку шукає.</w:t>
      </w:r>
    </w:p>
    <w:p>
      <w:r>
        <w:br/>
        <w:t>Бідна кістко земляная!&lt;br /&gt;</w:t>
        <w:br/>
        <w:t>Як життя ти брала?&lt;br /&gt;</w:t>
        <w:br/>
        <w:t>Чи тебе вогонь виводив,&lt;br /&gt;</w:t>
        <w:br/>
        <w:t>Чи земля роджала?</w:t>
      </w:r>
    </w:p>
    <w:p>
      <w:r>
        <w:br/>
        <w:t>Чиї руки тебе, кістко,&lt;br /&gt;</w:t>
        <w:br/>
        <w:t>З тіла добували,&lt;br /&gt;</w:t>
        <w:br/>
        <w:t>І добули, і тесали,&lt;br /&gt;</w:t>
        <w:br/>
        <w:t>І на що тесали?</w:t>
      </w:r>
    </w:p>
    <w:p>
      <w:r>
        <w:br/>
        <w:t>Чи до церкви на підпору&lt;br /&gt;</w:t>
        <w:br/>
        <w:t>Мали готувати?&lt;br /&gt;</w:t>
        <w:br/>
        <w:t>Чи до палацу якого&lt;br /&gt;</w:t>
        <w:br/>
        <w:t>Ґанок підпирати?</w:t>
      </w:r>
    </w:p>
    <w:p>
      <w:r>
        <w:br/>
        <w:t>Ти тримав-єсь, підпирав-єсь,&lt;br /&gt;</w:t>
        <w:br/>
        <w:t>А тепер ізбитий,&lt;br /&gt;</w:t>
        <w:br/>
        <w:t>Ти білієш, трупом тлієш,&lt;br /&gt;</w:t>
        <w:br/>
        <w:t>Нічим не покритий.</w:t>
      </w:r>
    </w:p>
    <w:p>
      <w:r>
        <w:br/>
        <w:t>Так порою й чоловіка,&lt;br /&gt;</w:t>
        <w:br/>
        <w:t>Доки силу має,&lt;br /&gt;</w:t>
        <w:br/>
        <w:t>Всякий любить і вітає,&lt;br /&gt;</w:t>
        <w:br/>
        <w:t>Всякий поважає.</w:t>
      </w:r>
    </w:p>
    <w:p>
      <w:r>
        <w:br/>
        <w:t>А прийде година злая,&lt;br /&gt;</w:t>
        <w:br/>
        <w:t>Силоньки не стане,&lt;br /&gt;</w:t>
        <w:br/>
        <w:t>І на него, як на камінь,&lt;br /&gt;</w:t>
        <w:br/>
        <w:t>Ніхто не погляне ...</w:t>
      </w:r>
    </w:p>
    <w:p>
      <w:r>
        <w:br/>
        <w:t>* * *&lt;br /&gt;</w:t>
        <w:br/>
        <w:t>Много в Кам'янці народу,&lt;br /&gt;</w:t>
        <w:br/>
        <w:t>Та життя немає,&lt;br /&gt;</w:t>
        <w:br/>
        <w:t>І від рання до смеркання&lt;br /&gt;</w:t>
        <w:br/>
        <w:t>Кам'янець дрімає.</w:t>
      </w:r>
    </w:p>
    <w:p>
      <w:r>
        <w:br/>
        <w:t>І на вулицях, на ринку —&lt;br /&gt;</w:t>
        <w:br/>
        <w:t>Всюди пусто, тихо:&lt;br /&gt;</w:t>
        <w:br/>
        <w:t>Хіба бідну писарину&lt;br /&gt;</w:t>
        <w:br/>
        <w:t>Перетягне лихо;</w:t>
      </w:r>
    </w:p>
    <w:p>
      <w:r>
        <w:br/>
        <w:t>Та школярі, бідні діти&lt;br /&gt;</w:t>
        <w:br/>
        <w:t>Сердитої долі,&lt;br /&gt;</w:t>
        <w:br/>
        <w:t>Пройдуть на день штири рази&lt;br /&gt;</w:t>
        <w:br/>
        <w:t>Дорогу до школи.</w:t>
      </w:r>
    </w:p>
    <w:p>
      <w:r>
        <w:br/>
        <w:t>Ще під вечір, як ударить&lt;br /&gt;</w:t>
        <w:br/>
        <w:t>Сьомая година,&lt;br /&gt;</w:t>
        <w:br/>
        <w:t>Оживиться на минутку&lt;br /&gt;</w:t>
        <w:br/>
        <w:t>Бідна бульварина:</w:t>
      </w:r>
    </w:p>
    <w:p>
      <w:r>
        <w:br/>
        <w:t>На вулиці, на широкій,&lt;br /&gt;</w:t>
        <w:br/>
        <w:t>Совітниці ходять,&lt;br /&gt;</w:t>
        <w:br/>
        <w:t>На них птахи перельотні&lt;br /&gt;</w:t>
        <w:br/>
        <w:t>Шкелками наводять.</w:t>
      </w:r>
    </w:p>
    <w:p>
      <w:r>
        <w:br/>
        <w:t>Після них купецькі дочки:&lt;br /&gt;</w:t>
        <w:br/>
        <w:t>Тлусті, чорнобриві;&lt;br /&gt;</w:t>
        <w:br/>
        <w:t>З ними ходять їх коханки,&lt;br /&gt;</w:t>
        <w:br/>
        <w:t>Совітники сиві.</w:t>
      </w:r>
    </w:p>
    <w:p>
      <w:r>
        <w:br/>
        <w:t>Потім ще яка попівна&lt;br /&gt;</w:t>
        <w:br/>
        <w:t>Несміливо ходить,&lt;br /&gt;</w:t>
        <w:br/>
        <w:t>І її учитель школи&lt;br /&gt;</w:t>
        <w:br/>
        <w:t>Або школяр водить.</w:t>
      </w:r>
    </w:p>
    <w:p>
      <w:r>
        <w:br/>
        <w:t>Тілько воску, тілько й світла&lt;br /&gt;</w:t>
        <w:br/>
        <w:t>На тіснім бульварії&lt;br /&gt;</w:t>
        <w:br/>
        <w:t>Хіба в закутках ще ходять&lt;br /&gt;</w:t>
        <w:br/>
        <w:t>Школярі по парі.</w:t>
      </w:r>
    </w:p>
    <w:p>
      <w:r>
        <w:br/>
        <w:t>Та бідная писарина&lt;br /&gt;</w:t>
        <w:br/>
        <w:t>У куток заб'ється&lt;br /&gt;</w:t>
        <w:br/>
        <w:t>І із лиха наб'є люльку,&lt;br /&gt;</w:t>
        <w:br/>
        <w:t>Димом затягнеться.</w:t>
      </w:r>
    </w:p>
    <w:p>
      <w:r>
        <w:br/>
        <w:t>Та і ті, як дев'ять вдарить,&lt;br /&gt;</w:t>
        <w:br/>
        <w:t>Бульвар покидають.&lt;br /&gt;</w:t>
        <w:br/>
        <w:t>А всі решта, кілька тисяч,&lt;br /&gt;</w:t>
        <w:br/>
        <w:t>Носа не являють.</w:t>
      </w:r>
    </w:p>
    <w:p>
      <w:r>
        <w:br/>
        <w:t>Много в Кам'янці народу,&lt;br /&gt;</w:t>
        <w:br/>
        <w:t>Та життя не мають.&lt;br /&gt;</w:t>
        <w:br/>
        <w:t>І від рання до смеркання&lt;br /&gt;</w:t>
        <w:br/>
        <w:t>Вулиці дрімають.</w:t>
      </w:r>
    </w:p>
    <w:p>
      <w:r>
        <w:br/>
        <w:t>Но й для Кам'янця сумного&lt;br /&gt;</w:t>
        <w:br/>
        <w:t>Святенько буває,&lt;br /&gt;</w:t>
        <w:br/>
        <w:t>Коли весь він веселіє,&lt;br /&gt;</w:t>
        <w:br/>
        <w:t>Життям оживає.</w:t>
      </w:r>
    </w:p>
    <w:p>
      <w:r>
        <w:br/>
        <w:t>І то святенько для него,&lt;br /&gt;</w:t>
        <w:br/>
        <w:t>Та пора кохана,&lt;br /&gt;</w:t>
        <w:br/>
        <w:t>Наступає щорік божий&lt;br /&gt;</w:t>
        <w:br/>
        <w:t>Літом, на Івана.</w:t>
      </w:r>
    </w:p>
    <w:p>
      <w:r>
        <w:br/>
        <w:t>* * *&lt;br /&gt;</w:t>
        <w:br/>
        <w:t>Ото раз, недавніх часів,&lt;br /&gt;</w:t>
        <w:br/>
        <w:t>Свято наступило,&lt;br /&gt;</w:t>
        <w:br/>
        <w:t>Ціле місто пробудилось,&lt;br /&gt;</w:t>
        <w:br/>
        <w:t>До світу ожило.</w:t>
      </w:r>
    </w:p>
    <w:p>
      <w:r>
        <w:br/>
        <w:t>Всюди гамір, всюди говір,&lt;br /&gt;</w:t>
        <w:br/>
        <w:t>Повно скрізь народу,&lt;br /&gt;</w:t>
        <w:br/>
        <w:t>І нема нігде проїзду,&lt;br /&gt;</w:t>
        <w:br/>
        <w:t>Нема і проходу.</w:t>
      </w:r>
    </w:p>
    <w:p>
      <w:r>
        <w:br/>
        <w:t>Вздовж по ринку в рядів кілька&lt;br /&gt;</w:t>
        <w:br/>
        <w:t>Все вози стояли.&lt;br /&gt;</w:t>
        <w:br/>
        <w:t>Там всякую усячину&lt;br /&gt;</w:t>
        <w:br/>
        <w:t>На гурт продавали:</w:t>
      </w:r>
    </w:p>
    <w:p>
      <w:r>
        <w:br/>
        <w:t>То полотна у півситках,&lt;br /&gt;</w:t>
        <w:br/>
        <w:t>То масла діжками,&lt;br /&gt;</w:t>
        <w:br/>
        <w:t>Сир і бриндзу кадубами,&lt;br /&gt;</w:t>
        <w:br/>
        <w:t>Вишні коновками.</w:t>
      </w:r>
    </w:p>
    <w:p>
      <w:r>
        <w:br/>
        <w:t>Збігся Кам'янець жаденний,&lt;br /&gt;</w:t>
        <w:br/>
        <w:t>Все то закупає,&lt;br /&gt;</w:t>
        <w:br/>
        <w:t>В свої нори як в безодню,&lt;br /&gt;</w:t>
        <w:br/>
        <w:t>Без сліду ховає.</w:t>
      </w:r>
    </w:p>
    <w:p>
      <w:r>
        <w:br/>
        <w:t>А поперек того ринку,&lt;br /&gt;</w:t>
        <w:br/>
        <w:t>Напротив дзвіниці,&lt;br /&gt;</w:t>
        <w:br/>
        <w:t>З ненабожним і набожним&lt;br /&gt;</w:t>
        <w:br/>
        <w:t>Сидять молодиці.</w:t>
      </w:r>
    </w:p>
    <w:p>
      <w:r>
        <w:br/>
        <w:t>Там обручки і перстені,&lt;br /&gt;</w:t>
        <w:br/>
        <w:t>Хрести й образочки,&lt;br /&gt;</w:t>
        <w:br/>
        <w:t>І коралики, й коралі,&lt;br /&gt;</w:t>
        <w:br/>
        <w:t>Ковтки і ковточки.</w:t>
      </w:r>
    </w:p>
    <w:p>
      <w:r>
        <w:br/>
        <w:t>Все так ніби сріблом сяє,&lt;br /&gt;</w:t>
        <w:br/>
        <w:t>Золотом блищиться,&lt;br /&gt;</w:t>
        <w:br/>
        <w:t>А набожна молодиця&lt;br /&gt;</w:t>
        <w:br/>
        <w:t>Ще й не дорожиться.</w:t>
      </w:r>
    </w:p>
    <w:p>
      <w:r>
        <w:br/>
        <w:t>І йдуть хлопці, і торгують,&lt;br /&gt;</w:t>
        <w:br/>
        <w:t>Платять, та купують,&lt;br /&gt;</w:t>
        <w:br/>
        <w:t>Та дівчатам, молодицям&lt;br /&gt;</w:t>
        <w:br/>
        <w:t>Жменями дарують.</w:t>
      </w:r>
    </w:p>
    <w:p>
      <w:r>
        <w:br/>
        <w:t>Коло них двома возами&lt;br /&gt;</w:t>
        <w:br/>
        <w:t>Стали пилипони [3]&lt;br /&gt;</w:t>
        <w:br/>
        <w:t>І розклали — на папері&lt;br /&gt;</w:t>
        <w:br/>
        <w:t>Писані ікони.</w:t>
      </w:r>
    </w:p>
    <w:p>
      <w:r>
        <w:br/>
        <w:t>Тут і пекло, і суд божий,&lt;br /&gt;</w:t>
        <w:br/>
        <w:t>І райськая птиця,&lt;br /&gt;</w:t>
        <w:br/>
        <w:t>І Миколай "літній" голий,&lt;br /&gt;</w:t>
        <w:br/>
        <w:t>"Зимній" в рукавицях.</w:t>
      </w:r>
    </w:p>
    <w:p>
      <w:r>
        <w:br/>
        <w:t>І "Духовная аптека",&lt;br /&gt;</w:t>
        <w:br/>
        <w:t>І козаки донські,&lt;br /&gt;</w:t>
        <w:br/>
        <w:t>А на возі — із ложками&lt;br /&gt;</w:t>
        <w:br/>
        <w:t>Чашки пилипонські.</w:t>
      </w:r>
    </w:p>
    <w:p>
      <w:r>
        <w:br/>
        <w:t>І до них народ збирався&lt;br /&gt;</w:t>
        <w:br/>
        <w:t>Не так купувати,&lt;br /&gt;</w:t>
        <w:br/>
        <w:t>Як святого Миколая&lt;br /&gt;</w:t>
        <w:br/>
        <w:t>Й пекло оглядати.</w:t>
      </w:r>
    </w:p>
    <w:p>
      <w:r>
        <w:br/>
        <w:t>І усюди гамір, говір.&lt;br /&gt;</w:t>
        <w:br/>
        <w:t>Ще й діди співають&lt;br /&gt;</w:t>
        <w:br/>
        <w:t>І на лірі "Миколая"&lt;br /&gt;</w:t>
        <w:br/>
        <w:t>То "Варвари" грають.</w:t>
      </w:r>
    </w:p>
    <w:p>
      <w:r>
        <w:br/>
        <w:t>* * *&lt;br /&gt;</w:t>
        <w:br/>
        <w:t>Аж тут бам! В соборі дзвонять,-&lt;br /&gt;</w:t>
        <w:br/>
        <w:t>Люди зворушились,&lt;br /&gt;</w:t>
        <w:br/>
        <w:t>Шапки набожно підняли&lt;br /&gt;</w:t>
        <w:br/>
        <w:t>І перехрестились.</w:t>
      </w:r>
    </w:p>
    <w:p>
      <w:r>
        <w:br/>
        <w:t>І знов грішні розпочали&lt;br /&gt;</w:t>
        <w:br/>
        <w:t>Грішне відправляти,&lt;br /&gt;</w:t>
        <w:br/>
        <w:t>Купувати, торгувати,&lt;br /&gt;</w:t>
        <w:br/>
        <w:t>Своє продавати.</w:t>
      </w:r>
    </w:p>
    <w:p>
      <w:r>
        <w:br/>
        <w:t>А тим часом у соборі&lt;br /&gt;</w:t>
        <w:br/>
        <w:t>Дзвонили, дзвонили,&lt;br /&gt;</w:t>
        <w:br/>
        <w:t>Попи правили молебні —&lt;br /&gt;</w:t>
        <w:br/>
        <w:t>То воду святили.</w:t>
      </w:r>
    </w:p>
    <w:p>
      <w:r>
        <w:br/>
        <w:t>Богомільні уклякали,&lt;br /&gt;</w:t>
        <w:br/>
        <w:t>Щиро сповідались,&lt;br /&gt;</w:t>
        <w:br/>
        <w:t>А слабії серед церкви&lt;br /&gt;</w:t>
        <w:br/>
        <w:t>Крижем крижувались.</w:t>
      </w:r>
    </w:p>
    <w:p>
      <w:r>
        <w:br/>
        <w:t>Перед церквою офірки&lt;br /&gt;</w:t>
        <w:br/>
        <w:t>Баби продавали,&lt;br /&gt;</w:t>
        <w:br/>
        <w:t>І дідів стояло кілька:&lt;br /&gt;</w:t>
        <w:br/>
        <w:t>Грошика чекали.</w:t>
      </w:r>
    </w:p>
    <w:p>
      <w:r>
        <w:br/>
        <w:t>І церковних пісень голос,&lt;br /&gt;</w:t>
        <w:br/>
        <w:t>І здохи печалі,&lt;br /&gt;</w:t>
        <w:br/>
        <w:t>Вічний говір край офірок&lt;br /&gt;</w:t>
        <w:br/>
        <w:t>І убогих жалі,-</w:t>
      </w:r>
    </w:p>
    <w:p>
      <w:r>
        <w:br/>
        <w:t>Все то враз із гудом дзвона&lt;br /&gt;</w:t>
        <w:br/>
        <w:t>У їдно зливалось&lt;br /&gt;</w:t>
        <w:br/>
        <w:t>І таємним, і незгадним&lt;br /&gt;</w:t>
        <w:br/>
        <w:t>Бути видавалось.</w:t>
      </w:r>
    </w:p>
    <w:p>
      <w:r>
        <w:br/>
        <w:t>Бам-балам!! — всі дзвони дзвонять&lt;br /&gt;</w:t>
        <w:br/>
        <w:t>І в ту пору саме&lt;br /&gt;</w:t>
        <w:br/>
        <w:t>Архирей із свої церкви&lt;br /&gt;</w:t>
        <w:br/>
        <w:t>Вийшов з образами.</w:t>
      </w:r>
    </w:p>
    <w:p>
      <w:r>
        <w:br/>
        <w:t>Співаки йдуть попереду,&lt;br /&gt;</w:t>
        <w:br/>
        <w:t>Тропарі співають.&lt;br /&gt;</w:t>
        <w:br/>
        <w:t>В два ряди попи у ризах&lt;br /&gt;</w:t>
        <w:br/>
        <w:t>Образи тримають.</w:t>
      </w:r>
    </w:p>
    <w:p>
      <w:r>
        <w:br/>
        <w:t>Архирей іде позаду,&lt;br /&gt;</w:t>
        <w:br/>
        <w:t>На нім митра сяє,&lt;br /&gt;</w:t>
        <w:br/>
        <w:t>А диякон коло него&lt;br /&gt;</w:t>
        <w:br/>
        <w:t>Кадило тримає.</w:t>
      </w:r>
    </w:p>
    <w:p>
      <w:r>
        <w:br/>
        <w:t>І ідуть поважним ступом,&lt;br /&gt;</w:t>
        <w:br/>
        <w:t>Співаки співають;&lt;br /&gt;</w:t>
        <w:br/>
        <w:t>Перед ними плац вузенький&lt;br /&gt;</w:t>
        <w:br/>
        <w:t>Люде заливають.</w:t>
      </w:r>
    </w:p>
    <w:p>
      <w:r>
        <w:br/>
        <w:t>От пройшли, у церкву входять;&lt;br /&gt;</w:t>
        <w:br/>
        <w:t>Дзвони замовчали;&lt;br /&gt;</w:t>
        <w:br/>
        <w:t>І у церкві службу божу&lt;br /&gt;</w:t>
        <w:br/>
        <w:t>Правити начали.</w:t>
      </w:r>
    </w:p>
    <w:p>
      <w:r>
        <w:br/>
        <w:t>І началась служба божа,&lt;br /&gt;</w:t>
        <w:br/>
        <w:t>Їдні люде входять,&lt;br /&gt;</w:t>
        <w:br/>
        <w:t>Помоляться і виходять,&lt;br /&gt;</w:t>
        <w:br/>
        <w:t>Другії надходять.</w:t>
      </w:r>
    </w:p>
    <w:p>
      <w:r>
        <w:br/>
        <w:t>Аж прийшли жебрущі люде,&lt;br /&gt;</w:t>
        <w:br/>
        <w:t>Хрест святий поклали&lt;br /&gt;</w:t>
        <w:br/>
        <w:t>І від брами до притвори&lt;br /&gt;</w:t>
        <w:br/>
        <w:t>У два ряди стали.</w:t>
      </w:r>
    </w:p>
    <w:p>
      <w:r>
        <w:br/>
        <w:t>Бідні люди! Хто їх видів,&lt;br /&gt;</w:t>
        <w:br/>
        <w:t>Серце каменіло:&lt;br /&gt;</w:t>
        <w:br/>
        <w:t>Всі обшарпані, обдерті,&lt;br /&gt;</w:t>
        <w:br/>
        <w:t>Аж світиться тіло.</w:t>
      </w:r>
    </w:p>
    <w:p>
      <w:r>
        <w:br/>
        <w:t>У їдного криві руки,&lt;br /&gt;</w:t>
        <w:br/>
        <w:t>Той ноги не має,&lt;br /&gt;</w:t>
        <w:br/>
        <w:t>Той їдно лиш око має,&lt;br /&gt;</w:t>
        <w:br/>
        <w:t>І то випливає.</w:t>
      </w:r>
    </w:p>
    <w:p>
      <w:r>
        <w:br/>
        <w:t>Той горбатий ізігнувся,&lt;br /&gt;</w:t>
        <w:br/>
        <w:t>Той старий схилився,&lt;br /&gt;</w:t>
        <w:br/>
        <w:t>В того рани по всім тілі,&lt;br /&gt;</w:t>
        <w:br/>
        <w:t>В того рот скривився.</w:t>
      </w:r>
    </w:p>
    <w:p>
      <w:r>
        <w:br/>
        <w:t>Їдним словом: всяка нужда,&lt;br /&gt;</w:t>
        <w:br/>
        <w:t>Яка в світі була,&lt;br /&gt;</w:t>
        <w:br/>
        <w:t>Десь на себе взяла тіло&lt;br /&gt;</w:t>
        <w:br/>
        <w:t>Та сюди прибула.</w:t>
      </w:r>
    </w:p>
    <w:p>
      <w:r>
        <w:br/>
        <w:t>І так жаль, як спогадаєш,&lt;br /&gt;</w:t>
        <w:br/>
        <w:t>Що ніяка сила&lt;br /&gt;</w:t>
        <w:br/>
        <w:t>Тої нужди не улічить,&lt;br /&gt;</w:t>
        <w:br/>
        <w:t>А їдна — могила!</w:t>
      </w:r>
    </w:p>
    <w:p>
      <w:r>
        <w:br/>
        <w:t>За дідами край притвору&lt;br /&gt;</w:t>
        <w:br/>
        <w:t>Лірник прислонився,&lt;br /&gt;</w:t>
        <w:br/>
        <w:t>Уклякнув і щиро-щиро&lt;br /&gt;</w:t>
        <w:br/>
        <w:t>Господу молився.</w:t>
      </w:r>
    </w:p>
    <w:p>
      <w:r>
        <w:br/>
        <w:t>Свита вбога, но цілая.&lt;br /&gt;</w:t>
        <w:br/>
        <w:t>Постоли новенькі,&lt;br /&gt;</w:t>
        <w:br/>
        <w:t>І волоками привиті&lt;br /&gt;</w:t>
        <w:br/>
        <w:t>Онучки біленькі.</w:t>
      </w:r>
    </w:p>
    <w:p>
      <w:r>
        <w:br/>
        <w:t>На ремені через плечі&lt;br /&gt;</w:t>
        <w:br/>
        <w:t>Ліра під полою,&lt;br /&gt;</w:t>
        <w:br/>
        <w:t>І торбина коло него&lt;br /&gt;</w:t>
        <w:br/>
        <w:t>З жовтою смолою.</w:t>
      </w:r>
    </w:p>
    <w:p>
      <w:r>
        <w:br/>
        <w:t>Шмаття чисте, хоч на него&lt;br /&gt;</w:t>
        <w:br/>
        <w:t>Прядяно і грубо.&lt;br /&gt;</w:t>
        <w:br/>
        <w:t>Куди глянеш — хоч убогий,&lt;br /&gt;</w:t>
        <w:br/>
        <w:t>А дивитись любо.</w:t>
      </w:r>
    </w:p>
    <w:p>
      <w:r>
        <w:br/>
        <w:t>Сам старий, як голуб сивий,&lt;br /&gt;</w:t>
        <w:br/>
        <w:t>Літ сімдесят буде,&lt;br /&gt;</w:t>
        <w:br/>
        <w:t>Борода широка сива&lt;br /&gt;</w:t>
        <w:br/>
        <w:t>Сходить аж на груди.</w:t>
      </w:r>
    </w:p>
    <w:p>
      <w:r>
        <w:br/>
        <w:t>Чоло ясне, твар черствая,&lt;br /&gt;</w:t>
        <w:br/>
        <w:t>Ще в нім краска грає,&lt;br /&gt;</w:t>
        <w:br/>
        <w:t>Ніби в небі як під вечір&lt;br /&gt;</w:t>
        <w:br/>
        <w:t>Сонечко згасає.</w:t>
      </w:r>
    </w:p>
    <w:p>
      <w:r>
        <w:br/>
        <w:t>Лиш сліпий він, невидющий,&lt;br /&gt;</w:t>
        <w:br/>
        <w:t>І очей не має;&lt;br /&gt;</w:t>
        <w:br/>
        <w:t>І як сплили його очі,&lt;br /&gt;</w:t>
        <w:br/>
        <w:t>Лиш бог їдей знає.</w:t>
      </w:r>
    </w:p>
    <w:p>
      <w:r>
        <w:br/>
        <w:t>Коло него стоїть разом&lt;br /&gt;</w:t>
        <w:br/>
        <w:t>Літ семи дівчина,&lt;br /&gt;</w:t>
        <w:br/>
        <w:t>Вона старця цього водить,&lt;br /&gt;</w:t>
        <w:br/>
        <w:t>Бідна сиротина.</w:t>
      </w:r>
    </w:p>
    <w:p>
      <w:r>
        <w:br/>
        <w:t>Вона водить, із ним ходить,&lt;br /&gt;</w:t>
        <w:br/>
        <w:t>Його шапку носить&lt;br /&gt;</w:t>
        <w:br/>
        <w:t>І в набожних перехожих&lt;br /&gt;</w:t>
        <w:br/>
        <w:t>Милосердя просить.</w:t>
      </w:r>
    </w:p>
    <w:p>
      <w:r>
        <w:br/>
        <w:t>Вона дбає за старого,&lt;br /&gt;</w:t>
        <w:br/>
        <w:t>Старий за ню дбає&lt;br /&gt;</w:t>
        <w:br/>
        <w:t>І як рідную дитину&lt;br /&gt;</w:t>
        <w:br/>
        <w:t>Людяно вбирає.</w:t>
      </w:r>
    </w:p>
    <w:p>
      <w:r>
        <w:br/>
        <w:t>На ній біла нова свитка,&lt;br /&gt;</w:t>
        <w:br/>
        <w:t>Крамна спідничина,&lt;br /&gt;</w:t>
        <w:br/>
        <w:t>Фартушок крамний, чорненький,&lt;br /&gt;</w:t>
        <w:br/>
        <w:t>Біла сорочина.</w:t>
      </w:r>
    </w:p>
    <w:p>
      <w:r>
        <w:br/>
        <w:t>Коралики з образочком&lt;br /&gt;</w:t>
        <w:br/>
        <w:t>Шию обвивають,&lt;br /&gt;</w:t>
        <w:br/>
        <w:t>І червонії кісники&lt;br /&gt;</w:t>
        <w:br/>
        <w:t>Коси уплітають.</w:t>
      </w:r>
    </w:p>
    <w:p>
      <w:r>
        <w:br/>
        <w:t>Сама мила, невеличка,&lt;br /&gt;</w:t>
        <w:br/>
        <w:t>І очі сивенькі,&lt;br /&gt;</w:t>
        <w:br/>
        <w:t>Коси довгії русяві,&lt;br /&gt;</w:t>
        <w:br/>
        <w:t>Личенька повненькі.</w:t>
      </w:r>
    </w:p>
    <w:p>
      <w:r>
        <w:br/>
        <w:t>* * *&lt;br /&gt;</w:t>
        <w:br/>
        <w:t>Стоять діди край притвору,&lt;br /&gt;</w:t>
        <w:br/>
        <w:t>Служба закінчилась,&lt;br /&gt;</w:t>
        <w:br/>
        <w:t>І високая дзвіниця&lt;br /&gt;</w:t>
        <w:br/>
        <w:t>Дзвонами залилась.</w:t>
      </w:r>
    </w:p>
    <w:p>
      <w:r>
        <w:br/>
        <w:t>Вийшов архирей, поїхав.&lt;br /&gt;</w:t>
        <w:br/>
        <w:t>Пани розійшлися.&lt;br /&gt;</w:t>
        <w:br/>
        <w:t>Коло старців тілько прості&lt;br /&gt;</w:t>
        <w:br/>
        <w:t>Люде осталися.</w:t>
      </w:r>
    </w:p>
    <w:p>
      <w:r>
        <w:br/>
        <w:t>Осталися прості люди,&lt;br /&gt;</w:t>
        <w:br/>
        <w:t>Старців обділили&lt;br /&gt;</w:t>
        <w:br/>
        <w:t>І лірника запинили,&lt;br /&gt;</w:t>
        <w:br/>
        <w:t>Кругом обступили.</w:t>
      </w:r>
    </w:p>
    <w:p>
      <w:r>
        <w:br/>
        <w:t>Обступили і просили&lt;br /&gt;</w:t>
        <w:br/>
        <w:t>Думу їм заграти.&lt;br /&gt;</w:t>
        <w:br/>
        <w:t>І зачали в його шапку&lt;br /&gt;</w:t>
        <w:br/>
        <w:t>Мідяки кидати.</w:t>
      </w:r>
    </w:p>
    <w:p>
      <w:r>
        <w:br/>
        <w:t>І взяла за руку старця&lt;br /&gt;</w:t>
        <w:br/>
        <w:t>Дівчинонька мила,&lt;br /&gt;</w:t>
        <w:br/>
        <w:t>І на камінь край дзвіниці&lt;br /&gt;</w:t>
        <w:br/>
        <w:t>Стиха посадила.</w:t>
      </w:r>
    </w:p>
    <w:p>
      <w:r>
        <w:br/>
        <w:t>І дід сів, настроїв ліру&lt;br /&gt;</w:t>
        <w:br/>
        <w:t>І зачав співати,&lt;br /&gt;</w:t>
        <w:br/>
        <w:t>Зачав співи їм співати&lt;br /&gt;</w:t>
        <w:br/>
        <w:t>І на ліру грати.</w:t>
      </w:r>
    </w:p>
    <w:p>
      <w:r>
        <w:br/>
        <w:t>1. ПОЧАТОК СВІТУ</w:t>
      </w:r>
    </w:p>
    <w:p>
      <w:r>
        <w:br/>
        <w:t>І</w:t>
      </w:r>
    </w:p>
    <w:p>
      <w:r>
        <w:br/>
        <w:t>До початку сего світа,&lt;br /&gt;</w:t>
        <w:br/>
        <w:t>Ще до чоловіка,&lt;br /&gt;</w:t>
        <w:br/>
        <w:t>На престолі бог великий&lt;br /&gt;</w:t>
        <w:br/>
        <w:t>Жив із-перед віка.</w:t>
      </w:r>
    </w:p>
    <w:p>
      <w:r>
        <w:br/>
        <w:t>І престолом було небо,&lt;br /&gt;</w:t>
        <w:br/>
        <w:t>Невидиме нами.&lt;br /&gt;</w:t>
        <w:br/>
        <w:t>І то небо в нас, хрещених,&lt;br /&gt;</w:t>
        <w:br/>
        <w:t>Зветься небесами.</w:t>
      </w:r>
    </w:p>
    <w:p>
      <w:r>
        <w:br/>
        <w:t>Під ним друге було небо,&lt;br /&gt;</w:t>
        <w:br/>
        <w:t>Що зоветься раєм;&lt;br /&gt;</w:t>
        <w:br/>
        <w:t>І коли воно почалось,&lt;br /&gt;</w:t>
        <w:br/>
        <w:t>Того ми не знаєм.</w:t>
      </w:r>
    </w:p>
    <w:p>
      <w:r>
        <w:br/>
        <w:t>Тілько знаєм, що в тім небі&lt;br /&gt;</w:t>
        <w:br/>
        <w:t>Ангели літали&lt;br /&gt;</w:t>
        <w:br/>
        <w:t>І святії пісні богу&lt;br /&gt;</w:t>
        <w:br/>
        <w:t>День і ніч співали.</w:t>
      </w:r>
    </w:p>
    <w:p>
      <w:r>
        <w:br/>
        <w:t>І Сатанаїл-архангел&lt;br /&gt;</w:t>
        <w:br/>
        <w:t>Був їх старшиною&lt;br /&gt;</w:t>
        <w:br/>
        <w:t>І у бога називався&lt;br /&gt;</w:t>
        <w:br/>
        <w:t>Правою рукою.</w:t>
      </w:r>
    </w:p>
    <w:p>
      <w:r>
        <w:br/>
        <w:t>Все він відав, всім він радив,&lt;br /&gt;</w:t>
        <w:br/>
        <w:t>Всім розпоряджався,&lt;br /&gt;</w:t>
        <w:br/>
        <w:t>І рай цілий його власним&lt;br /&gt;</w:t>
        <w:br/>
        <w:t>Небом називався.</w:t>
      </w:r>
    </w:p>
    <w:p>
      <w:r>
        <w:br/>
        <w:t>А під раєм, його небом,&lt;br /&gt;</w:t>
        <w:br/>
        <w:t>Наше небо було,&lt;br /&gt;</w:t>
        <w:br/>
        <w:t>Но по нему ані разу&lt;br /&gt;</w:t>
        <w:br/>
        <w:t>Сонце, не мигнуло.</w:t>
      </w:r>
    </w:p>
    <w:p>
      <w:r>
        <w:br/>
        <w:t>Лиш по нему чорні хмари&lt;br /&gt;</w:t>
        <w:br/>
        <w:t>Громом розривало,&lt;br /&gt;</w:t>
        <w:br/>
        <w:t>А під ними тьма стояла&lt;br /&gt;</w:t>
        <w:br/>
        <w:t>Й море клекотало.</w:t>
      </w:r>
    </w:p>
    <w:p>
      <w:r>
        <w:br/>
        <w:t>II</w:t>
      </w:r>
    </w:p>
    <w:p>
      <w:r>
        <w:br/>
        <w:t>І задумав бог і наше&lt;br /&gt;</w:t>
        <w:br/>
        <w:t>Небо освітити,&lt;br /&gt;</w:t>
        <w:br/>
        <w:t>І під небом нашу землю&lt;br /&gt;</w:t>
        <w:br/>
        <w:t>Грішну сотворити.</w:t>
      </w:r>
    </w:p>
    <w:p>
      <w:r>
        <w:br/>
        <w:t>І приходить він до раю,&lt;br /&gt;</w:t>
        <w:br/>
        <w:t>Взяв Сатанаїла,&lt;br /&gt;</w:t>
        <w:br/>
        <w:t>І пішов під синє небо,&lt;br /&gt;</w:t>
        <w:br/>
        <w:t>Де бездна кипіла.</w:t>
      </w:r>
    </w:p>
    <w:p>
      <w:r>
        <w:br/>
        <w:t>Синє небо туманіло,&lt;br /&gt;</w:t>
        <w:br/>
        <w:t>Вітри бушували,&lt;br /&gt;</w:t>
        <w:br/>
        <w:t>І під небом чорні хмари,&lt;br /&gt;</w:t>
        <w:br/>
        <w:t>Громи розривали.</w:t>
      </w:r>
    </w:p>
    <w:p>
      <w:r>
        <w:br/>
        <w:t>Все чорніло і темніло ...&lt;br /&gt;</w:t>
        <w:br/>
        <w:t>Аж бог появився! —&lt;br /&gt;</w:t>
        <w:br/>
        <w:t>Розійшлися чорні хмари,&lt;br /&gt;</w:t>
        <w:br/>
        <w:t>І грім запинився.</w:t>
      </w:r>
    </w:p>
    <w:p>
      <w:r>
        <w:br/>
        <w:t>Засиніло небо наше,&lt;br /&gt;</w:t>
        <w:br/>
        <w:t>Сонце засіяло.&lt;br /&gt;</w:t>
        <w:br/>
        <w:t>Стало тихо, лиш глибоко&lt;br /&gt;</w:t>
        <w:br/>
        <w:t>Море клекотало.</w:t>
      </w:r>
    </w:p>
    <w:p>
      <w:r>
        <w:br/>
        <w:t>І зійшов господь над море-&lt;br /&gt;</w:t>
        <w:br/>
        <w:t>Море утихає;&lt;br /&gt;</w:t>
        <w:br/>
        <w:t>І Сатанаїла в бездну&lt;br /&gt;</w:t>
        <w:br/>
        <w:t>Господь посилає.</w:t>
      </w:r>
    </w:p>
    <w:p>
      <w:r>
        <w:br/>
        <w:t>Посилає його в бездну&lt;br /&gt;</w:t>
        <w:br/>
        <w:t>Піску жменю взяти,&lt;br /&gt;</w:t>
        <w:br/>
        <w:t>Щоб на морі, як на камні,&lt;br /&gt;</w:t>
        <w:br/>
        <w:t>Землю збудувати.</w:t>
      </w:r>
    </w:p>
    <w:p>
      <w:r>
        <w:br/>
        <w:t>"І як вложиш,-господь каже,-&lt;br /&gt;</w:t>
        <w:br/>
        <w:t>Руку у безодню,&lt;br /&gt;</w:t>
        <w:br/>
        <w:t>Скажи: беру тебе, земле,&lt;br /&gt;</w:t>
        <w:br/>
        <w:t>На славу господню".</w:t>
      </w:r>
    </w:p>
    <w:p>
      <w:r>
        <w:br/>
        <w:t>І пішов він попід море,&lt;br /&gt;</w:t>
        <w:br/>
        <w:t>Ходить, розважає:&lt;br /&gt;</w:t>
        <w:br/>
        <w:t>" А ну, й себе пом'яну я!&lt;br /&gt;</w:t>
        <w:br/>
        <w:t>Хто теє пізнає?!"</w:t>
      </w:r>
    </w:p>
    <w:p>
      <w:r>
        <w:br/>
        <w:t>III</w:t>
      </w:r>
    </w:p>
    <w:p>
      <w:r>
        <w:br/>
        <w:t>І зпустився в саму бездну,&lt;br /&gt;</w:t>
        <w:br/>
        <w:t>Руку опускає,&lt;br /&gt;</w:t>
        <w:br/>
        <w:t>Бере землю і до бездни&lt;br /&gt;</w:t>
        <w:br/>
        <w:t>Тихо промовляє:</w:t>
      </w:r>
    </w:p>
    <w:p>
      <w:r>
        <w:br/>
        <w:t>"Ти poзкрийся, розвернися,&lt;br /&gt;</w:t>
        <w:br/>
        <w:t>Темная безодне!&lt;br /&gt;</w:t>
        <w:br/>
        <w:t>Беру землю в ім'я своє&lt;br /&gt;</w:t>
        <w:br/>
        <w:t>І в ім'я господнє!"</w:t>
      </w:r>
    </w:p>
    <w:p>
      <w:r>
        <w:br/>
        <w:t>І узяв; іде водою,&lt;br /&gt;</w:t>
        <w:br/>
        <w:t>Жменю істискає.&lt;br /&gt;</w:t>
        <w:br/>
        <w:t>Но даремная робота:&lt;br /&gt;</w:t>
        <w:br/>
        <w:t>Вода все змиває!</w:t>
      </w:r>
    </w:p>
    <w:p>
      <w:r>
        <w:br/>
        <w:t>Поки вигулькнув із моря,&lt;br /&gt;</w:t>
        <w:br/>
        <w:t>Змило все подою,&lt;br /&gt;</w:t>
        <w:br/>
        <w:t>І явився він до бога&lt;br /&gt;</w:t>
        <w:br/>
        <w:t>З голою рукою.</w:t>
      </w:r>
    </w:p>
    <w:p>
      <w:r>
        <w:br/>
        <w:t>"Не хитрися,— господь каже,-&lt;br /&gt;</w:t>
        <w:br/>
        <w:t>Не задумуй злого!&lt;br /&gt;</w:t>
        <w:br/>
        <w:t>Іди знову, тілько ім'я&lt;br /&gt;</w:t>
        <w:br/>
        <w:t>Не приточуй свого!"</w:t>
      </w:r>
    </w:p>
    <w:p>
      <w:r>
        <w:br/>
        <w:t>Пішов знову й під водою&lt;br /&gt;</w:t>
        <w:br/>
        <w:t>Знов над богом кпився.&lt;br /&gt;</w:t>
        <w:br/>
        <w:t>І знов з голими руками&lt;br /&gt;</w:t>
        <w:br/>
        <w:t>Наверху з'явився.</w:t>
      </w:r>
    </w:p>
    <w:p>
      <w:r>
        <w:br/>
        <w:t>І розгнівався бог сильний:&lt;br /&gt;</w:t>
        <w:br/>
        <w:t>Небо задрожало,&lt;br /&gt;</w:t>
        <w:br/>
        <w:t>Море вспінилось, забилось&lt;br /&gt;</w:t>
        <w:br/>
        <w:t>І заклекотало.</w:t>
      </w:r>
    </w:p>
    <w:p>
      <w:r>
        <w:br/>
        <w:t>І в минуті він іщезнув&lt;br /&gt;</w:t>
        <w:br/>
        <w:t>В морі під водою.&lt;br /&gt;</w:t>
        <w:br/>
        <w:t>Найшов бездну, бере землю&lt;br /&gt;</w:t>
        <w:br/>
        <w:t>Правою рукою.</w:t>
      </w:r>
    </w:p>
    <w:p>
      <w:r>
        <w:br/>
        <w:t>І говорить: "Ти розкрийся.&lt;br /&gt;</w:t>
        <w:br/>
        <w:t>Темная безодне:&lt;br /&gt;</w:t>
        <w:br/>
        <w:t>Беру з тебе тепер землю&lt;br /&gt;</w:t>
        <w:br/>
        <w:t>Во ім'я господнє!"</w:t>
      </w:r>
    </w:p>
    <w:p>
      <w:r>
        <w:br/>
        <w:t>І щаслива йому була&lt;br /&gt;</w:t>
        <w:br/>
        <w:t>Дальняя дорога,&lt;br /&gt;</w:t>
        <w:br/>
        <w:t>У минуті він з землею&lt;br /&gt;</w:t>
        <w:br/>
        <w:t>Вийшов перед бога.</w:t>
      </w:r>
    </w:p>
    <w:p>
      <w:r>
        <w:br/>
        <w:t>ІV</w:t>
      </w:r>
    </w:p>
    <w:p>
      <w:r>
        <w:br/>
        <w:t>І взяв господь тую землю,&lt;br /&gt;</w:t>
        <w:br/>
        <w:t>Ходить, розсіває.&lt;br /&gt;</w:t>
        <w:br/>
        <w:t>А Сатанаїл невдячний&lt;br /&gt;</w:t>
        <w:br/>
        <w:t>Думоньку гадає.</w:t>
      </w:r>
    </w:p>
    <w:p>
      <w:r>
        <w:br/>
        <w:t>Щоб землі у бога вкрасти,&lt;br /&gt;</w:t>
        <w:br/>
        <w:t>Вкрасти, заховати,&lt;br /&gt;</w:t>
        <w:br/>
        <w:t>А потому в своє ім'я&lt;br /&gt;</w:t>
        <w:br/>
        <w:t>Землю збудувати.</w:t>
      </w:r>
    </w:p>
    <w:p>
      <w:r>
        <w:br/>
        <w:t>І роздумав свою думу&lt;br /&gt;</w:t>
        <w:br/>
        <w:t>На взиск чи на згубу:&lt;br /&gt;</w:t>
        <w:br/>
        <w:t>Тілько господь відвернувся,&lt;br /&gt;</w:t>
        <w:br/>
        <w:t>Хвать землі у губу!</w:t>
      </w:r>
    </w:p>
    <w:p>
      <w:r>
        <w:br/>
        <w:t>А бог ніби і не знає:&lt;br /&gt;</w:t>
        <w:br/>
        <w:t>Решту досіває.&lt;br /&gt;</w:t>
        <w:br/>
        <w:t>І розсіяв, як годиться,&lt;br /&gt;</w:t>
        <w:br/>
        <w:t>І благословляє:</w:t>
      </w:r>
    </w:p>
    <w:p>
      <w:r>
        <w:br/>
        <w:t>"Рости, рости, моя земле.&lt;br /&gt;</w:t>
        <w:br/>
        <w:t>Куди зглянуть очі:&lt;br /&gt;</w:t>
        <w:br/>
        <w:t>Від восхода до полудня&lt;br /&gt;</w:t>
        <w:br/>
        <w:t>І до полуночі!"</w:t>
      </w:r>
    </w:p>
    <w:p>
      <w:r>
        <w:br/>
        <w:t>І земля рости начала&lt;br /&gt;</w:t>
        <w:br/>
        <w:t>І кінця не мала;&lt;br /&gt;</w:t>
        <w:br/>
        <w:t>І зеленая травичка&lt;br /&gt;</w:t>
        <w:br/>
        <w:t>Землю устеляла.</w:t>
      </w:r>
    </w:p>
    <w:p>
      <w:r>
        <w:br/>
        <w:t>Да і тая, що у губі,&lt;br /&gt;</w:t>
        <w:br/>
        <w:t>Свого бога знає:&lt;br /&gt;</w:t>
        <w:br/>
        <w:t>Росте живо, виростає,&lt;br /&gt;</w:t>
        <w:br/>
        <w:t>Губу розпирає.</w:t>
      </w:r>
    </w:p>
    <w:p>
      <w:r>
        <w:br/>
        <w:t>І зачав він, нечестивий,&lt;br /&gt;</w:t>
        <w:br/>
        <w:t>Хоркати, плювати,&lt;br /&gt;</w:t>
        <w:br/>
        <w:t>I зачали і того скали&lt;br /&gt;</w:t>
        <w:br/>
        <w:t>Й гори виростати.</w:t>
      </w:r>
    </w:p>
    <w:p>
      <w:r>
        <w:br/>
        <w:t>І земля землею стала,&lt;br /&gt;</w:t>
        <w:br/>
        <w:t>Тілько посвятити.&lt;br /&gt;</w:t>
        <w:br/>
        <w:t>Но І нічка наступала:&lt;br /&gt;</w:t>
        <w:br/>
        <w:t>Тра було спочити.</w:t>
      </w:r>
    </w:p>
    <w:p>
      <w:r>
        <w:br/>
        <w:t>V</w:t>
      </w:r>
    </w:p>
    <w:p>
      <w:r>
        <w:br/>
        <w:t>Закотилось сонце красне&lt;br /&gt;</w:t>
        <w:br/>
        <w:t>За високі гори.&lt;br /&gt;</w:t>
        <w:br/>
        <w:t>І синіє небо ясне,&lt;br /&gt;</w:t>
        <w:br/>
        <w:t>Як синєє море.</w:t>
      </w:r>
    </w:p>
    <w:p>
      <w:r>
        <w:br/>
        <w:t>І тихенько в небі ходять&lt;br /&gt;</w:t>
        <w:br/>
        <w:t>Ангели святії&lt;br /&gt;</w:t>
        <w:br/>
        <w:t>І засвічують над небом&lt;br /&gt;</w:t>
        <w:br/>
        <w:t>Свічі восковії.</w:t>
      </w:r>
    </w:p>
    <w:p>
      <w:r>
        <w:br/>
        <w:t>І ті свічі, ясні зорі,&lt;br /&gt;</w:t>
        <w:br/>
        <w:t>Світять на все поле,&lt;br /&gt;</w:t>
        <w:br/>
        <w:t>Доки господь, милосердний&lt;br /&gt;</w:t>
        <w:br/>
        <w:t>Виспиться доволі.</w:t>
      </w:r>
    </w:p>
    <w:p>
      <w:r>
        <w:br/>
        <w:t>І спить господь серед поля,&lt;br /&gt;</w:t>
        <w:br/>
        <w:t>Сили відновляє.&lt;br /&gt;</w:t>
        <w:br/>
        <w:t>А Сатанаїл над богом&lt;br /&gt;</w:t>
        <w:br/>
        <w:t>Думоньку гадає.</w:t>
      </w:r>
    </w:p>
    <w:p>
      <w:r>
        <w:br/>
        <w:t>І поглянув кругом себе:&lt;br /&gt;</w:t>
        <w:br/>
        <w:t>Пишно було всюди.&lt;br /&gt;</w:t>
        <w:br/>
        <w:t>І, як камінь, йому зависть&lt;br /&gt;</w:t>
        <w:br/>
        <w:t>Падає на груди.</w:t>
      </w:r>
    </w:p>
    <w:p>
      <w:r>
        <w:br/>
        <w:t>"Не буду я більше з богом! —&lt;br /&gt;</w:t>
        <w:br/>
        <w:t>Став він говорити,-&lt;br /&gt;</w:t>
        <w:br/>
        <w:t>Хоть сам згину, розсядуся,&lt;br /&gt;</w:t>
        <w:br/>
        <w:t>Хоть йому не жити!</w:t>
      </w:r>
    </w:p>
    <w:p>
      <w:r>
        <w:br/>
        <w:t>Но він спить, не має сили,-&lt;br /&gt;</w:t>
        <w:br/>
        <w:t>Що ж я туманію?!&lt;br /&gt;</w:t>
        <w:br/>
        <w:t>Возьму втоплю його в морі,&lt;br /&gt;</w:t>
        <w:br/>
        <w:t>Світом завладію".</w:t>
      </w:r>
    </w:p>
    <w:p>
      <w:r>
        <w:br/>
        <w:t>І підняв на руки бога,&lt;br /&gt;</w:t>
        <w:br/>
        <w:t>І води шукає,&lt;br /&gt;</w:t>
        <w:br/>
        <w:t>Але земля розрослася&lt;br /&gt;</w:t>
        <w:br/>
        <w:t>І границь не має!</w:t>
      </w:r>
    </w:p>
    <w:p>
      <w:r>
        <w:br/>
        <w:t>Вдарився на штири боки,-&lt;br /&gt;</w:t>
        <w:br/>
        <w:t>Моря не видати!&lt;br /&gt;</w:t>
        <w:br/>
        <w:t>І вернувся він, і з богом&lt;br /&gt;</w:t>
        <w:br/>
        <w:t>Положився м спати.</w:t>
      </w:r>
    </w:p>
    <w:p>
      <w:r>
        <w:br/>
        <w:t>VI</w:t>
      </w:r>
    </w:p>
    <w:p>
      <w:r>
        <w:br/>
        <w:t>Рано сонечко піднялась,&lt;br /&gt;</w:t>
        <w:br/>
        <w:t>Позгасали зорі,&lt;br /&gt;</w:t>
        <w:br/>
        <w:t>І у росу, як в діамант,&lt;br /&gt;</w:t>
        <w:br/>
        <w:t>Повбирались гори.</w:t>
      </w:r>
    </w:p>
    <w:p>
      <w:r>
        <w:br/>
        <w:t>І Сатанаїл піднявся,&lt;br /&gt;</w:t>
        <w:br/>
        <w:t>Бога став будити&lt;br /&gt;</w:t>
        <w:br/>
        <w:t>"Вставай, боже! годі спати!&lt;br /&gt;</w:t>
        <w:br/>
        <w:t>Землю тра святити".</w:t>
      </w:r>
    </w:p>
    <w:p>
      <w:r>
        <w:br/>
        <w:t>Пробудився господь сильний,&lt;br /&gt;</w:t>
        <w:br/>
        <w:t>І, здихнувши, каже:&lt;br /&gt;</w:t>
        <w:br/>
        <w:t>"Що хитришся предо мною.&lt;br /&gt;</w:t>
        <w:br/>
        <w:t>Вічний ти мій враже?!</w:t>
      </w:r>
    </w:p>
    <w:p>
      <w:r>
        <w:br/>
        <w:t>Був я всюди сеї ночі,&lt;br /&gt;</w:t>
        <w:br/>
        <w:t>Від края до края,-&lt;br /&gt;</w:t>
        <w:br/>
        <w:t>I нема чого святити:&lt;br /&gt;</w:t>
        <w:br/>
        <w:t>Вся земля святая.</w:t>
      </w:r>
    </w:p>
    <w:p>
      <w:r>
        <w:br/>
        <w:t>Ти хотїв мене, невдячний,&lt;br /&gt;</w:t>
        <w:br/>
        <w:t>В морі утопити.&lt;br /&gt;</w:t>
        <w:br/>
        <w:t>За то вічне будеш змієм&lt;br /&gt;</w:t>
        <w:br/>
        <w:t>Під землею жити".</w:t>
      </w:r>
    </w:p>
    <w:p>
      <w:r>
        <w:br/>
        <w:t>Ізвинулись його руки,&lt;br /&gt;</w:t>
        <w:br/>
        <w:t>І звинулись ноги.&lt;br /&gt;</w:t>
        <w:br/>
        <w:t>Довге рило натягнулось,&lt;br /&gt;</w:t>
        <w:br/>
        <w:t>Висунулись роги.</w:t>
      </w:r>
    </w:p>
    <w:p>
      <w:r>
        <w:br/>
        <w:t>І Сатанаїл невдячний&lt;br /&gt;</w:t>
        <w:br/>
        <w:t>Став навік змією,&lt;br /&gt;</w:t>
        <w:br/>
        <w:t>Зашипів — наперед бога&lt;br /&gt;</w:t>
        <w:br/>
        <w:t>Слизнув під землею.</w:t>
      </w:r>
    </w:p>
    <w:p>
      <w:r>
        <w:br/>
        <w:t>І тогнала земля дуже,&lt;br /&gt;</w:t>
        <w:br/>
        <w:t>Де змій пробирався,&lt;br /&gt;</w:t>
        <w:br/>
        <w:t>І там всюди ліс дрімучий&lt;br /&gt;</w:t>
        <w:br/>
        <w:t>Поверх неї взявся.</w:t>
      </w:r>
    </w:p>
    <w:p>
      <w:r>
        <w:br/>
        <w:t>VII</w:t>
      </w:r>
    </w:p>
    <w:p>
      <w:r>
        <w:br/>
        <w:t>І зняв господь з себе ризу,&lt;br /&gt;</w:t>
        <w:br/>
        <w:t>І махнув направо-&lt;br /&gt;</w:t>
        <w:br/>
        <w:t>І, як маку, різних птахів&lt;br /&gt;</w:t>
        <w:br/>
        <w:t>Всюди залітало.</w:t>
      </w:r>
    </w:p>
    <w:p>
      <w:r>
        <w:br/>
        <w:t>Махнув вліво — і, на диво,&lt;br /&gt;</w:t>
        <w:br/>
        <w:t>Всюди гадь завилась.&lt;br /&gt;</w:t>
        <w:br/>
        <w:t>Розстелив на землю ризу —&lt;br /&gt;</w:t>
        <w:br/>
        <w:t>Звірина з'явилась.</w:t>
      </w:r>
    </w:p>
    <w:p>
      <w:r>
        <w:br/>
        <w:t>І пішов господь над море,&lt;br /&gt;</w:t>
        <w:br/>
        <w:t>ризу опускає-&lt;br /&gt;</w:t>
        <w:br/>
        <w:t>І в годині ціле море&lt;br /&gt;</w:t>
        <w:br/>
        <w:t>В рибі закипає.</w:t>
      </w:r>
    </w:p>
    <w:p>
      <w:r>
        <w:br/>
        <w:t>Так з'явились в білім світі&lt;br /&gt;</w:t>
        <w:br/>
        <w:t>Звірина і птахи,&lt;br /&gt;</w:t>
        <w:br/>
        <w:t>Різні гади, різні жаби,&lt;br /&gt;</w:t>
        <w:br/>
        <w:t>Риби й черепахи.</w:t>
      </w:r>
    </w:p>
    <w:p>
      <w:r>
        <w:br/>
        <w:t>Лиш медведі, свині, коні&lt;br /&gt;</w:t>
        <w:br/>
        <w:t>І кроти не були;&lt;br /&gt;</w:t>
        <w:br/>
        <w:t>Та ще боцяна не було,&lt;br /&gt;</w:t>
        <w:br/>
        <w:t>Скойки і камбули.</w:t>
      </w:r>
    </w:p>
    <w:p>
      <w:r>
        <w:br/>
        <w:t>І став господь над водою,&lt;br /&gt;</w:t>
        <w:br/>
        <w:t>Ризу убирає&lt;br /&gt;</w:t>
        <w:br/>
        <w:t>І із моря зсередини&lt;br /&gt;</w:t>
        <w:br/>
        <w:t>Рибу визиває.</w:t>
      </w:r>
    </w:p>
    <w:p>
      <w:r>
        <w:br/>
        <w:t>І сказав господь тій рибі&lt;br /&gt;</w:t>
        <w:br/>
        <w:t>Землю підпирати,&lt;br /&gt;</w:t>
        <w:br/>
        <w:t>Щоб земля на своїм місці&lt;br /&gt;</w:t>
        <w:br/>
        <w:t>Все могла стояти.</w:t>
      </w:r>
    </w:p>
    <w:p>
      <w:r>
        <w:br/>
        <w:t>І та риба держить землю;&lt;br /&gt;</w:t>
        <w:br/>
        <w:t>І як стрепенеться,&lt;br /&gt;</w:t>
        <w:br/>
        <w:t>І застогне земля наша,&lt;br /&gt;</w:t>
        <w:br/>
        <w:t>І вся затрясеться.</w:t>
      </w:r>
    </w:p>
    <w:p>
      <w:r>
        <w:br/>
        <w:t>VІІІ</w:t>
      </w:r>
    </w:p>
    <w:p>
      <w:r>
        <w:br/>
        <w:t>Повернувся бог до неба,&lt;br /&gt;</w:t>
        <w:br/>
        <w:t>На престол сідає&lt;br /&gt;</w:t>
        <w:br/>
        <w:t>І всіх ангелів до себе&lt;br /&gt;</w:t>
        <w:br/>
        <w:t>З раю призиває.</w:t>
      </w:r>
    </w:p>
    <w:p>
      <w:r>
        <w:br/>
        <w:t>І злетілось перед бога&lt;br /&gt;</w:t>
        <w:br/>
        <w:t>Ангелів без ліку,&lt;br /&gt;</w:t>
        <w:br/>
        <w:t>І настало свято в бога,&lt;br /&gt;</w:t>
        <w:br/>
        <w:t>Перше з-перед віку.</w:t>
      </w:r>
    </w:p>
    <w:p>
      <w:r>
        <w:br/>
        <w:t>Триста тисяч пісні піли,&lt;br /&gt;</w:t>
        <w:br/>
        <w:t>А сімсот кадили,&lt;br /&gt;</w:t>
        <w:br/>
        <w:t>А тьма-тьмуща через небо&lt;br /&gt;</w:t>
        <w:br/>
        <w:t>Бога проносили.</w:t>
      </w:r>
    </w:p>
    <w:p>
      <w:r>
        <w:br/>
        <w:t>І горіло небо в славі,&lt;br /&gt;</w:t>
        <w:br/>
        <w:t>Тухнуло кадило,&lt;br /&gt;</w:t>
        <w:br/>
        <w:t>І все воїнство небесне&lt;br /&gt;</w:t>
        <w:br/>
        <w:t>Богові служило.</w:t>
      </w:r>
    </w:p>
    <w:p>
      <w:r>
        <w:br/>
        <w:t>Служба божая кінчалась,&lt;br /&gt;</w:t>
        <w:br/>
        <w:t>Бог благословляє&lt;br /&gt;</w:t>
        <w:br/>
        <w:t>І всіх ангелів до себе&lt;br /&gt;</w:t>
        <w:br/>
        <w:t>Ще раз призиває.</w:t>
      </w:r>
    </w:p>
    <w:p>
      <w:r>
        <w:br/>
        <w:t>І всі ангели злетілись,&lt;br /&gt;</w:t>
        <w:br/>
        <w:t>Богу помолились&lt;br /&gt;</w:t>
        <w:br/>
        <w:t>І святому його трону&lt;br /&gt;</w:t>
        <w:br/>
        <w:t>Низько поклонились.</w:t>
      </w:r>
    </w:p>
    <w:p>
      <w:r>
        <w:br/>
        <w:t>І махнув бог своїм слугам&lt;br /&gt;</w:t>
        <w:br/>
        <w:t>Правою рукою,&lt;br /&gt;</w:t>
        <w:br/>
        <w:t>І сказав їм: "Будьте, діти.&lt;br /&gt;</w:t>
        <w:br/>
        <w:t>Вічне ви зо мною.</w:t>
      </w:r>
    </w:p>
    <w:p>
      <w:r>
        <w:br/>
        <w:t>Де ви були, там поставлю&lt;br /&gt;</w:t>
        <w:br/>
        <w:t>Жити чоловіка.&lt;br /&gt;</w:t>
        <w:br/>
        <w:t>А Сатанаїл невдячний&lt;br /&gt;</w:t>
        <w:br/>
        <w:t>Проклят будь довіка!"</w:t>
      </w:r>
    </w:p>
    <w:p>
      <w:r>
        <w:br/>
        <w:t>І основи світовії&lt;br /&gt;</w:t>
        <w:br/>
        <w:t>Страшно задрожали.&lt;br /&gt;</w:t>
        <w:br/>
        <w:t>Но на небі тихо-тихо&lt;br /&gt;</w:t>
        <w:br/>
        <w:t>Ангели співали.</w:t>
      </w:r>
    </w:p>
    <w:p>
      <w:r>
        <w:br/>
        <w:t>IX</w:t>
      </w:r>
    </w:p>
    <w:p>
      <w:r>
        <w:br/>
        <w:t>І співали, і скінчили&lt;br /&gt;</w:t>
        <w:br/>
        <w:t>Пісню ту святую.&lt;br /&gt;</w:t>
        <w:br/>
        <w:t>І бог каже їм принести&lt;br /&gt;</w:t>
        <w:br/>
        <w:t>Чашу золатую.</w:t>
      </w:r>
    </w:p>
    <w:p>
      <w:r>
        <w:br/>
        <w:t>І говорить: "Ви зберіться.&lt;br /&gt;</w:t>
        <w:br/>
        <w:t>Ангели святії,&lt;br /&gt;</w:t>
        <w:br/>
        <w:t>І стріпніте над ту чашу&lt;br /&gt;</w:t>
        <w:br/>
        <w:t>Крила золотії".</w:t>
      </w:r>
    </w:p>
    <w:p>
      <w:r>
        <w:br/>
        <w:t>І стріпнулись над ту чашу.&lt;br /&gt;</w:t>
        <w:br/>
        <w:t>Бог їх посилає&lt;br /&gt;</w:t>
        <w:br/>
        <w:t>На схід сонця в праву руку,&lt;br /&gt;</w:t>
        <w:br/>
        <w:t>Де роса спадає.</w:t>
      </w:r>
    </w:p>
    <w:p>
      <w:r>
        <w:br/>
        <w:t>Полетіли слуги божі,-&lt;br /&gt;</w:t>
        <w:br/>
        <w:t>I їх ясні крила&lt;br /&gt;</w:t>
        <w:br/>
        <w:t>Роса чиста, як діамант,&lt;br /&gt;</w:t>
        <w:br/>
        <w:t>В десені [4] покрила.</w:t>
      </w:r>
    </w:p>
    <w:p>
      <w:r>
        <w:br/>
        <w:t>І до бога прилетіли&lt;br /&gt;</w:t>
        <w:br/>
        <w:t>З чистою росою,&lt;br /&gt;</w:t>
        <w:br/>
        <w:t>І іще раз стрепенулись&lt;br /&gt;</w:t>
        <w:br/>
        <w:t>Над чашею тою.</w:t>
      </w:r>
    </w:p>
    <w:p>
      <w:r>
        <w:br/>
        <w:t>І зійшов бог з свого трону,&lt;br /&gt;</w:t>
        <w:br/>
        <w:t>І зачав місити.&lt;br /&gt;</w:t>
        <w:br/>
        <w:t>Замісив — і чоловіка&lt;br /&gt;</w:t>
        <w:br/>
        <w:t>З того став ліпити.</w:t>
      </w:r>
    </w:p>
    <w:p>
      <w:r>
        <w:br/>
        <w:t>Виліпив, зачав стругати.&lt;br /&gt;</w:t>
        <w:br/>
        <w:t>Дивне боже діло!&lt;br /&gt;</w:t>
        <w:br/>
        <w:t>І обстружки пригодились&lt;br /&gt;</w:t>
        <w:br/>
        <w:t>На грішнеє тіло.</w:t>
      </w:r>
    </w:p>
    <w:p>
      <w:r>
        <w:br/>
        <w:t>І дихнув господь на него,-&lt;br /&gt;</w:t>
        <w:br/>
        <w:t>І він відживився.&lt;br /&gt;</w:t>
        <w:br/>
        <w:t>Підняв очі свої к богу,&lt;br /&gt;</w:t>
        <w:br/>
        <w:t>Щиро помолився.</w:t>
      </w:r>
    </w:p>
    <w:p>
      <w:r>
        <w:br/>
        <w:t>І повів бог його всюди&lt;br /&gt;</w:t>
        <w:br/>
        <w:t>По небеснім краю,&lt;br /&gt;</w:t>
        <w:br/>
        <w:t>І заводить наостаток&lt;br /&gt;</w:t>
        <w:br/>
        <w:t>До самого раю.</w:t>
      </w:r>
    </w:p>
    <w:p>
      <w:r>
        <w:br/>
        <w:t>X</w:t>
      </w:r>
    </w:p>
    <w:p>
      <w:r>
        <w:br/>
        <w:t>Серед раю йшла дорога&lt;br /&gt;</w:t>
        <w:br/>
        <w:t>Меж двома садами.&lt;br /&gt;</w:t>
        <w:br/>
        <w:t>Ту дорогу замикали&lt;br /&gt;</w:t>
        <w:br/>
        <w:t>Дві желізних брами.</w:t>
      </w:r>
    </w:p>
    <w:p>
      <w:r>
        <w:br/>
        <w:t>Їдна брама — на схід сонця&lt;br /&gt;</w:t>
        <w:br/>
        <w:t>В небо підіймалась.&lt;br /&gt;</w:t>
        <w:br/>
        <w:t>Друга вліво — на заході —&lt;br /&gt;</w:t>
        <w:br/>
        <w:t>В землю опускалась.</w:t>
      </w:r>
    </w:p>
    <w:p>
      <w:r>
        <w:br/>
        <w:t>При дорозі — два садочки,&lt;br /&gt;</w:t>
        <w:br/>
        <w:t>Що вбирають очі:&lt;br /&gt;</w:t>
        <w:br/>
        <w:t>Їден прямо на полудень,&lt;br /&gt;</w:t>
        <w:br/>
        <w:t>Другий к полуночі.</w:t>
      </w:r>
    </w:p>
    <w:p>
      <w:r>
        <w:br/>
        <w:t>І садок той, що к полудню,&lt;br /&gt;</w:t>
        <w:br/>
        <w:t>Річка вперезала,&lt;br /&gt;</w:t>
        <w:br/>
        <w:t>І місточок через річку&lt;br /&gt;</w:t>
        <w:br/>
        <w:t>Брамка замикала.</w:t>
      </w:r>
    </w:p>
    <w:p>
      <w:r>
        <w:br/>
        <w:t>А за річкою дерева&lt;br /&gt;</w:t>
        <w:br/>
        <w:t>Цвіли, відцвітали,&lt;br /&gt;</w:t>
        <w:br/>
        <w:t>І родили, й опадали,&lt;br /&gt;</w:t>
        <w:br/>
        <w:t>Знову зацвітали.</w:t>
      </w:r>
    </w:p>
    <w:p>
      <w:r>
        <w:br/>
        <w:t>В сім садочку на початку&lt;br /&gt;</w:t>
        <w:br/>
        <w:t>Ангели спасались;&lt;br /&gt;</w:t>
        <w:br/>
        <w:t>І спаслися, і на небо&lt;br /&gt;</w:t>
        <w:br/>
        <w:t>Вище підійнялись.</w:t>
      </w:r>
    </w:p>
    <w:p>
      <w:r>
        <w:br/>
        <w:t>Тут Адам і Єва їли&lt;br /&gt;</w:t>
        <w:br/>
        <w:t>Золотії груші.&lt;br /&gt;</w:t>
        <w:br/>
        <w:t>(І тепер туда відходять&lt;br /&gt;</w:t>
        <w:br/>
        <w:t>Праведнії душі).</w:t>
      </w:r>
    </w:p>
    <w:p>
      <w:r>
        <w:br/>
        <w:t>Да й у другім у садочку,&lt;br /&gt;</w:t>
        <w:br/>
        <w:t>Що на полуночі,&lt;br /&gt;</w:t>
        <w:br/>
        <w:t>Досита було усього,&lt;br /&gt;</w:t>
        <w:br/>
        <w:t>Чого серце хоче.</w:t>
      </w:r>
    </w:p>
    <w:p>
      <w:r>
        <w:br/>
        <w:t>Тілько пахнуло від него&lt;br /&gt;</w:t>
        <w:br/>
        <w:t>Не добром — бідою:&lt;br /&gt;</w:t>
        <w:br/>
        <w:t>Кругом него так і лилось&lt;br /&gt;</w:t>
        <w:br/>
        <w:t>Полум'я рікою.</w:t>
      </w:r>
    </w:p>
    <w:p>
      <w:r>
        <w:br/>
        <w:t>XI</w:t>
      </w:r>
    </w:p>
    <w:p>
      <w:r>
        <w:br/>
        <w:t>І привів господь Адама,&lt;br /&gt;</w:t>
        <w:br/>
        <w:t>Ходить, походжає,&lt;br /&gt;</w:t>
        <w:br/>
        <w:t>І як жити він повинен —&lt;br /&gt;</w:t>
        <w:br/>
        <w:t>Його научає.</w:t>
      </w:r>
    </w:p>
    <w:p>
      <w:r>
        <w:br/>
        <w:t>Повернули в праву руку,&lt;br /&gt;</w:t>
        <w:br/>
        <w:t>Перейшли місточок:&lt;br /&gt;</w:t>
        <w:br/>
        <w:t>Відімкнулась перед ними&lt;br /&gt;</w:t>
        <w:br/>
        <w:t>Брамка у садочок.</w:t>
      </w:r>
    </w:p>
    <w:p>
      <w:r>
        <w:br/>
        <w:t>І в садочку бог зриває&lt;br /&gt;</w:t>
        <w:br/>
        <w:t>Грушку золотую,&lt;br /&gt;</w:t>
        <w:br/>
        <w:t>Дав Адаму половинку,&lt;br /&gt;</w:t>
        <w:br/>
        <w:t>А собі другую.</w:t>
      </w:r>
    </w:p>
    <w:p>
      <w:r>
        <w:br/>
        <w:t>І промовив: "З сего часу&lt;br /&gt;</w:t>
        <w:br/>
        <w:t>Я буду з тобою,&lt;br /&gt;</w:t>
        <w:br/>
        <w:t>Як сії дві половинки&lt;br /&gt;</w:t>
        <w:br/>
        <w:t>Були меж собою".</w:t>
      </w:r>
    </w:p>
    <w:p>
      <w:r>
        <w:br/>
        <w:t>Да і вийшли з того саду,&lt;br /&gt;</w:t>
        <w:br/>
        <w:t>Пішли до другого;&lt;br /&gt;</w:t>
        <w:br/>
        <w:t>Розділилось на дві часті&lt;br /&gt;</w:t>
        <w:br/>
        <w:t>Полум'я пред богом.</w:t>
      </w:r>
    </w:p>
    <w:p>
      <w:r>
        <w:br/>
        <w:t>Походили й там доволі.&lt;br /&gt;</w:t>
        <w:br/>
        <w:t>То був сад ще кращий;&lt;br /&gt;</w:t>
        <w:br/>
        <w:t>Но хто тілько їв із него,&lt;br /&gt;</w:t>
        <w:br/>
        <w:t>Був навік пропащий.</w:t>
      </w:r>
    </w:p>
    <w:p>
      <w:r>
        <w:br/>
        <w:t>І сказав господь Адаму,&lt;br /&gt;</w:t>
        <w:br/>
        <w:t>Щоб остерігався,&lt;br /&gt;</w:t>
        <w:br/>
        <w:t>І Адам в тім перед богом&lt;br /&gt;</w:t>
        <w:br/>
        <w:t>Клятвою заклявся.</w:t>
      </w:r>
    </w:p>
    <w:p>
      <w:r>
        <w:br/>
        <w:t>І по клятві розійшлися.&lt;br /&gt;</w:t>
        <w:br/>
        <w:t>Бог пішов до неба,&lt;br /&gt;</w:t>
        <w:br/>
        <w:t>А Адам пішов шукати,&lt;br /&gt;</w:t>
        <w:br/>
        <w:t>Чого серцю треба.</w:t>
      </w:r>
    </w:p>
    <w:p>
      <w:r>
        <w:br/>
        <w:t>XII</w:t>
      </w:r>
    </w:p>
    <w:p>
      <w:r>
        <w:br/>
        <w:t>І ходив Адам по раю,&lt;br /&gt;</w:t>
        <w:br/>
        <w:t>Всюди находився&lt;br /&gt;</w:t>
        <w:br/>
        <w:t>І в шовковії травиці&lt;br /&gt;</w:t>
        <w:br/>
        <w:t>Спати положився.</w:t>
      </w:r>
    </w:p>
    <w:p>
      <w:r>
        <w:br/>
        <w:t>Сонце в захід закотилось,&lt;br /&gt;</w:t>
        <w:br/>
        <w:t>Спить і не блищиться,&lt;br /&gt;</w:t>
        <w:br/>
        <w:t>І заснуло все навколо —&lt;br /&gt;</w:t>
        <w:br/>
        <w:t>Адаму не спиться!</w:t>
      </w:r>
    </w:p>
    <w:p>
      <w:r>
        <w:br/>
        <w:t>Йому душно; йде до річки,&lt;br /&gt;</w:t>
        <w:br/>
        <w:t>На берег сідає,&lt;br /&gt;</w:t>
        <w:br/>
        <w:t>Схилив голову на руку&lt;br /&gt;</w:t>
        <w:br/>
        <w:t>І думу гадає.</w:t>
      </w:r>
    </w:p>
    <w:p>
      <w:r>
        <w:br/>
        <w:t>І просидів так до ранку,&lt;br /&gt;</w:t>
        <w:br/>
        <w:t>День зазолотився.&lt;br /&gt;</w:t>
        <w:br/>
        <w:t>Адам сидить коло річки,&lt;br /&gt;</w:t>
        <w:br/>
        <w:t>Аж бог появився.</w:t>
      </w:r>
    </w:p>
    <w:p>
      <w:r>
        <w:br/>
        <w:t>"Що, Адаме, так сумуєш? —&lt;br /&gt;</w:t>
        <w:br/>
        <w:t>Каже бог до него.-&lt;br /&gt;</w:t>
        <w:br/>
        <w:t>Чого тобі недостало&lt;br /&gt;</w:t>
        <w:br/>
        <w:t>Ще до того всего?",</w:t>
      </w:r>
    </w:p>
    <w:p>
      <w:r>
        <w:br/>
        <w:t>Адам глянув, поклонився&lt;br /&gt;</w:t>
        <w:br/>
        <w:t>І говорить: "Боже!&lt;br /&gt;</w:t>
        <w:br/>
        <w:t>Що йно тілько ти содіяв.&lt;br /&gt;</w:t>
        <w:br/>
        <w:t>Все то мені гоже.</w:t>
      </w:r>
    </w:p>
    <w:p>
      <w:r>
        <w:br/>
        <w:t>Но я тужу, і сумую,&lt;br /&gt;</w:t>
        <w:br/>
        <w:t>І в раю журюся:&lt;br /&gt;</w:t>
        <w:br/>
        <w:t>Я їден тут як той палець,&lt;br /&gt;</w:t>
        <w:br/>
        <w:t>Де не повернуся".</w:t>
      </w:r>
    </w:p>
    <w:p>
      <w:r>
        <w:br/>
        <w:t>XIII</w:t>
      </w:r>
    </w:p>
    <w:p>
      <w:r>
        <w:br/>
        <w:t>"Не журися! — бог говорить,-&lt;br /&gt;</w:t>
        <w:br/>
        <w:t>Будеш друга мати:&lt;br /&gt;</w:t>
        <w:br/>
        <w:t>Взавтра вийди до схід сонця&lt;br /&gt;</w:t>
        <w:br/>
        <w:t>Руки умивати.</w:t>
      </w:r>
    </w:p>
    <w:p>
      <w:r>
        <w:br/>
        <w:t>Вмочи в росу малий палець&lt;br /&gt;</w:t>
        <w:br/>
        <w:t>І тріпни рукою,&lt;br /&gt;</w:t>
        <w:br/>
        <w:t>Лиш павідворіт не тріпай,&lt;br /&gt;</w:t>
        <w:br/>
        <w:t>А перед собою".</w:t>
      </w:r>
    </w:p>
    <w:p>
      <w:r>
        <w:br/>
        <w:t>І з сим словом віддалився,&lt;br /&gt;</w:t>
        <w:br/>
        <w:t>А Адам став ждати,&lt;br /&gt;</w:t>
        <w:br/>
        <w:t>Коли час йому наступить&lt;br /&gt;</w:t>
        <w:br/>
        <w:t>Руки умивати.</w:t>
      </w:r>
    </w:p>
    <w:p>
      <w:r>
        <w:br/>
        <w:t>І от нічка проминула,&lt;br /&gt;</w:t>
        <w:br/>
        <w:t>Ранок наступає,&lt;br /&gt;</w:t>
        <w:br/>
        <w:t>І він, бідний, чи забувся,&lt;br /&gt;</w:t>
        <w:br/>
        <w:t>Чи бог його зщає:</w:t>
      </w:r>
    </w:p>
    <w:p>
      <w:r>
        <w:br/>
        <w:t>Як помочив усі пальці&lt;br /&gt;</w:t>
        <w:br/>
        <w:t>Ранньою росою.&lt;br /&gt;</w:t>
        <w:br/>
        <w:t>Так навідворіт і тріпнув&lt;br /&gt;</w:t>
        <w:br/>
        <w:t>Цілою рукою!</w:t>
      </w:r>
    </w:p>
    <w:p>
      <w:r>
        <w:br/>
        <w:t>І з'явилось п'ять чортяків.&lt;br /&gt;</w:t>
        <w:br/>
        <w:t>Адам — утікати.&lt;br /&gt;</w:t>
        <w:br/>
        <w:t>А вони давай всі разом&lt;br /&gt;</w:t>
        <w:br/>
        <w:t>Пазури мачати.</w:t>
      </w:r>
    </w:p>
    <w:p>
      <w:r>
        <w:br/>
        <w:t>І мачають, і махають&lt;br /&gt;</w:t>
        <w:br/>
        <w:t>Обома руками,-&lt;br /&gt;</w:t>
        <w:br/>
        <w:t>Другі родяться чортяки,&lt;br /&gt;</w:t>
        <w:br/>
        <w:t>Роблять теє ж саме.</w:t>
      </w:r>
    </w:p>
    <w:p>
      <w:r>
        <w:br/>
        <w:t>І робота не кінчалась,&lt;br /&gt;</w:t>
        <w:br/>
        <w:t>І роси ставало,-&lt;br /&gt;</w:t>
        <w:br/>
        <w:t>І намножилось чортяків —&lt;br /&gt;</w:t>
        <w:br/>
        <w:t>Аж небо тріщало!</w:t>
      </w:r>
    </w:p>
    <w:p>
      <w:r>
        <w:br/>
        <w:t>XIV</w:t>
      </w:r>
    </w:p>
    <w:p>
      <w:r>
        <w:br/>
        <w:t>Аж з'явився бог до раю.&lt;br /&gt;</w:t>
        <w:br/>
        <w:t>І все затихає.&lt;br /&gt;</w:t>
        <w:br/>
        <w:t>І усіх чортів із раю&lt;br /&gt;</w:t>
        <w:br/>
        <w:t>В бездну виганяє.</w:t>
      </w:r>
    </w:p>
    <w:p>
      <w:r>
        <w:br/>
        <w:t>І чорти, як тая хмара,&lt;br /&gt;</w:t>
        <w:br/>
        <w:t>3 неба полетіли&lt;br /&gt;</w:t>
        <w:br/>
        <w:t>І, де бога спом'янули, —&lt;br /&gt;</w:t>
        <w:br/>
        <w:t>Там вони і сіли;</w:t>
      </w:r>
    </w:p>
    <w:p>
      <w:r>
        <w:br/>
        <w:t>Хто на небі, хто під небом,&lt;br /&gt;</w:t>
        <w:br/>
        <w:t>А хто над водою;&lt;br /&gt;</w:t>
        <w:br/>
        <w:t>Много на землі осталось.&lt;br /&gt;</w:t>
        <w:br/>
        <w:t>Много під земльою.</w:t>
      </w:r>
    </w:p>
    <w:p>
      <w:r>
        <w:br/>
        <w:t>Но хоть зразу з переляку&lt;br /&gt;</w:t>
        <w:br/>
        <w:t>Бога споминали,&lt;br /&gt;</w:t>
        <w:br/>
        <w:t>Та потому всі до змія&lt;br /&gt;</w:t>
        <w:br/>
        <w:t>Як їден пристали.</w:t>
      </w:r>
    </w:p>
    <w:p>
      <w:r>
        <w:br/>
        <w:t>І тепер чорти на світі&lt;br /&gt;</w:t>
        <w:br/>
        <w:t>Лихо виробляють:&lt;br /&gt;</w:t>
        <w:br/>
        <w:t>Домовії всіх у хаті&lt;br /&gt;</w:t>
        <w:br/>
        <w:t>До гріха склоняють.</w:t>
      </w:r>
    </w:p>
    <w:p>
      <w:r>
        <w:br/>
        <w:t>Лісовії й польовії&lt;br /&gt;</w:t>
        <w:br/>
        <w:t>Водять бог де знає;&lt;br /&gt;</w:t>
        <w:br/>
        <w:t>Водяний до ніг частенько&lt;br /&gt;</w:t>
        <w:br/>
        <w:t>Камінці чіпляє.</w:t>
      </w:r>
    </w:p>
    <w:p>
      <w:r>
        <w:br/>
        <w:t>А хто вішатися хоче —&lt;br /&gt;</w:t>
        <w:br/>
        <w:t>Тому помагають&lt;br /&gt;</w:t>
        <w:br/>
        <w:t>Ті чортяки, що в повітрі&lt;br /&gt;</w:t>
        <w:br/>
        <w:t>Над землей літають.</w:t>
      </w:r>
    </w:p>
    <w:p>
      <w:r>
        <w:br/>
        <w:t>XV</w:t>
      </w:r>
    </w:p>
    <w:p>
      <w:r>
        <w:br/>
        <w:t>Піднебеснії чортяки&lt;br /&gt;</w:t>
        <w:br/>
        <w:t>Бога не бояться&lt;br /&gt;</w:t>
        <w:br/>
        <w:t>І, як в хмарі господь ходить,&lt;br /&gt;</w:t>
        <w:br/>
        <w:t>З господом дражняться.</w:t>
      </w:r>
    </w:p>
    <w:p>
      <w:r>
        <w:br/>
        <w:t>Господь на них і пускає&lt;br /&gt;</w:t>
        <w:br/>
        <w:t>Громовії стріли;&lt;br /&gt;</w:t>
        <w:br/>
        <w:t>І стріла їх скрізь находить,&lt;br /&gt;</w:t>
        <w:br/>
        <w:t>Де б вони не сіли.</w:t>
      </w:r>
    </w:p>
    <w:p>
      <w:r>
        <w:br/>
        <w:t>Часом мухою чорт стане,&lt;br /&gt;</w:t>
        <w:br/>
        <w:t>Налетить на кого,&lt;br /&gt;</w:t>
        <w:br/>
        <w:t>Грім тут чорта забиває&lt;br /&gt;</w:t>
        <w:br/>
        <w:t>Й чоловіка того.</w:t>
      </w:r>
    </w:p>
    <w:p>
      <w:r>
        <w:br/>
        <w:t>(Не впевняю, чи то правда,&lt;br /&gt;</w:t>
        <w:br/>
        <w:t>Но говорять люде,&lt;br /&gt;</w:t>
        <w:br/>
        <w:t>Кого грім лиш забиває,&lt;br /&gt;</w:t>
        <w:br/>
        <w:t>Той безгрішний буде).</w:t>
      </w:r>
    </w:p>
    <w:p>
      <w:r>
        <w:br/>
        <w:t>А як в небі загоряться&lt;br /&gt;</w:t>
        <w:br/>
        <w:t>Свічі восковії,&lt;br /&gt;</w:t>
        <w:br/>
        <w:t>Ті чортяки, що на небі,&lt;br /&gt;</w:t>
        <w:br/>
        <w:t>Світять смолянії.</w:t>
      </w:r>
    </w:p>
    <w:p>
      <w:r>
        <w:br/>
        <w:t>Тоді ангели там ходять&lt;br /&gt;</w:t>
        <w:br/>
        <w:t>Свічі відіймають&lt;br /&gt;</w:t>
        <w:br/>
        <w:t>І на землю їх з чортами&lt;br /&gt;</w:t>
        <w:br/>
        <w:t>З неба іскидають.</w:t>
      </w:r>
    </w:p>
    <w:p>
      <w:r>
        <w:br/>
        <w:t>І не раз в ясненьку нічку&lt;br /&gt;</w:t>
        <w:br/>
        <w:t>Видно, як спадає.&lt;br /&gt;</w:t>
        <w:br/>
        <w:t>І де впаде — там смолою&lt;br /&gt;</w:t>
        <w:br/>
        <w:t>Травка запливає.</w:t>
      </w:r>
    </w:p>
    <w:p>
      <w:r>
        <w:br/>
        <w:t>XVI</w:t>
      </w:r>
    </w:p>
    <w:p>
      <w:r>
        <w:br/>
        <w:t>І говорить бог Адаму:&lt;br /&gt;</w:t>
        <w:br/>
        <w:t>"Сину мій, Адаме!&lt;br /&gt;</w:t>
        <w:br/>
        <w:t>Нащось тріпав позад себе&lt;br /&gt;</w:t>
        <w:br/>
        <w:t>Мокрими руками !?</w:t>
      </w:r>
    </w:p>
    <w:p>
      <w:r>
        <w:br/>
        <w:t>ОЙ! від сего стережися,&lt;br /&gt;</w:t>
        <w:br/>
        <w:t>Поки будеш жити.&lt;br /&gt;</w:t>
        <w:br/>
        <w:t>Да і дітям своїм теє&lt;br /&gt;</w:t>
        <w:br/>
        <w:t>Закажи робити!"</w:t>
      </w:r>
    </w:p>
    <w:p>
      <w:r>
        <w:br/>
        <w:t>(І тепер то пам'ятають&lt;br /&gt;</w:t>
        <w:br/>
        <w:t>Всі хрещені люде,&lt;br /&gt;</w:t>
        <w:br/>
        <w:t>Да і послі мир хрещений&lt;br /&gt;</w:t>
        <w:br/>
        <w:t>Пам'ятати буде).</w:t>
      </w:r>
    </w:p>
    <w:p>
      <w:r>
        <w:br/>
        <w:t>Знав то господь милосердний,&lt;br /&gt;</w:t>
        <w:br/>
        <w:t>Що Адаму гоже,&lt;br /&gt;</w:t>
        <w:br/>
        <w:t>Знав він добре, що для серця&lt;br /&gt;</w:t>
        <w:br/>
        <w:t>Жінка лиш поможе.</w:t>
      </w:r>
    </w:p>
    <w:p>
      <w:r>
        <w:br/>
        <w:t>І в минуті сон на него&lt;br /&gt;</w:t>
        <w:br/>
        <w:t>Господь насилає,&lt;br /&gt;</w:t>
        <w:br/>
        <w:t>І над сонним чоловіком&lt;br /&gt;</w:t>
        <w:br/>
        <w:t>Думоньку гадає.</w:t>
      </w:r>
    </w:p>
    <w:p>
      <w:r>
        <w:br/>
        <w:t>І гадає, і не знає,&lt;br /&gt;</w:t>
        <w:br/>
        <w:t>Звідки що почати:&lt;br /&gt;</w:t>
        <w:br/>
        <w:t>"З голови возьму,— подумав,-&lt;br /&gt;</w:t>
        <w:br/>
        <w:t>Буде за лоб брати;</w:t>
      </w:r>
    </w:p>
    <w:p>
      <w:r>
        <w:br/>
        <w:t>Возьму руку — жінка мужу&lt;br /&gt;</w:t>
        <w:br/>
        <w:t>Ввік не дасть покою;&lt;br /&gt;</w:t>
        <w:br/>
        <w:t>Возьму ногу — но муж буде&lt;br /&gt;</w:t>
        <w:br/>
        <w:t>В неї під п'ятою.</w:t>
      </w:r>
    </w:p>
    <w:p>
      <w:r>
        <w:br/>
        <w:t>Тра, щоб жінка чоловіка&lt;br /&gt;</w:t>
        <w:br/>
        <w:t>Лиш могла кохати".&lt;br /&gt;</w:t>
        <w:br/>
        <w:t>І роздумав — і ребро став&lt;br /&gt;</w:t>
        <w:br/>
        <w:t>Лівеє ламати.</w:t>
      </w:r>
    </w:p>
    <w:p>
      <w:r>
        <w:br/>
        <w:t>XVII</w:t>
      </w:r>
    </w:p>
    <w:p>
      <w:r>
        <w:br/>
        <w:t>І в минуті з ребра того&lt;br /&gt;</w:t>
        <w:br/>
        <w:t>Жінка із'явилась.&lt;br /&gt;</w:t>
        <w:br/>
        <w:t>Поглянула на Адама,&lt;br /&gt;</w:t>
        <w:br/>
        <w:t>Збоку положилась.</w:t>
      </w:r>
    </w:p>
    <w:p>
      <w:r>
        <w:br/>
        <w:t>І іде господь до неба,&lt;br /&gt;</w:t>
        <w:br/>
        <w:t>Їх благославляє,&lt;br /&gt;</w:t>
        <w:br/>
        <w:t>А тим часом із Адамом&lt;br /&gt;</w:t>
        <w:br/>
        <w:t>Єва засипає.</w:t>
      </w:r>
    </w:p>
    <w:p>
      <w:r>
        <w:br/>
        <w:t>І Адаму сниться, сниться,&lt;br /&gt;</w:t>
        <w:br/>
        <w:t>І все так миленько,&lt;br /&gt;</w:t>
        <w:br/>
        <w:t>І обняв рукою Єву,&lt;br /&gt;</w:t>
        <w:br/>
        <w:t>І здихнув легенько .</w:t>
      </w:r>
    </w:p>
    <w:p>
      <w:r>
        <w:br/>
        <w:t>І здихнув — і пробудився ...&lt;br /&gt;</w:t>
        <w:br/>
        <w:t>Милая годинаї&lt;br /&gt;</w:t>
        <w:br/>
        <w:t>Коло него, як калина,&lt;br /&gt;</w:t>
        <w:br/>
        <w:t>Сонная дівчина.</w:t>
      </w:r>
    </w:p>
    <w:p>
      <w:r>
        <w:br/>
        <w:t>Билось мило його серце,&lt;br /&gt;</w:t>
        <w:br/>
        <w:t>Душа веселилась,&lt;br /&gt;</w:t>
        <w:br/>
        <w:t>Тут і Єва потягнулась,&lt;br /&gt;</w:t>
        <w:br/>
        <w:t>В чарах пробудилась.</w:t>
      </w:r>
    </w:p>
    <w:p>
      <w:r>
        <w:br/>
        <w:t>І обоє меж собою&lt;br /&gt;</w:t>
        <w:br/>
        <w:t>Щиро поглянули,&lt;br /&gt;</w:t>
        <w:br/>
        <w:t>Поглянули, обійнялись,&lt;br /&gt;</w:t>
        <w:br/>
        <w:t>І за все забули.</w:t>
      </w:r>
    </w:p>
    <w:p>
      <w:r>
        <w:br/>
        <w:t>І пройшла для них минута&lt;br /&gt;</w:t>
        <w:br/>
        <w:t>Першого кохання —&lt;br /&gt;</w:t>
        <w:br/>
        <w:t>І приніс Адам для Єви&lt;br /&gt;</w:t>
        <w:br/>
        <w:t>Яблук на снідання.</w:t>
      </w:r>
    </w:p>
    <w:p>
      <w:r>
        <w:br/>
        <w:t>І поснідали обоє,&lt;br /&gt;</w:t>
        <w:br/>
        <w:t>І пішли вздовж раю,&lt;br /&gt;</w:t>
        <w:br/>
        <w:t>І їм сонечко спочило&lt;br /&gt;</w:t>
        <w:br/>
        <w:t>У самого краю.</w:t>
      </w:r>
    </w:p>
    <w:p>
      <w:r>
        <w:br/>
        <w:t>І обоє разом стали,&lt;br /&gt;</w:t>
        <w:br/>
        <w:t>Богу помолились,&lt;br /&gt;</w:t>
        <w:br/>
        <w:t>І під деревом крислатим&lt;br /&gt;</w:t>
        <w:br/>
        <w:t>Спати положились.</w:t>
      </w:r>
    </w:p>
    <w:p>
      <w:r>
        <w:br/>
        <w:t>XVIII</w:t>
      </w:r>
    </w:p>
    <w:p>
      <w:r>
        <w:br/>
        <w:t>Спить Адам, но змій лукавий&lt;br /&gt;</w:t>
        <w:br/>
        <w:t>Сну чогось не має&lt;br /&gt;</w:t>
        <w:br/>
        <w:t>І до себе на пораду&lt;br /&gt;</w:t>
        <w:br/>
        <w:t>Всіх чортів скликає.</w:t>
      </w:r>
    </w:p>
    <w:p>
      <w:r>
        <w:br/>
        <w:t>І злетілися чортяки,&lt;br /&gt;</w:t>
        <w:br/>
        <w:t>Бездну всю зайняли,&lt;br /&gt;</w:t>
        <w:br/>
        <w:t>І, як слуги перед паном,&lt;br /&gt;</w:t>
        <w:br/>
        <w:t>Перед змієм стали.</w:t>
      </w:r>
    </w:p>
    <w:p>
      <w:r>
        <w:br/>
        <w:t>І говорить їм лукавий:&lt;br /&gt;</w:t>
        <w:br/>
        <w:t>"Діти мої, діти!&lt;br /&gt;</w:t>
        <w:br/>
        <w:t>Полетіть мені до раю,&lt;br /&gt;</w:t>
        <w:br/>
        <w:t>Вісті принесіте.</w:t>
      </w:r>
    </w:p>
    <w:p>
      <w:r>
        <w:br/>
        <w:t>Чогось скучно мені стало,&lt;br /&gt;</w:t>
        <w:br/>
        <w:t>Нічого робити,-&lt;br /&gt;</w:t>
        <w:br/>
        <w:t>Тра щось думати, гадати.&lt;br /&gt;</w:t>
        <w:br/>
        <w:t>Щоб людей згубити!"</w:t>
      </w:r>
    </w:p>
    <w:p>
      <w:r>
        <w:br/>
        <w:t>І сто тисяч підійнялось,&lt;br /&gt;</w:t>
        <w:br/>
        <w:t>З бездни полетіло,&lt;br /&gt;</w:t>
        <w:br/>
        <w:t>Полетіло, понеслося,&lt;br /&gt;</w:t>
        <w:br/>
        <w:t>Де сонечко сіло.</w:t>
      </w:r>
    </w:p>
    <w:p>
      <w:r>
        <w:br/>
        <w:t>І в годині повернулись,&lt;br /&gt;</w:t>
        <w:br/>
        <w:t>Змію розказали,&lt;br /&gt;</w:t>
        <w:br/>
        <w:t>Що у раю край дороги&lt;br /&gt;</w:t>
        <w:br/>
        <w:t>Адам з Євой спали.</w:t>
      </w:r>
    </w:p>
    <w:p>
      <w:r>
        <w:br/>
        <w:t>І піднявся змій лукавий,&lt;br /&gt;</w:t>
        <w:br/>
        <w:t>Зо всіма простився,&lt;br /&gt;</w:t>
        <w:br/>
        <w:t>І ще до світу, до рання,&lt;br /&gt;</w:t>
        <w:br/>
        <w:t>У раю з'явився.</w:t>
      </w:r>
    </w:p>
    <w:p>
      <w:r>
        <w:br/>
        <w:t>І звинувся — й перескочив&lt;br /&gt;</w:t>
        <w:br/>
        <w:t>Річку вогневую,&lt;br /&gt;</w:t>
        <w:br/>
        <w:t>І в садочку обвинувся&lt;br /&gt;</w:t>
        <w:br/>
        <w:t>На яблуньку злую.</w:t>
      </w:r>
    </w:p>
    <w:p>
      <w:r>
        <w:br/>
        <w:t>XIX</w:t>
      </w:r>
    </w:p>
    <w:p>
      <w:r>
        <w:br/>
        <w:t>Сонце встало, засіяло,&lt;br /&gt;</w:t>
        <w:br/>
        <w:t>Єва пробудилась,&lt;br /&gt;</w:t>
        <w:br/>
        <w:t>Пішла, стала під-рікою,&lt;br /&gt;</w:t>
        <w:br/>
        <w:t>Як годиться, вмилась.</w:t>
      </w:r>
    </w:p>
    <w:p>
      <w:r>
        <w:br/>
        <w:t>Вмилась, перейшла місточок,&lt;br /&gt;</w:t>
        <w:br/>
        <w:t>Вийшла на дорогу&lt;br /&gt;</w:t>
        <w:br/>
        <w:t>І ходила меж садами,&lt;br /&gt;</w:t>
        <w:br/>
        <w:t>І молилась богу.</w:t>
      </w:r>
    </w:p>
    <w:p>
      <w:r>
        <w:br/>
        <w:t>І поглянула наліво,&lt;br /&gt;</w:t>
        <w:br/>
        <w:t>Де вогонь палився:&lt;br /&gt;</w:t>
        <w:br/>
        <w:t>Цілий сад там в золотії&lt;br /&gt;</w:t>
        <w:br/>
        <w:t>Яблучка облився.</w:t>
      </w:r>
    </w:p>
    <w:p>
      <w:r>
        <w:br/>
        <w:t>Стала думати-гадати,&lt;br /&gt;</w:t>
        <w:br/>
        <w:t>Як би їх достати,-&lt;br /&gt;</w:t>
        <w:br/>
        <w:t>Коли слухає: до неї&lt;br /&gt;</w:t>
        <w:br/>
        <w:t>Хтось почав казати:</w:t>
      </w:r>
    </w:p>
    <w:p>
      <w:r>
        <w:br/>
        <w:t>"Не журися, молодице!&lt;br /&gt;</w:t>
        <w:br/>
        <w:t>Хто устане зрання,&lt;br /&gt;</w:t>
        <w:br/>
        <w:t>Тому з саду можна дати&lt;br /&gt;</w:t>
        <w:br/>
        <w:t>Яблук на снідання!"</w:t>
      </w:r>
    </w:p>
    <w:p>
      <w:r>
        <w:br/>
        <w:t>І до неї пара яблук&lt;br /&gt;</w:t>
        <w:br/>
        <w:t>Золотих скотилась.-&lt;br /&gt;</w:t>
        <w:br/>
        <w:t>Єва взяла, скуштувала —&lt;br /&gt;</w:t>
        <w:br/>
        <w:t>Ніби похмелилась.</w:t>
      </w:r>
    </w:p>
    <w:p>
      <w:r>
        <w:br/>
        <w:t>Тут і муж десь показався,&lt;br /&gt;</w:t>
        <w:br/>
        <w:t>З нею поділився.&lt;br /&gt;</w:t>
        <w:br/>
        <w:t>Розжували і ковтають,&lt;br /&gt;</w:t>
        <w:br/>
        <w:t>Аж бог появився.</w:t>
      </w:r>
    </w:p>
    <w:p>
      <w:r>
        <w:br/>
        <w:t>Ніщо діяти! ковтати!&lt;br /&gt;</w:t>
        <w:br/>
        <w:t>Єві теє вдалось.&lt;br /&gt;</w:t>
        <w:br/>
        <w:t>А Адаму в самім горлі&lt;br /&gt;</w:t>
        <w:br/>
        <w:t>Яблуко осталось.</w:t>
      </w:r>
    </w:p>
    <w:p>
      <w:r>
        <w:br/>
        <w:t>І про теє, що осталось,&lt;br /&gt;</w:t>
        <w:br/>
        <w:t>Люде добре знають,&lt;br /&gt;</w:t>
        <w:br/>
        <w:t>Бо всі мають знак на горлі,&lt;br /&gt;</w:t>
        <w:br/>
        <w:t>Лиш жінки не мають.</w:t>
      </w:r>
    </w:p>
    <w:p>
      <w:r>
        <w:br/>
        <w:t>XX</w:t>
      </w:r>
    </w:p>
    <w:p>
      <w:r>
        <w:br/>
        <w:t>Согрішив Адам невинний,&lt;br /&gt;</w:t>
        <w:br/>
        <w:t>Єва согрішила,&lt;br /&gt;</w:t>
        <w:br/>
        <w:t>Но всему змія виною:&lt;br /&gt;</w:t>
        <w:br/>
        <w:t>Змія підкусила.</w:t>
      </w:r>
    </w:p>
    <w:p>
      <w:r>
        <w:br/>
        <w:t>І вона ще була в раю,&lt;br /&gt;</w:t>
        <w:br/>
        <w:t>Як господь з'явився,&lt;br /&gt;</w:t>
        <w:br/>
        <w:t>І на нюю, на лукаву,&lt;br /&gt;</w:t>
        <w:br/>
        <w:t>Перший гнів ізлився.</w:t>
      </w:r>
    </w:p>
    <w:p>
      <w:r>
        <w:br/>
        <w:t>Кругом саду із канави&lt;br /&gt;</w:t>
        <w:br/>
        <w:t>Полум'я піднялось,&lt;br /&gt;</w:t>
        <w:br/>
        <w:t>Підійнялось і, як море,&lt;br /&gt;</w:t>
        <w:br/>
        <w:t>По саду розлялось.</w:t>
      </w:r>
    </w:p>
    <w:p>
      <w:r>
        <w:br/>
        <w:t>І зайнявся сад нещасний,&lt;br /&gt;</w:t>
        <w:br/>
        <w:t>І не угасає,&lt;br /&gt;</w:t>
        <w:br/>
        <w:t>І вогонь, той мир хрещений&lt;br /&gt;</w:t>
        <w:br/>
        <w:t>Пеклом називає ...</w:t>
      </w:r>
    </w:p>
    <w:p>
      <w:r>
        <w:br/>
        <w:t>Там навік змія палиться&lt;br /&gt;</w:t>
        <w:br/>
        <w:t>І палитись буде,&lt;br /&gt;</w:t>
        <w:br/>
        <w:t>І із нею всі чортяки&lt;br /&gt;</w:t>
        <w:br/>
        <w:t>І грішнії люде.</w:t>
      </w:r>
    </w:p>
    <w:p>
      <w:r>
        <w:br/>
        <w:t>Незабаром відімкнулась&lt;br /&gt;</w:t>
        <w:br/>
        <w:t>І північна брама,&lt;br /&gt;</w:t>
        <w:br/>
        <w:t>І промовив бог до Єви —&lt;br /&gt;</w:t>
        <w:br/>
        <w:t>Єви і Адама:</w:t>
      </w:r>
    </w:p>
    <w:p>
      <w:r>
        <w:br/>
        <w:t>"А ви, люде, не хотіли&lt;br /&gt;</w:t>
        <w:br/>
        <w:t>В раю шануватись:&lt;br /&gt;</w:t>
        <w:br/>
        <w:t>Тепер мусите сльозами&lt;br /&gt;</w:t>
        <w:br/>
        <w:t>Хліба дороблятись".</w:t>
      </w:r>
    </w:p>
    <w:p>
      <w:r>
        <w:br/>
        <w:t>І дає господь насіння,&lt;br /&gt;</w:t>
        <w:br/>
        <w:t>Заступ, дві лопати,&lt;br /&gt;</w:t>
        <w:br/>
        <w:t>І зачав Адама й Єву&lt;br /&gt;</w:t>
        <w:br/>
        <w:t>З раю виганяти.</w:t>
      </w:r>
    </w:p>
    <w:p>
      <w:r>
        <w:br/>
        <w:t>Вийшли з раю бідні люде&lt;br /&gt;</w:t>
        <w:br/>
        <w:t>І сльозами вмились:&lt;br /&gt;</w:t>
        <w:br/>
        <w:t>Вони чули, як за ними&lt;br /&gt;</w:t>
        <w:br/>
        <w:t>Брами зачинились.</w:t>
      </w:r>
    </w:p>
    <w:p>
      <w:r>
        <w:br/>
        <w:t>XXI</w:t>
      </w:r>
    </w:p>
    <w:p>
      <w:r>
        <w:br/>
        <w:t>Виміняв за шило швайку!&lt;br /&gt;</w:t>
        <w:br/>
        <w:t>Нічого діяти,-&lt;br /&gt;</w:t>
        <w:br/>
        <w:t>Давай заступ і лопату,&lt;br /&gt;</w:t>
        <w:br/>
        <w:t>Треба працювати!</w:t>
      </w:r>
    </w:p>
    <w:p>
      <w:r>
        <w:br/>
        <w:t>І працює, і горює&lt;br /&gt;</w:t>
        <w:br/>
        <w:t>Адам серед поля,&lt;br /&gt;</w:t>
        <w:br/>
        <w:t>Та не просить, щоби в поміч&lt;br /&gt;</w:t>
        <w:br/>
        <w:t>Стала божа воля.</w:t>
      </w:r>
    </w:p>
    <w:p>
      <w:r>
        <w:br/>
        <w:t>А диявол тому й радий:&lt;br /&gt;</w:t>
        <w:br/>
        <w:t>Що Адам скопає-&lt;br /&gt;</w:t>
        <w:br/>
        <w:t>То він за ніч вверх травою&lt;br /&gt;</w:t>
        <w:br/>
        <w:t>Поперевертає.</w:t>
      </w:r>
    </w:p>
    <w:p>
      <w:r>
        <w:br/>
        <w:t>І працює, і горює,&lt;br /&gt;</w:t>
        <w:br/>
        <w:t>А все зиску мало.&lt;br /&gt;</w:t>
        <w:br/>
        <w:t>Далі видить: кепське діло!&lt;br /&gt;</w:t>
        <w:br/>
        <w:t>Силоньки не стало.</w:t>
      </w:r>
    </w:p>
    <w:p>
      <w:r>
        <w:br/>
        <w:t>Болять крижі, болять руки,&lt;br /&gt;</w:t>
        <w:br/>
        <w:t>Голова не може,-&lt;br /&gt;</w:t>
        <w:br/>
        <w:t>I сказав він, іздихнувши:&lt;br /&gt;</w:t>
        <w:br/>
        <w:t>"Поможи мні, боже!"</w:t>
      </w:r>
    </w:p>
    <w:p>
      <w:r>
        <w:br/>
        <w:t>І поміг господь небесний&lt;br /&gt;</w:t>
        <w:br/>
        <w:t>Поле іскопати.&lt;br /&gt;</w:t>
        <w:br/>
        <w:t>І узяв Адам насіння,&lt;br /&gt;</w:t>
        <w:br/>
        <w:t>І став засівати.</w:t>
      </w:r>
    </w:p>
    <w:p>
      <w:r>
        <w:br/>
        <w:t>І засіяв, і волочить,&lt;br /&gt;</w:t>
        <w:br/>
        <w:t>Із-під шкури пнеться.&lt;br /&gt;</w:t>
        <w:br/>
        <w:t>А чорт ззаду на бороні&lt;br /&gt;</w:t>
        <w:br/>
        <w:t>Сидить та сміється.</w:t>
      </w:r>
    </w:p>
    <w:p>
      <w:r>
        <w:br/>
        <w:t>Аж тихенько з обротею&lt;br /&gt;</w:t>
        <w:br/>
        <w:t>Ангел появився:&lt;br /&gt;</w:t>
        <w:br/>
        <w:t>Схватив чорта — і в минуті&lt;br /&gt;</w:t>
        <w:br/>
        <w:t>З него кінь зробився.</w:t>
      </w:r>
    </w:p>
    <w:p>
      <w:r>
        <w:br/>
        <w:t>І запріг Адам коняку,&lt;br /&gt;</w:t>
        <w:br/>
        <w:t>І став волочити,&lt;br /&gt;</w:t>
        <w:br/>
        <w:t>І за роміч за велику&lt;br /&gt;</w:t>
        <w:br/>
        <w:t>Господа хвалити.</w:t>
      </w:r>
    </w:p>
    <w:p>
      <w:r>
        <w:br/>
        <w:t>XXII</w:t>
      </w:r>
    </w:p>
    <w:p>
      <w:r>
        <w:br/>
        <w:t>От уже Адам із Євой&lt;br /&gt;</w:t>
        <w:br/>
        <w:t>Кілька літ прожили,&lt;br /&gt;</w:t>
        <w:br/>
        <w:t>Позабули свої жалі,&lt;br /&gt;</w:t>
        <w:br/>
        <w:t>Землю полюбили.</w:t>
      </w:r>
    </w:p>
    <w:p>
      <w:r>
        <w:br/>
        <w:t>А тим часом дав бог діти,&lt;br /&gt;</w:t>
        <w:br/>
        <w:t>Сини хліб збирали,&lt;br /&gt;</w:t>
        <w:br/>
        <w:t>Дочки вдома коло мами&lt;br /&gt;</w:t>
        <w:br/>
        <w:t>Шили, вишивали,</w:t>
      </w:r>
    </w:p>
    <w:p>
      <w:r>
        <w:br/>
        <w:t>Тілько жити, поживати&lt;br /&gt;</w:t>
        <w:br/>
        <w:t>Та богу молитись.&lt;br /&gt;</w:t>
        <w:br/>
        <w:t>Аж тут раптом на Адама&lt;br /&gt;</w:t>
        <w:br/>
        <w:t>Тра біді звалитись!</w:t>
      </w:r>
    </w:p>
    <w:p>
      <w:r>
        <w:br/>
        <w:t>Була осінь, і зачали&lt;br /&gt;</w:t>
        <w:br/>
        <w:t>Дощики спадати,&lt;br /&gt;</w:t>
        <w:br/>
        <w:t>І поїхали два сина&lt;br /&gt;</w:t>
        <w:br/>
        <w:t>Сіно забирати.</w:t>
      </w:r>
    </w:p>
    <w:p>
      <w:r>
        <w:br/>
        <w:t>І зачали меж собою&lt;br /&gt;</w:t>
        <w:br/>
        <w:t>Очередуватись;&lt;br /&gt;</w:t>
        <w:br/>
        <w:t>Кому сіно подавати,&lt;br /&gt;</w:t>
        <w:br/>
        <w:t>А кому остатись.</w:t>
      </w:r>
    </w:p>
    <w:p>
      <w:r>
        <w:br/>
        <w:t>І сварилися, і бились,&lt;br /&gt;</w:t>
        <w:br/>
        <w:t>Далі вила взяли&lt;br /&gt;</w:t>
        <w:br/>
        <w:t>І в півночі помеж очі&lt;br /&gt;</w:t>
        <w:br/>
        <w:t>Вилами совали.</w:t>
      </w:r>
    </w:p>
    <w:p>
      <w:r>
        <w:br/>
        <w:t>І брат брата взяв на вила...&lt;br /&gt;</w:t>
        <w:br/>
        <w:t>Ллється кров рікою!&lt;br /&gt;</w:t>
        <w:br/>
        <w:t>І господь підняв їх внебо&lt;br /&gt;</w:t>
        <w:br/>
        <w:t>Правою рукою.</w:t>
      </w:r>
    </w:p>
    <w:p>
      <w:r>
        <w:br/>
        <w:t>І місяцем стали браття,&lt;br /&gt;</w:t>
        <w:br/>
        <w:t>І пішли по небу,&lt;br /&gt;</w:t>
        <w:br/>
        <w:t>І ще досі в небі світять&lt;br /&gt;</w:t>
        <w:br/>
        <w:t>Людям на потребу.</w:t>
      </w:r>
    </w:p>
    <w:p>
      <w:r>
        <w:br/>
        <w:t>І тепер на місяць гляньте:&lt;br /&gt;</w:t>
        <w:br/>
        <w:t>(Дивна божа сила!)&lt;br /&gt;</w:t>
        <w:br/>
        <w:t>На нім видно як два брати&lt;br /&gt;</w:t>
        <w:br/>
        <w:t>Взялися за вила.</w:t>
      </w:r>
    </w:p>
    <w:p>
      <w:r>
        <w:br/>
        <w:t>ХХІІІ</w:t>
      </w:r>
    </w:p>
    <w:p>
      <w:r>
        <w:br/>
        <w:t>Гірко було для Адама,&lt;br /&gt;</w:t>
        <w:br/>
        <w:t>Що сини пропали.&lt;br /&gt;</w:t>
        <w:br/>
        <w:t>І довгенько Адам з Євой&lt;br /&gt;</w:t>
        <w:br/>
        <w:t>Плакали, ридали.</w:t>
      </w:r>
    </w:p>
    <w:p>
      <w:r>
        <w:br/>
        <w:t>І ридали, й переслали:&lt;br /&gt;</w:t>
        <w:br/>
        <w:t>Тра було забути,&lt;br /&gt;</w:t>
        <w:br/>
        <w:t>Бо вмерлого, як-то кажуть,&lt;br /&gt;</w:t>
        <w:br/>
        <w:t>З гробу не вернути.</w:t>
      </w:r>
    </w:p>
    <w:p>
      <w:r>
        <w:br/>
        <w:t>І забули свої жалі,&lt;br /&gt;</w:t>
        <w:br/>
        <w:t>І весело жили,&lt;br /&gt;</w:t>
        <w:br/>
        <w:t>Працювали, їли, пили,&lt;br /&gt;</w:t>
        <w:br/>
        <w:t>Господа хвалили.</w:t>
      </w:r>
    </w:p>
    <w:p>
      <w:r>
        <w:br/>
        <w:t>І розжився наш прапрадід,&lt;br /&gt;</w:t>
        <w:br/>
        <w:t>Вмирати байдуже,&lt;br /&gt;</w:t>
        <w:br/>
        <w:t>І говорить: "Не умру Я,&lt;br /&gt;</w:t>
        <w:br/>
        <w:t>Бо я сильний дуже!"</w:t>
      </w:r>
    </w:p>
    <w:p>
      <w:r>
        <w:br/>
        <w:t>А бог з неба йому каже:&lt;br /&gt;</w:t>
        <w:br/>
        <w:t>"Сину, не хвалися!&lt;br /&gt;</w:t>
        <w:br/>
        <w:t>Хоч ти сильний, а зі смерті&lt;br /&gt;</w:t>
        <w:br/>
        <w:t>Ти даремне кпишся.</w:t>
      </w:r>
    </w:p>
    <w:p>
      <w:r>
        <w:br/>
        <w:t>Надійде година злая:&lt;br /&gt;</w:t>
        <w:br/>
        <w:t>Руки заболіють,&lt;br /&gt;</w:t>
        <w:br/>
        <w:t>Голова вся розійдеться,&lt;br /&gt;</w:t>
        <w:br/>
        <w:t>Ноги обімліють.</w:t>
      </w:r>
    </w:p>
    <w:p>
      <w:r>
        <w:br/>
        <w:t>Пожовтіють твої кості,&lt;br /&gt;</w:t>
        <w:br/>
        <w:t>Помертвіють жили,&lt;br /&gt;</w:t>
        <w:br/>
        <w:t>І тогді ти, як дитина,&lt;br /&gt;</w:t>
        <w:br/>
        <w:t>Будеш край могили".</w:t>
      </w:r>
    </w:p>
    <w:p>
      <w:r>
        <w:br/>
        <w:t>Трудно було віру дати:&lt;br /&gt;</w:t>
        <w:br/>
        <w:t>Сила бушувала.&lt;br /&gt;</w:t>
        <w:br/>
        <w:t>Но от раптом годинонька&lt;br /&gt;</w:t>
        <w:br/>
        <w:t>Чорная настала.</w:t>
      </w:r>
    </w:p>
    <w:p>
      <w:r>
        <w:br/>
        <w:t>ХХІV</w:t>
      </w:r>
    </w:p>
    <w:p>
      <w:r>
        <w:br/>
        <w:t>Заболіло всеньке тіло,&lt;br /&gt;</w:t>
        <w:br/>
        <w:t>Ноги защеміли,&lt;br /&gt;</w:t>
        <w:br/>
        <w:t>Засушило його кості,&lt;br /&gt;</w:t>
        <w:br/>
        <w:t>Жили оніміли.</w:t>
      </w:r>
    </w:p>
    <w:p>
      <w:r>
        <w:br/>
        <w:t>Голова вся розійшлася,&lt;br /&gt;</w:t>
        <w:br/>
        <w:t>І смерть наступає.&lt;br /&gt;</w:t>
        <w:br/>
        <w:t>Адам видить, що не жарти,-&lt;br /&gt;</w:t>
        <w:br/>
        <w:t>Сина закликає.</w:t>
      </w:r>
    </w:p>
    <w:p>
      <w:r>
        <w:br/>
        <w:t>І чуть дихає й говорить:&lt;br /&gt;</w:t>
        <w:br/>
        <w:t>"Сине, вірний сине!&lt;br /&gt;</w:t>
        <w:br/>
        <w:t>Піди; сину, на край світу,&lt;br /&gt;</w:t>
        <w:br/>
        <w:t>Вийди в небо синє.</w:t>
      </w:r>
    </w:p>
    <w:p>
      <w:r>
        <w:br/>
        <w:t>І скажи там слугам божим,&lt;br /&gt;</w:t>
        <w:br/>
        <w:t>Котрі коло раю,&lt;br /&gt;</w:t>
        <w:br/>
        <w:t>Oj слабий я, на постелі,&lt;br /&gt;</w:t>
        <w:br/>
        <w:t>Що я умираю.</w:t>
      </w:r>
    </w:p>
    <w:p>
      <w:r>
        <w:br/>
        <w:t>Попроси їх з того раю&lt;br /&gt;</w:t>
        <w:br/>
        <w:t>Що-небудь подати.&lt;br /&gt;</w:t>
        <w:br/>
        <w:t>ОЙ мій сину! то-то гірко,&lt;br /&gt;</w:t>
        <w:br/>
        <w:t>Гірко умирати".</w:t>
      </w:r>
    </w:p>
    <w:p>
      <w:r>
        <w:br/>
        <w:t>І заплакав наш прапрадід.&lt;br /&gt;</w:t>
        <w:br/>
        <w:t>Сльози проливає&lt;br /&gt;</w:t>
        <w:br/>
        <w:t>І в далекую дорогу&lt;br /&gt;</w:t>
        <w:br/>
        <w:t>Сина посилає.</w:t>
      </w:r>
    </w:p>
    <w:p>
      <w:r>
        <w:br/>
        <w:t>І враз з батьком син заплакав,&lt;br /&gt;</w:t>
        <w:br/>
        <w:t>Помолився богу,&lt;br /&gt;</w:t>
        <w:br/>
        <w:t>Поклонився батьку й неньці&lt;br /&gt;</w:t>
        <w:br/>
        <w:t>І пішов в дорогу.</w:t>
      </w:r>
    </w:p>
    <w:p>
      <w:r>
        <w:br/>
        <w:t>І Адаму ніби легше:&lt;br /&gt;</w:t>
        <w:br/>
        <w:t>Він надію має,&lt;br /&gt;</w:t>
        <w:br/>
        <w:t>Що достануть йому з раю,&lt;br /&gt;</w:t>
        <w:br/>
        <w:t>Чого він бажає.</w:t>
      </w:r>
    </w:p>
    <w:p>
      <w:r>
        <w:br/>
        <w:t>ХХV</w:t>
      </w:r>
    </w:p>
    <w:p>
      <w:r>
        <w:br/>
        <w:t>А синок пішов Адамів,&lt;br /&gt;</w:t>
        <w:br/>
        <w:t>Куди вели очі,&lt;br /&gt;</w:t>
        <w:br/>
        <w:t>І приходить на край світу&lt;br /&gt;</w:t>
        <w:br/>
        <w:t>Близько полуночі.</w:t>
      </w:r>
    </w:p>
    <w:p>
      <w:r>
        <w:br/>
        <w:t>І злипалось ясне небо&lt;br /&gt;</w:t>
        <w:br/>
        <w:t>З темною земльою,&lt;br /&gt;</w:t>
        <w:br/>
        <w:t>А за небом спочивало&lt;br /&gt;</w:t>
        <w:br/>
        <w:t>Сонце над водою.</w:t>
      </w:r>
    </w:p>
    <w:p>
      <w:r>
        <w:br/>
        <w:t>І говорить він до сонця:&lt;br /&gt;</w:t>
        <w:br/>
        <w:t>"Сонце, боже сонце!&lt;br /&gt;</w:t>
        <w:br/>
        <w:t>Покажи ти мені, сонце,&lt;br /&gt;</w:t>
        <w:br/>
        <w:t>До раю віконце!"</w:t>
      </w:r>
    </w:p>
    <w:p>
      <w:r>
        <w:br/>
        <w:t>Показало йому, сонце&lt;br /&gt;</w:t>
        <w:br/>
        <w:t>То віконце скраю,&lt;br /&gt;</w:t>
        <w:br/>
        <w:t>І проліз синок Адамів,&lt;br /&gt;</w:t>
        <w:br/>
        <w:t>І пішов до раю.</w:t>
      </w:r>
    </w:p>
    <w:p>
      <w:r>
        <w:br/>
        <w:t>І приходить він до раю:&lt;br /&gt;</w:t>
        <w:br/>
        <w:t>Брами під замками,&lt;br /&gt;</w:t>
        <w:br/>
        <w:t>Коло брами херувими&lt;br /&gt;</w:t>
        <w:br/>
        <w:t>З гострими мечами.</w:t>
      </w:r>
    </w:p>
    <w:p>
      <w:r>
        <w:br/>
        <w:t>І говорить син Адамів:&lt;br /&gt;</w:t>
        <w:br/>
        <w:t>"Ангели святії!&lt;br /&gt;</w:t>
        <w:br/>
        <w:t>Поступіться, відімкніте&lt;br /&gt;</w:t>
        <w:br/>
        <w:t>Брами віковіі.</w:t>
      </w:r>
    </w:p>
    <w:p>
      <w:r>
        <w:br/>
        <w:t>І що-небудь з раю дайте:&lt;br /&gt;</w:t>
        <w:br/>
        <w:t>Батько умирає!"&lt;br /&gt;</w:t>
        <w:br/>
        <w:t>А їден із херувимів&lt;br /&gt;</w:t>
        <w:br/>
        <w:t>Йому одвічає:</w:t>
      </w:r>
    </w:p>
    <w:p>
      <w:r>
        <w:br/>
        <w:t>"Раді б ми, Адамів сину,&lt;br /&gt;</w:t>
        <w:br/>
        <w:t>Брами відчинити.&lt;br /&gt;</w:t>
        <w:br/>
        <w:t>Да ключі не в нас, а в бога —&lt;br /&gt;</w:t>
        <w:br/>
        <w:t>Нічого чинити.</w:t>
      </w:r>
    </w:p>
    <w:p>
      <w:r>
        <w:br/>
        <w:t>Їднаково для Адама:&lt;br /&gt;</w:t>
        <w:br/>
        <w:t>А віддам, що маю!.." —&lt;br /&gt;</w:t>
        <w:br/>
        <w:t>І дав прут, що бог Адама&lt;br /&gt;</w:t>
        <w:br/>
        <w:t>Виганяв із раю.</w:t>
      </w:r>
    </w:p>
    <w:p>
      <w:r>
        <w:br/>
        <w:t>XXVI</w:t>
      </w:r>
    </w:p>
    <w:p>
      <w:r>
        <w:br/>
        <w:t>Повернувся син додому:&lt;br /&gt;</w:t>
        <w:br/>
        <w:t>Вся сім'я встрічає,&lt;br /&gt;</w:t>
        <w:br/>
        <w:t>А Адам посеред хати&lt;br /&gt;</w:t>
        <w:br/>
        <w:t>Дух свій іспускає.</w:t>
      </w:r>
    </w:p>
    <w:p>
      <w:r>
        <w:br/>
        <w:t>І кивнув на свого сина,&lt;br /&gt;</w:t>
        <w:br/>
        <w:t>І став говорити,&lt;br /&gt;</w:t>
        <w:br/>
        <w:t>Щоб йому із того прута&lt;br /&gt;</w:t>
        <w:br/>
        <w:t>Обручі зробити.</w:t>
      </w:r>
    </w:p>
    <w:p>
      <w:r>
        <w:br/>
        <w:t>І на троє прут розтяли,&lt;br /&gt;</w:t>
        <w:br/>
        <w:t>Обручі зробили&lt;br /&gt;</w:t>
        <w:br/>
        <w:t>І на голову Адаму&lt;br /&gt;</w:t>
        <w:br/>
        <w:t>Міцно наложили.</w:t>
      </w:r>
    </w:p>
    <w:p>
      <w:r>
        <w:br/>
        <w:t>І, говорять, перестало&lt;br /&gt;</w:t>
        <w:br/>
        <w:t>Голову ломити.&lt;br /&gt;</w:t>
        <w:br/>
        <w:t>Но даремне наш прапрадід&lt;br /&gt;</w:t>
        <w:br/>
        <w:t>Думав вічне жити.</w:t>
      </w:r>
    </w:p>
    <w:p>
      <w:r>
        <w:br/>
        <w:t>Надаремне й син таскався&lt;br /&gt;</w:t>
        <w:br/>
        <w:t>В далеку дорогу:&lt;br /&gt;</w:t>
        <w:br/>
        <w:t>Ще до рання Адам бідний&lt;br /&gt;</w:t>
        <w:br/>
        <w:t>Віддав душу богу.</w:t>
      </w:r>
    </w:p>
    <w:p>
      <w:r>
        <w:br/>
        <w:t>І зібрались його діти,&lt;br /&gt;</w:t>
        <w:br/>
        <w:t>Правнуки і внуки,&lt;br /&gt;</w:t>
        <w:br/>
        <w:t>І зробили домовину,&lt;br /&gt;</w:t>
        <w:br/>
        <w:t>Підняли на руки.</w:t>
      </w:r>
    </w:p>
    <w:p>
      <w:r>
        <w:br/>
        <w:t>І понесли, поховали,&lt;br /&gt;</w:t>
        <w:br/>
        <w:t>В землю закопали,&lt;br /&gt;</w:t>
        <w:br/>
        <w:t>І на першії могилі&lt;br /&gt;</w:t>
        <w:br/>
        <w:t>Гірко заридали.</w:t>
      </w:r>
    </w:p>
    <w:p>
      <w:r>
        <w:br/>
        <w:t>Заридали і могилу&lt;br /&gt;</w:t>
        <w:br/>
        <w:t>Слізьми оросили.&lt;br /&gt;</w:t>
        <w:br/>
        <w:t>І ті обручі з могили&lt;br /&gt;</w:t>
        <w:br/>
        <w:t>Паростки пустили.</w:t>
      </w:r>
    </w:p>
    <w:p>
      <w:r>
        <w:br/>
        <w:t>І з тих паростків потому,&lt;br /&gt;</w:t>
        <w:br/>
        <w:t>Де Адам і Єва,&lt;br /&gt;</w:t>
        <w:br/>
        <w:t>Стали кипарис, кедрина,&lt;br /&gt;</w:t>
        <w:br/>
        <w:t>Й триблаженне древо. [5]</w:t>
      </w:r>
    </w:p>
    <w:p>
      <w:r>
        <w:br/>
        <w:t>(19-22 серпня 1856 р.)</w:t>
      </w:r>
    </w:p>
    <w:p>
      <w:r>
        <w:br/>
        <w:t>2. ВЕЛЕТНІ</w:t>
      </w:r>
    </w:p>
    <w:p>
      <w:r>
        <w:br/>
        <w:t>І</w:t>
      </w:r>
    </w:p>
    <w:p>
      <w:r>
        <w:br/>
        <w:t>Були люде — великани,&lt;br /&gt;</w:t>
        <w:br/>
        <w:t>В півверстви шагали&lt;br /&gt;</w:t>
        <w:br/>
        <w:t>І руками мало-мало&lt;br /&gt;</w:t>
        <w:br/>
        <w:t>Неба не сягали.</w:t>
      </w:r>
    </w:p>
    <w:p>
      <w:r>
        <w:br/>
        <w:t>Ніпочому для них були&lt;br /&gt;</w:t>
        <w:br/>
        <w:t>Гори і долини;&lt;br /&gt;</w:t>
        <w:br/>
        <w:t>Ліси гнулись під ногами,&lt;br /&gt;</w:t>
        <w:br/>
        <w:t>Як тонкі билини.</w:t>
      </w:r>
    </w:p>
    <w:p>
      <w:r>
        <w:br/>
        <w:t>І згордили сильні люде&lt;br /&gt;</w:t>
        <w:br/>
        <w:t>Із своєї сили,&lt;br /&gt;</w:t>
        <w:br/>
        <w:t>Загордили і гріхами&lt;br /&gt;</w:t>
        <w:br/>
        <w:t>Бога прогнівили.</w:t>
      </w:r>
    </w:p>
    <w:p>
      <w:r>
        <w:br/>
        <w:t>Рано богу не молились,&lt;br /&gt;</w:t>
        <w:br/>
        <w:t>Посту не тримали,&lt;br /&gt;</w:t>
        <w:br/>
        <w:t>Їли, пили і гуляли,&lt;br /&gt;</w:t>
        <w:br/>
        <w:t>Свят не шанува.</w:t>
      </w:r>
    </w:p>
    <w:p>
      <w:r>
        <w:br/>
        <w:t>Стали баби чарувати,&lt;br /&gt;</w:t>
        <w:br/>
        <w:t>Дочок научати,&lt;br /&gt;</w:t>
        <w:br/>
        <w:t>Батьки волю синам дали&lt;br /&gt;</w:t>
        <w:br/>
        <w:t>Пити і гуляти.</w:t>
      </w:r>
    </w:p>
    <w:p>
      <w:r>
        <w:br/>
        <w:t>І піднялись син на батька,&lt;br /&gt;</w:t>
        <w:br/>
        <w:t>А дочка на неньку;&lt;br /&gt;</w:t>
        <w:br/>
        <w:t>Брат з сестрою проводжали&lt;br /&gt;</w:t>
        <w:br/>
        <w:t>Ніченьку темненьку.</w:t>
      </w:r>
    </w:p>
    <w:p>
      <w:r>
        <w:br/>
        <w:t>Кров, як воду, проливали,&lt;br /&gt;</w:t>
        <w:br/>
        <w:t>Різали, вбивали&lt;br /&gt;</w:t>
        <w:br/>
        <w:t>І гріхами все тяжкими&lt;br /&gt;</w:t>
        <w:br/>
        <w:t>Землю укривали.</w:t>
      </w:r>
    </w:p>
    <w:p>
      <w:r>
        <w:br/>
        <w:t>ІІ</w:t>
      </w:r>
    </w:p>
    <w:p>
      <w:r>
        <w:br/>
        <w:t>І збудили гріхи в небі&lt;br /&gt;</w:t>
        <w:br/>
        <w:t>Господа святого,&lt;br /&gt;</w:t>
        <w:br/>
        <w:t>І поглянув господь сильний&lt;br /&gt;</w:t>
        <w:br/>
        <w:t>З неба високого.</w:t>
      </w:r>
    </w:p>
    <w:p>
      <w:r>
        <w:br/>
        <w:t>І поглянув — і задумав&lt;br /&gt;</w:t>
        <w:br/>
        <w:t>Цілий світ згубити,&lt;br /&gt;</w:t>
        <w:br/>
        <w:t>Тілько Ной [6] зачав безгрішний&lt;br /&gt;</w:t>
        <w:br/>
        <w:t>Господа молити:</w:t>
      </w:r>
    </w:p>
    <w:p>
      <w:r>
        <w:br/>
        <w:t>"Не губи їх, сильний боже.&lt;br /&gt;</w:t>
        <w:br/>
        <w:t>Може, обратяться:&lt;br /&gt;</w:t>
        <w:br/>
        <w:t>Нехай тілько перед ними&lt;br /&gt;</w:t>
        <w:br/>
        <w:t>Чуда появляться!"</w:t>
      </w:r>
    </w:p>
    <w:p>
      <w:r>
        <w:br/>
        <w:t>І послухав господь Ноя:&lt;br /&gt;</w:t>
        <w:br/>
        <w:t>Кару відкладає&lt;br /&gt;</w:t>
        <w:br/>
        <w:t>І на небі ясне сонце&lt;br /&gt;</w:t>
        <w:br/>
        <w:t>Кров'ю обливає.</w:t>
      </w:r>
    </w:p>
    <w:p>
      <w:r>
        <w:br/>
        <w:t>І в полудень ясне небо&lt;br /&gt;</w:t>
        <w:br/>
        <w:t>Страшно потемніло,&lt;br /&gt;</w:t>
        <w:br/>
        <w:t>І, як шибка серед неба,&lt;br /&gt;</w:t>
        <w:br/>
        <w:t>Сонце червоніло;</w:t>
      </w:r>
    </w:p>
    <w:p>
      <w:r>
        <w:br/>
        <w:t>І стемніла земля ціла,&lt;br /&gt;</w:t>
        <w:br/>
        <w:t>Стала, як могила,&lt;br /&gt;</w:t>
        <w:br/>
        <w:t>І стадами меж хатами&lt;br /&gt;</w:t>
        <w:br/>
        <w:t>Звірина бродила.</w:t>
      </w:r>
    </w:p>
    <w:p>
      <w:r>
        <w:br/>
        <w:t>І говорить Ной правдивий:&lt;br /&gt;</w:t>
        <w:br/>
        <w:t>"Кайтесь; сильні люде!&lt;br /&gt;</w:t>
        <w:br/>
        <w:t>Сонце гасне, звірі бродять,-&lt;br /&gt;</w:t>
        <w:br/>
        <w:t>Кінець світу буде!"</w:t>
      </w:r>
    </w:p>
    <w:p>
      <w:r>
        <w:br/>
        <w:t>Но даремнеї грішні люде&lt;br /&gt;</w:t>
        <w:br/>
        <w:t>Того не вважають:&lt;br /&gt;</w:t>
        <w:br/>
        <w:t>П'ють, гуляють, розбивають,&lt;br /&gt;</w:t>
        <w:br/>
        <w:t>Бога прогнівляють.</w:t>
      </w:r>
    </w:p>
    <w:p>
      <w:r>
        <w:br/>
        <w:t>IІІ</w:t>
      </w:r>
    </w:p>
    <w:p>
      <w:r>
        <w:br/>
        <w:t>І задумався бог сильний,&lt;br /&gt;</w:t>
        <w:br/>
        <w:t>Став думу гадати,&lt;br /&gt;</w:t>
        <w:br/>
        <w:t>Яку кару грішним людям&lt;br /&gt;</w:t>
        <w:br/>
        <w:t>За гріхи їх дати.</w:t>
      </w:r>
    </w:p>
    <w:p>
      <w:r>
        <w:br/>
        <w:t>І придумав на всім хлібі&lt;br /&gt;</w:t>
        <w:br/>
        <w:t>Колос стеребити&lt;br /&gt;</w:t>
        <w:br/>
        <w:t>І всіх грішних нечестивих&lt;br /&gt;</w:t>
        <w:br/>
        <w:t>Голодом зморити.</w:t>
      </w:r>
    </w:p>
    <w:p>
      <w:r>
        <w:br/>
        <w:t>Тогді жито і пшениця&lt;br /&gt;</w:t>
        <w:br/>
        <w:t>Не такі бували:&lt;br /&gt;</w:t>
        <w:br/>
        <w:t>Всю стеблину аж донизу&lt;br /&gt;</w:t>
        <w:br/>
        <w:t>3ерна обливали.</w:t>
      </w:r>
    </w:p>
    <w:p>
      <w:r>
        <w:br/>
        <w:t>І зійшов господь із неба,&lt;br /&gt;</w:t>
        <w:br/>
        <w:t>Зшморгує колосся,&lt;br /&gt;</w:t>
        <w:br/>
        <w:t>Аж, на щастя, в полі бути&lt;br /&gt;</w:t>
        <w:br/>
        <w:t>Ною довелося.</w:t>
      </w:r>
    </w:p>
    <w:p>
      <w:r>
        <w:br/>
        <w:t>Ухватив він каждий колос&lt;br /&gt;</w:t>
        <w:br/>
        <w:t>На верху рукою&lt;br /&gt;</w:t>
        <w:br/>
        <w:t>І говорить: "Ще раз, боже,&lt;br /&gt;</w:t>
        <w:br/>
        <w:t>Молюсь пред тобою.</w:t>
      </w:r>
    </w:p>
    <w:p>
      <w:r>
        <w:br/>
        <w:t>Ми не варті твого хліба,&lt;br /&gt;</w:t>
        <w:br/>
        <w:t>Ми то добре знаєм,&lt;br /&gt;</w:t>
        <w:br/>
        <w:t>Но, як схочеш, і без того&lt;br /&gt;</w:t>
        <w:br/>
        <w:t>Всі ми повмираєм.</w:t>
      </w:r>
    </w:p>
    <w:p>
      <w:r>
        <w:br/>
        <w:t>А не буде нас на світі,&lt;br /&gt;</w:t>
        <w:br/>
        <w:t>Все же будуть люде-&lt;br /&gt;</w:t>
        <w:br/>
        <w:t>Нехай колос на стеблині&lt;br /&gt;</w:t>
        <w:br/>
        <w:t>Хоть на жменю буде!"</w:t>
      </w:r>
    </w:p>
    <w:p>
      <w:r>
        <w:br/>
        <w:t>І послухав господь Ноя,&lt;br /&gt;</w:t>
        <w:br/>
        <w:t>Колос оставляє,&lt;br /&gt;</w:t>
        <w:br/>
        <w:t>Но рід грішний, нечестивий&lt;br /&gt;</w:t>
        <w:br/>
        <w:t>Й того не вважає.</w:t>
      </w:r>
    </w:p>
    <w:p>
      <w:r>
        <w:br/>
        <w:t>ІV</w:t>
      </w:r>
    </w:p>
    <w:p>
      <w:r>
        <w:br/>
        <w:t>І говорить господь Ною:&lt;br /&gt;</w:t>
        <w:br/>
        <w:t>"Сину вірний, Ною!&lt;br /&gt;</w:t>
        <w:br/>
        <w:t>Ти готуйся,— все кінчилось!&lt;br /&gt;</w:t>
        <w:br/>
        <w:t>Кара над земльою!</w:t>
      </w:r>
    </w:p>
    <w:p>
      <w:r>
        <w:br/>
        <w:t>Знаєш рибу, що на собі&lt;br /&gt;</w:t>
        <w:br/>
        <w:t>Цілий світ тримає?&lt;br /&gt;</w:t>
        <w:br/>
        <w:t>Тая риба стрепенутись&lt;br /&gt;</w:t>
        <w:br/>
        <w:t>Штири рази має.</w:t>
      </w:r>
    </w:p>
    <w:p>
      <w:r>
        <w:br/>
        <w:t>І раз перший стрепенеться-&lt;br /&gt;</w:t>
        <w:br/>
        <w:t>Світ весь затрясеться.&lt;br /&gt;</w:t>
        <w:br/>
        <w:t>І земля вся надокола&lt;br /&gt;</w:t>
        <w:br/>
        <w:t>З небом розірветься.</w:t>
      </w:r>
    </w:p>
    <w:p>
      <w:r>
        <w:br/>
        <w:t>І раз другий стрепенеться,&lt;br /&gt;</w:t>
        <w:br/>
        <w:t>І перед тобою&lt;br /&gt;</w:t>
        <w:br/>
        <w:t>Уже кінцями потоне&lt;br /&gt;</w:t>
        <w:br/>
        <w:t>Земля під водою.</w:t>
      </w:r>
    </w:p>
    <w:p>
      <w:r>
        <w:br/>
        <w:t>І раз третій стрепенеться.&lt;br /&gt;</w:t>
        <w:br/>
        <w:t>І пройде година,-&lt;br /&gt;</w:t>
        <w:br/>
        <w:t>І сухою в світі буде&lt;br /&gt;</w:t>
        <w:br/>
        <w:t>Тілько середина.</w:t>
      </w:r>
    </w:p>
    <w:p>
      <w:r>
        <w:br/>
        <w:t>І останній раз стріпнеться —&lt;br /&gt;</w:t>
        <w:br/>
        <w:t>Цілий світ застогне,&lt;br /&gt;</w:t>
        <w:br/>
        <w:t>І на милю під водою&lt;br /&gt;</w:t>
        <w:br/>
        <w:t>Вся земля потоне.</w:t>
      </w:r>
    </w:p>
    <w:p>
      <w:r>
        <w:br/>
        <w:t>І даремне не молися:&lt;br /&gt;</w:t>
        <w:br/>
        <w:t>Не зміню я кари.&lt;br /&gt;</w:t>
        <w:br/>
        <w:t>Лиш тебе спасу з сім'єю&lt;br /&gt;</w:t>
        <w:br/>
        <w:t>І звірів по парі.</w:t>
      </w:r>
    </w:p>
    <w:p>
      <w:r>
        <w:br/>
        <w:t>Ти, лиш Ною, із сім'єю&lt;br /&gt;</w:t>
        <w:br/>
        <w:t>Будеш в світі жити,&lt;br /&gt;</w:t>
        <w:br/>
        <w:t>Поспішай лиш до потопу&lt;br /&gt;</w:t>
        <w:br/>
        <w:t>Корабель зробити".</w:t>
      </w:r>
    </w:p>
    <w:p>
      <w:r>
        <w:br/>
        <w:t>V</w:t>
      </w:r>
    </w:p>
    <w:p>
      <w:r>
        <w:br/>
        <w:t>Повернувся Ной додому,&lt;br /&gt;</w:t>
        <w:br/>
        <w:t>Всю сім'ю скликає&lt;br /&gt;</w:t>
        <w:br/>
        <w:t>І з сльозами волю божу&lt;br /&gt;</w:t>
        <w:br/>
        <w:t>Їм оповідає.</w:t>
      </w:r>
    </w:p>
    <w:p>
      <w:r>
        <w:br/>
        <w:t>І сам іде із синами&lt;br /&gt;</w:t>
        <w:br/>
        <w:t>Дерево рубати.&lt;br /&gt;</w:t>
        <w:br/>
        <w:t>А жінок послав на поле&lt;br /&gt;</w:t>
        <w:br/>
        <w:t>Хліб святий збирати.</w:t>
      </w:r>
    </w:p>
    <w:p>
      <w:r>
        <w:br/>
        <w:t>І рубає Ной з синами,&lt;br /&gt;</w:t>
        <w:br/>
        <w:t>Бог їм помагає:&lt;br /&gt;</w:t>
        <w:br/>
        <w:t>Що сокирою ударить —&lt;br /&gt;</w:t>
        <w:br/>
        <w:t>Дерево спадає.</w:t>
      </w:r>
    </w:p>
    <w:p>
      <w:r>
        <w:br/>
        <w:t>Аж в полудень — що за диво!&lt;br /&gt;</w:t>
        <w:br/>
        <w:t>Син іде до тата&lt;br /&gt;</w:t>
        <w:br/>
        <w:t>І приносить на долоні&lt;br /&gt;</w:t>
        <w:br/>
        <w:t>Сірі мишенята.</w:t>
      </w:r>
    </w:p>
    <w:p>
      <w:r>
        <w:br/>
        <w:t>І поглянув Ной старенький,&lt;br /&gt;</w:t>
        <w:br/>
        <w:t>І говорить сину:&lt;br /&gt;</w:t>
        <w:br/>
        <w:t>"Перейде наш світ великий&lt;br /&gt;</w:t>
        <w:br/>
        <w:t>На лиху годину.</w:t>
      </w:r>
    </w:p>
    <w:p>
      <w:r>
        <w:br/>
        <w:t>Ото видиш дві комахи —&lt;br /&gt;</w:t>
        <w:br/>
        <w:t>Такі будуть люди.&lt;br /&gt;</w:t>
        <w:br/>
        <w:t>А то — сірі мишенята-&lt;br /&gt;</w:t>
        <w:br/>
        <w:t>Іх худоба буде.</w:t>
      </w:r>
    </w:p>
    <w:p>
      <w:r>
        <w:br/>
        <w:t>А то — плуг їх такий буде...&lt;br /&gt;</w:t>
        <w:br/>
        <w:t>Сину, милий сину!&lt;br /&gt;</w:t>
        <w:br/>
        <w:t>Перейде наш світ великий&lt;br /&gt;</w:t>
        <w:br/>
        <w:t>На лиху годину!</w:t>
      </w:r>
    </w:p>
    <w:p>
      <w:r>
        <w:br/>
        <w:t>Віднеси іх туда, сину,&lt;br /&gt;</w:t>
        <w:br/>
        <w:t>Де вони взялися.&lt;br /&gt;</w:t>
        <w:br/>
        <w:t>Положи іх на то місце&lt;br /&gt;</w:t>
        <w:br/>
        <w:t>Й богу помолися!"</w:t>
      </w:r>
    </w:p>
    <w:p>
      <w:r>
        <w:br/>
        <w:t>І відніс їх, і почали&lt;br /&gt;</w:t>
        <w:br/>
        <w:t>Карлики орати,&lt;br /&gt;</w:t>
        <w:br/>
        <w:t>А синок пішов до батька&lt;br /&gt;</w:t>
        <w:br/>
        <w:t>Дерево рубати.</w:t>
      </w:r>
    </w:p>
    <w:p>
      <w:r>
        <w:br/>
        <w:t>VI</w:t>
      </w:r>
    </w:p>
    <w:p>
      <w:r>
        <w:br/>
        <w:t>Стрепенулась сильна риба,&lt;br /&gt;</w:t>
        <w:br/>
        <w:t>Страшно загуділо,&lt;br /&gt;</w:t>
        <w:br/>
        <w:t>Потряслося ціле небо,&lt;br /&gt;</w:t>
        <w:br/>
        <w:t>Сонце потемніло.</w:t>
      </w:r>
    </w:p>
    <w:p>
      <w:r>
        <w:br/>
        <w:t>І покинув Ной рубати,&lt;br /&gt;</w:t>
        <w:br/>
        <w:t>Став синів скликати,&lt;br /&gt;</w:t>
        <w:br/>
        <w:t>І казав дилі колоти&lt;br /&gt;</w:t>
        <w:br/>
        <w:t>І стовпи тесати.</w:t>
      </w:r>
    </w:p>
    <w:p>
      <w:r>
        <w:br/>
        <w:t>Тешуть, колють, дошки пилять,&lt;br /&gt;</w:t>
        <w:br/>
        <w:t>Бог їм помагає,&lt;br /&gt;</w:t>
        <w:br/>
        <w:t>Но, на лихо, і диявол&lt;br /&gt;</w:t>
        <w:br/>
        <w:t>Голову стромляє.</w:t>
      </w:r>
    </w:p>
    <w:p>
      <w:r>
        <w:br/>
        <w:t>І що за день бідні діти&lt;br /&gt;</w:t>
        <w:br/>
        <w:t>3 потом нарубають,-&lt;br /&gt;</w:t>
        <w:br/>
        <w:t>Чорти ноччю все надпилять,&lt;br /&gt;</w:t>
        <w:br/>
        <w:t>Другим підміняють.</w:t>
      </w:r>
    </w:p>
    <w:p>
      <w:r>
        <w:br/>
        <w:t>А сини собі байдуже:&lt;br /&gt;</w:t>
        <w:br/>
        <w:t>Того не вважають,&lt;br /&gt;</w:t>
        <w:br/>
        <w:t>Все новії стовпи тешуть,&lt;br /&gt;</w:t>
        <w:br/>
        <w:t>Пилять і рубають ..</w:t>
      </w:r>
    </w:p>
    <w:p>
      <w:r>
        <w:br/>
        <w:t>І от знову загуділо,&lt;br /&gt;</w:t>
        <w:br/>
        <w:t>Риба затряслася,&lt;br /&gt;</w:t>
        <w:br/>
        <w:t>І краями земля всяя&lt;br /&gt;</w:t>
        <w:br/>
        <w:t>Морем облилася.</w:t>
      </w:r>
    </w:p>
    <w:p>
      <w:r>
        <w:br/>
        <w:t>I покинули тесати,&lt;br /&gt;</w:t>
        <w:br/>
        <w:t>Стали будувати;&lt;br /&gt;</w:t>
        <w:br/>
        <w:t>Но не знати, як до дошки&lt;br /&gt;</w:t>
        <w:br/>
        <w:t>Дошку підібрати:</w:t>
      </w:r>
    </w:p>
    <w:p>
      <w:r>
        <w:br/>
        <w:t>Все без міри у них було!&lt;br /&gt;</w:t>
        <w:br/>
        <w:t>А потоп близенько! ..&lt;br /&gt;</w:t>
        <w:br/>
        <w:t>І Ной сів, і зажурився,&lt;br /&gt;</w:t>
        <w:br/>
        <w:t>І з дихнув тяженько.</w:t>
      </w:r>
    </w:p>
    <w:p>
      <w:r>
        <w:br/>
        <w:t>VII</w:t>
      </w:r>
    </w:p>
    <w:p>
      <w:r>
        <w:br/>
        <w:t>І поглянув господь сильний&lt;br /&gt;</w:t>
        <w:br/>
        <w:t>З неба високого,&lt;br /&gt;</w:t>
        <w:br/>
        <w:t>І до Ноя посилає&lt;br /&gt;</w:t>
        <w:br/>
        <w:t>Ангела святого.</w:t>
      </w:r>
    </w:p>
    <w:p>
      <w:r>
        <w:br/>
        <w:t>І злітає ангел з неба,&lt;br /&gt;</w:t>
        <w:br/>
        <w:t>І говорить Ною:&lt;br /&gt;</w:t>
        <w:br/>
        <w:t>"Не журися, вірний Ною:&lt;br /&gt;</w:t>
        <w:br/>
        <w:t>Сильний бог з тобою!</w:t>
      </w:r>
    </w:p>
    <w:p>
      <w:r>
        <w:br/>
        <w:t>Не журися, вірний Ною,&lt;br /&gt;</w:t>
        <w:br/>
        <w:t>Не велике горе.&lt;br /&gt;</w:t>
        <w:br/>
        <w:t>Хоть по кінцях цілу землю&lt;br /&gt;</w:t>
        <w:br/>
        <w:t>Затопило море.</w:t>
      </w:r>
    </w:p>
    <w:p>
      <w:r>
        <w:br/>
        <w:t>Ще раз третій не стрясуться&lt;br /&gt;</w:t>
        <w:br/>
        <w:t>Світові основи,&lt;br /&gt;</w:t>
        <w:br/>
        <w:t>А у тебе уже буде&lt;br /&gt;</w:t>
        <w:br/>
        <w:t>Корабель готовий.</w:t>
      </w:r>
    </w:p>
    <w:p>
      <w:r>
        <w:br/>
        <w:t>Бери дошку, яку хочеш,&lt;br /&gt;</w:t>
        <w:br/>
        <w:t>Приклади до дошки,&lt;br /&gt;</w:t>
        <w:br/>
        <w:t>І котора з них велика —&lt;br /&gt;</w:t>
        <w:br/>
        <w:t>Стули кінці трошки.</w:t>
      </w:r>
    </w:p>
    <w:p>
      <w:r>
        <w:br/>
        <w:t>Як коротка — натягни їх,&lt;br /&gt;</w:t>
        <w:br/>
        <w:t>І —вона пристане.&lt;br /&gt;</w:t>
        <w:br/>
        <w:t>А що діти натесали —&lt;br /&gt;</w:t>
        <w:br/>
        <w:t>На будівля стане.</w:t>
      </w:r>
    </w:p>
    <w:p>
      <w:r>
        <w:br/>
        <w:t>Помолись тілько богу,&lt;br /&gt;</w:t>
        <w:br/>
        <w:t>Щоби дав бог сили! —&lt;br /&gt;</w:t>
        <w:br/>
        <w:t>І з сим словом віддалився&lt;br /&gt;</w:t>
        <w:br/>
        <w:t>Ангел яснокрилий,</w:t>
      </w:r>
    </w:p>
    <w:p>
      <w:r>
        <w:br/>
        <w:t>І Ной міряє, стуляє,&lt;br /&gt;</w:t>
        <w:br/>
        <w:t>Кінці натягає&lt;br /&gt;</w:t>
        <w:br/>
        <w:t>І в суботу до неділі&lt;br /&gt;</w:t>
        <w:br/>
        <w:t>Корабель кінчає.</w:t>
      </w:r>
    </w:p>
    <w:p>
      <w:r>
        <w:br/>
        <w:t>VIII</w:t>
      </w:r>
    </w:p>
    <w:p>
      <w:r>
        <w:br/>
        <w:t>І в неділеньку святую&lt;br /&gt;</w:t>
        <w:br/>
        <w:t>Страшно загуділо.&lt;br /&gt;</w:t>
        <w:br/>
        <w:t>Земля всенька затряслася&lt;br /&gt;</w:t>
        <w:br/>
        <w:t>Море закипіло.</w:t>
      </w:r>
    </w:p>
    <w:p>
      <w:r>
        <w:br/>
        <w:t>Летять птахи, ідуть звірі,&lt;br /&gt;</w:t>
        <w:br/>
        <w:t>Каждії по парі.&lt;br /&gt;</w:t>
        <w:br/>
        <w:t>Тілько люде п'ють, гуляють&lt;br /&gt;</w:t>
        <w:br/>
        <w:t>І не чують кари.</w:t>
      </w:r>
    </w:p>
    <w:p>
      <w:r>
        <w:br/>
        <w:t>І зібрався Ной правдивий&lt;br /&gt;</w:t>
        <w:br/>
        <w:t>Із сім'єю свою,&lt;br /&gt;</w:t>
        <w:br/>
        <w:t>І по парі бере птахів&lt;br /&gt;</w:t>
        <w:br/>
        <w:t>І звірів з собою.</w:t>
      </w:r>
    </w:p>
    <w:p>
      <w:r>
        <w:br/>
        <w:t>Тілько птаха-носорожець [7]&lt;br /&gt;</w:t>
        <w:br/>
        <w:t>З сили загорділа&lt;br /&gt;</w:t>
        <w:br/>
        <w:t>І ховатись від потопу&lt;br /&gt;</w:t>
        <w:br/>
        <w:t>З Ноєм не хотіла.</w:t>
      </w:r>
    </w:p>
    <w:p>
      <w:r>
        <w:br/>
        <w:t>А тим часом все кінчилось.&lt;br /&gt;</w:t>
        <w:br/>
        <w:t>Двері зачинились,&lt;br /&gt;</w:t>
        <w:br/>
        <w:t>І підземнії основи&lt;br /&gt;</w:t>
        <w:br/>
        <w:t>Ще раз затрусились.</w:t>
      </w:r>
    </w:p>
    <w:p>
      <w:r>
        <w:br/>
        <w:t>Земля з шумом упірнула,&lt;br /&gt;</w:t>
        <w:br/>
        <w:t>Море розіллялось,&lt;br /&gt;</w:t>
        <w:br/>
        <w:t>І від страху сонце ясне&lt;br /&gt;</w:t>
        <w:br/>
        <w:t>В хмари заховалось.</w:t>
      </w:r>
    </w:p>
    <w:p>
      <w:r>
        <w:br/>
        <w:t>ІX</w:t>
      </w:r>
    </w:p>
    <w:p>
      <w:r>
        <w:br/>
        <w:t>Потонули, які були,&lt;br /&gt;</w:t>
        <w:br/>
        <w:t>Самі вищі гори.&lt;br /&gt;</w:t>
        <w:br/>
        <w:t>Наступила ніч темненька,&lt;br /&gt;</w:t>
        <w:br/>
        <w:t>Показались зорі.</w:t>
      </w:r>
    </w:p>
    <w:p>
      <w:r>
        <w:br/>
        <w:t>І кровавий місяць сходить,&lt;br /&gt;</w:t>
        <w:br/>
        <w:t>Сумно поглядає,&lt;br /&gt;</w:t>
        <w:br/>
        <w:t>Як той батько нещасливий,&lt;br /&gt;</w:t>
        <w:br/>
        <w:t>Що синів ховає.</w:t>
      </w:r>
    </w:p>
    <w:p>
      <w:r>
        <w:br/>
        <w:t>І як гріб, стояло море,&lt;br /&gt;</w:t>
        <w:br/>
        <w:t>Хвилі не збивало&lt;br /&gt;</w:t>
        <w:br/>
        <w:t>І, як камінь надмогильний,&lt;br /&gt;</w:t>
        <w:br/>
        <w:t>Корабель тримало.</w:t>
      </w:r>
    </w:p>
    <w:p>
      <w:r>
        <w:br/>
        <w:t>А в повітрі птахи вились,&lt;br /&gt;</w:t>
        <w:br/>
        <w:t>Вились, утопали,&lt;br /&gt;</w:t>
        <w:br/>
        <w:t>Но до корабля святого&lt;br /&gt;</w:t>
        <w:br/>
        <w:t>Приступу не мали.</w:t>
      </w:r>
    </w:p>
    <w:p>
      <w:r>
        <w:br/>
        <w:t>От і птаха-носорожець&lt;br /&gt;</w:t>
        <w:br/>
        <w:t>В морі показався,&lt;br /&gt;</w:t>
        <w:br/>
        <w:t>І ріг його серед моря,&lt;br /&gt;</w:t>
        <w:br/>
        <w:t>Як віха, піднявся.</w:t>
      </w:r>
    </w:p>
    <w:p>
      <w:r>
        <w:br/>
        <w:t>І проглянули то птахи, —&lt;br /&gt;</w:t>
        <w:br/>
        <w:t>Звились, полетіли&lt;br /&gt;</w:t>
        <w:br/>
        <w:t>І на ріг той віддихнути&lt;br /&gt;</w:t>
        <w:br/>
        <w:t>Раптом всі і сіли.</w:t>
      </w:r>
    </w:p>
    <w:p>
      <w:r>
        <w:br/>
        <w:t>І впірнув він головою —&lt;br /&gt;</w:t>
        <w:br/>
        <w:t>Птиці позлітали.&lt;br /&gt;</w:t>
        <w:br/>
        <w:t>Тілько вигулькнув наверха&lt;br /&gt;</w:t>
        <w:br/>
        <w:t>Птахи знов сідали!</w:t>
      </w:r>
    </w:p>
    <w:p>
      <w:r>
        <w:br/>
        <w:t>І сідали, і злітали,&lt;br /&gt;</w:t>
        <w:br/>
        <w:t>Поки не втопили.&lt;br /&gt;</w:t>
        <w:br/>
        <w:t>Так завсігди тим буває:&lt;br /&gt;</w:t>
        <w:br/>
        <w:t>Хто гордиться з сили.</w:t>
      </w:r>
    </w:p>
    <w:p>
      <w:r>
        <w:br/>
        <w:t>І кінчилась кара божа&lt;br /&gt;</w:t>
        <w:br/>
        <w:t>Риба підступає&lt;br /&gt;</w:t>
        <w:br/>
        <w:t>І на собі цілу землю&lt;br /&gt;</w:t>
        <w:br/>
        <w:t>Знову підіймає.</w:t>
      </w:r>
    </w:p>
    <w:p>
      <w:r>
        <w:br/>
        <w:t>Вода сплила; Ной остався,&lt;br /&gt;</w:t>
        <w:br/>
        <w:t>Вийшов, подивився&lt;br /&gt;</w:t>
        <w:br/>
        <w:t>І заплакав над землею,&lt;br /&gt;</w:t>
        <w:br/>
        <w:t>Й господу молився.</w:t>
      </w:r>
    </w:p>
    <w:p>
      <w:r>
        <w:br/>
        <w:t>І молився, собі жичив&lt;br /&gt;</w:t>
        <w:br/>
        <w:t>Лучче умирати,&lt;br /&gt;</w:t>
        <w:br/>
        <w:t>Ніж такую страшну кару&lt;br /&gt;</w:t>
        <w:br/>
        <w:t>Другий раз віщати.</w:t>
      </w:r>
    </w:p>
    <w:p>
      <w:r>
        <w:br/>
        <w:t>І на теє господь з неба&lt;br /&gt;</w:t>
        <w:br/>
        <w:t>Дощик посилає;&lt;br /&gt;</w:t>
        <w:br/>
        <w:t>Дощик сипле,— а до Ноя&lt;br /&gt;</w:t>
        <w:br/>
        <w:t>Господь промовляє:</w:t>
      </w:r>
    </w:p>
    <w:p>
      <w:r>
        <w:br/>
        <w:t>"Не затоплю більше світу.&lt;br /&gt;</w:t>
        <w:br/>
        <w:t>Ною! не журися.&lt;br /&gt;</w:t>
        <w:br/>
        <w:t>Годі землю оглядати,&lt;br /&gt;</w:t>
        <w:br/>
        <w:t>В небо подивися!-</w:t>
      </w:r>
    </w:p>
    <w:p>
      <w:r>
        <w:br/>
        <w:t>І поглянув Ной на небо:&lt;br /&gt;</w:t>
        <w:br/>
        <w:t>Дощик не вгасає,&lt;br /&gt;</w:t>
        <w:br/>
        <w:t>А веселиця з багорів&lt;br /&gt;</w:t>
        <w:br/>
        <w:t>Воду випиває.</w:t>
      </w:r>
    </w:p>
    <w:p>
      <w:r>
        <w:br/>
        <w:t>То дав господь ознак вічний,&lt;br /&gt;</w:t>
        <w:br/>
        <w:t>Щоби знали люде,&lt;br /&gt;</w:t>
        <w:br/>
        <w:t>Що такої в світі кари&lt;br /&gt;</w:t>
        <w:br/>
        <w:t>Другої не буде.</w:t>
      </w:r>
    </w:p>
    <w:p>
      <w:r>
        <w:br/>
        <w:t>Глянув Ной — розвеселився,&lt;br /&gt;</w:t>
        <w:br/>
        <w:t>Більше не журився&lt;br /&gt;</w:t>
        <w:br/>
        <w:t>І щасливо жив з сім'єю,&lt;br /&gt;</w:t>
        <w:br/>
        <w:t>Й господу молився.</w:t>
      </w:r>
    </w:p>
    <w:p>
      <w:r>
        <w:br/>
        <w:t>X</w:t>
      </w:r>
    </w:p>
    <w:p>
      <w:r>
        <w:br/>
        <w:t>А тим часом що день божий&lt;br /&gt;</w:t>
        <w:br/>
        <w:t>Дощики спадали;&lt;br /&gt;</w:t>
        <w:br/>
        <w:t>Всюди гори і долини&lt;br /&gt;</w:t>
        <w:br/>
        <w:t>Зеленіти стали.</w:t>
      </w:r>
    </w:p>
    <w:p>
      <w:r>
        <w:br/>
        <w:t>Ліс, травиця і пашниця&lt;br /&gt;</w:t>
        <w:br/>
        <w:t>Стали виростати.&lt;br /&gt;</w:t>
        <w:br/>
        <w:t>Но даремне: що минуло&lt;br /&gt;</w:t>
        <w:br/>
        <w:t>Тому не бувати.</w:t>
      </w:r>
    </w:p>
    <w:p>
      <w:r>
        <w:br/>
        <w:t>На аршин трава піднялась —&lt;br /&gt;</w:t>
        <w:br/>
        <w:t>Да і засихає.&lt;br /&gt;</w:t>
        <w:br/>
        <w:t>За Адамову травицю&lt;br /&gt;</w:t>
        <w:br/>
        <w:t>Ліс відповідає.</w:t>
      </w:r>
    </w:p>
    <w:p>
      <w:r>
        <w:br/>
        <w:t>То, що мохом називали&lt;br /&gt;</w:t>
        <w:br/>
        <w:t>Допотопні люде,&lt;br /&gt;</w:t>
        <w:br/>
        <w:t>Бур'яном у нас зоветься&lt;br /&gt;</w:t>
        <w:br/>
        <w:t>Да і зватись буде.</w:t>
      </w:r>
    </w:p>
    <w:p>
      <w:r>
        <w:br/>
        <w:t>А що люде, бідні люде&lt;br /&gt;</w:t>
        <w:br/>
        <w:t>На що ізвелися!&lt;br /&gt;</w:t>
        <w:br/>
        <w:t>Як комахи, комашнями&lt;br /&gt;</w:t>
        <w:br/>
        <w:t>Тілько завелися.</w:t>
      </w:r>
    </w:p>
    <w:p>
      <w:r>
        <w:br/>
        <w:t>Ниньки родиться на радість,&lt;br /&gt;</w:t>
        <w:br/>
        <w:t>Завтра умирає;&lt;br /&gt;</w:t>
        <w:br/>
        <w:t>Ранком грає против сонця,&lt;br /&gt;</w:t>
        <w:br/>
        <w:t>Вечором згниває.</w:t>
      </w:r>
    </w:p>
    <w:p>
      <w:r>
        <w:br/>
        <w:t>Но й за теє ми повинні&lt;br /&gt;</w:t>
        <w:br/>
        <w:t>Господа хвалити,&lt;br /&gt;</w:t>
        <w:br/>
        <w:t>Що й такими нам позволив&lt;br /&gt;</w:t>
        <w:br/>
        <w:t>В білім світі жити.</w:t>
      </w:r>
    </w:p>
    <w:p>
      <w:r>
        <w:br/>
        <w:t>Додаток</w:t>
      </w:r>
    </w:p>
    <w:p>
      <w:r>
        <w:br/>
        <w:t>Загорділи великани&lt;br /&gt;</w:t>
        <w:br/>
        <w:t>Бога прогнівили&lt;br /&gt;</w:t>
        <w:br/>
        <w:t>І пропали з світу сего,&lt;br /&gt;</w:t>
        <w:br/>
        <w:t>Ніби і не жили.</w:t>
      </w:r>
    </w:p>
    <w:p>
      <w:r>
        <w:br/>
        <w:t>І пропали — як не жили!&lt;br /&gt;</w:t>
        <w:br/>
        <w:t>Пам'ять стеребилась.&lt;br /&gt;</w:t>
        <w:br/>
        <w:t>Аж недавно (кажуть люди)&lt;br /&gt;</w:t>
        <w:br/>
        <w:t>Їх нога з'явилась.</w:t>
      </w:r>
    </w:p>
    <w:p>
      <w:r>
        <w:br/>
        <w:t>І у Києві чи Львові,-&lt;br /&gt;</w:t>
        <w:br/>
        <w:t>Бог то святий знає-&lt;br /&gt;</w:t>
        <w:br/>
        <w:t>Серед церкви нога тая&lt;br /&gt;</w:t>
        <w:br/>
        <w:t>Баню підпирає.</w:t>
      </w:r>
    </w:p>
    <w:p>
      <w:r>
        <w:br/>
        <w:t>(14 вересня 1856 р.)</w:t>
      </w:r>
    </w:p>
    <w:p>
      <w:r>
        <w:br/>
        <w:t>3. ЦАР ДАВИД [8]</w:t>
      </w:r>
    </w:p>
    <w:p>
      <w:r>
        <w:br/>
        <w:t>І</w:t>
      </w:r>
    </w:p>
    <w:p>
      <w:r>
        <w:br/>
        <w:t>Був колись-то цар на світі,&lt;br /&gt;</w:t>
        <w:br/>
        <w:t>Що Давидом звався,&lt;br /&gt;</w:t>
        <w:br/>
        <w:t>Спав на сріблі, в діамантах,&lt;br /&gt;</w:t>
        <w:br/>
        <w:t>В золото вбирався.</w:t>
      </w:r>
    </w:p>
    <w:p>
      <w:r>
        <w:br/>
        <w:t>Палац в него був на диво:&lt;br /&gt;</w:t>
        <w:br/>
        <w:t>Стеля вся шкляная,&lt;br /&gt;</w:t>
        <w:br/>
        <w:t>І над стелею ходила&lt;br /&gt;</w:t>
        <w:br/>
        <w:t>Рибка золотая.</w:t>
      </w:r>
    </w:p>
    <w:p>
      <w:r>
        <w:br/>
        <w:t>Стіни в перлах-діамантах,&lt;br /&gt;</w:t>
        <w:br/>
        <w:t>В люстрах вся підлога,&lt;br /&gt;</w:t>
        <w:br/>
        <w:t>І на милю вкруг палацу&lt;br /&gt;</w:t>
        <w:br/>
        <w:t>Срібная дорога.</w:t>
      </w:r>
    </w:p>
    <w:p>
      <w:r>
        <w:br/>
        <w:t>Да і жінка гарна була,&lt;br /&gt;</w:t>
        <w:br/>
        <w:t>Нічого казати:&lt;br /&gt;</w:t>
        <w:br/>
        <w:t>Лиш поглянути на нюю,&lt;br /&gt;</w:t>
        <w:br/>
        <w:t>Гріх не покохати.</w:t>
      </w:r>
    </w:p>
    <w:p>
      <w:r>
        <w:br/>
        <w:t>Тілько б жити-поживати&lt;br /&gt;</w:t>
        <w:br/>
        <w:t>Та молитись богу,&lt;br /&gt;</w:t>
        <w:br/>
        <w:t>Но Давид пішов з розкоші&lt;br /&gt;</w:t>
        <w:br/>
        <w:t>Не на ту дорогу.</w:t>
      </w:r>
    </w:p>
    <w:p>
      <w:r>
        <w:br/>
        <w:t>Люди охали, стогнали,&lt;br /&gt;</w:t>
        <w:br/>
        <w:t>З голоду вмирали,&lt;br /&gt;</w:t>
        <w:br/>
        <w:t>А Давид, що тілько бачив,&lt;br /&gt;</w:t>
        <w:br/>
        <w:t>Грабив напропали.</w:t>
      </w:r>
    </w:p>
    <w:p>
      <w:r>
        <w:br/>
        <w:t>Дівчат гарних й молодиців&lt;br /&gt;</w:t>
        <w:br/>
        <w:t>Зводив він нінащо.&lt;br /&gt;</w:t>
        <w:br/>
        <w:t>Через него й його жінка&lt;br /&gt;</w:t>
        <w:br/>
        <w:t>Пустилась в ледащо.</w:t>
      </w:r>
    </w:p>
    <w:p>
      <w:r>
        <w:br/>
        <w:t>Стид і сором, віра й правда&lt;br /&gt;</w:t>
        <w:br/>
        <w:t>Все то замирало.&lt;br /&gt;</w:t>
        <w:br/>
        <w:t>Повернулось все в палацах&lt;br /&gt;</w:t>
        <w:br/>
        <w:t>І пуття не мало.</w:t>
      </w:r>
    </w:p>
    <w:p>
      <w:r>
        <w:br/>
        <w:t>II</w:t>
      </w:r>
    </w:p>
    <w:p>
      <w:r>
        <w:br/>
        <w:t>І задумав бог Давида&lt;br /&gt;</w:t>
        <w:br/>
        <w:t>До пуття привести.&lt;br /&gt;</w:t>
        <w:br/>
        <w:t>Нарядився купцем дальнім,&lt;br /&gt;</w:t>
        <w:br/>
        <w:t>Став товари везти.</w:t>
      </w:r>
    </w:p>
    <w:p>
      <w:r>
        <w:br/>
        <w:t>Їздив всюди й до Давида&lt;br /&gt;</w:t>
        <w:br/>
        <w:t>В місто заїжджає.&lt;br /&gt;</w:t>
        <w:br/>
        <w:t>Давид чує: "Купець дальній"&lt;br /&gt;</w:t>
        <w:br/>
        <w:t>В гості запрошає.</w:t>
      </w:r>
    </w:p>
    <w:p>
      <w:r>
        <w:br/>
        <w:t>І приїхав купець дальній.&lt;br /&gt;</w:t>
        <w:br/>
        <w:t>Став Давид питати:&lt;br /&gt;</w:t>
        <w:br/>
        <w:t>"Звідки, купче чужоземний?&lt;br /&gt;</w:t>
        <w:br/>
        <w:t>Що маєш продати?"</w:t>
      </w:r>
    </w:p>
    <w:p>
      <w:r>
        <w:br/>
        <w:t>Купець каже: "Я з Єгипту.&lt;br /&gt;</w:t>
        <w:br/>
        <w:t>Найясніший царю,&lt;br /&gt;</w:t>
        <w:br/>
        <w:t>Но при собі на сю пору&lt;br /&gt;</w:t>
        <w:br/>
        <w:t>Не маю товару.</w:t>
      </w:r>
    </w:p>
    <w:p>
      <w:r>
        <w:br/>
        <w:t>Все-м розпродав меж царями&lt;br /&gt;</w:t>
        <w:br/>
        <w:t>Що йно мав продати;&lt;br /&gt;</w:t>
        <w:br/>
        <w:t>Тепер хочу в тебе, царю.&lt;br /&gt;</w:t>
        <w:br/>
        <w:t>Палац торгувати!"</w:t>
      </w:r>
    </w:p>
    <w:p>
      <w:r>
        <w:br/>
        <w:t>"Много грошей, купче, маєш,&lt;br /&gt;</w:t>
        <w:br/>
        <w:t>В тім надію маю.&lt;br /&gt;</w:t>
        <w:br/>
        <w:t>Лиш чи будемо сватами.&lt;br /&gt;</w:t>
        <w:br/>
        <w:t>Того я не знаю.</w:t>
      </w:r>
    </w:p>
    <w:p>
      <w:r>
        <w:br/>
        <w:t>Як насиплеш тілько злота,&lt;br /&gt;</w:t>
        <w:br/>
        <w:t>Що всі мої люде&lt;br /&gt;</w:t>
        <w:br/>
        <w:t>Наберуться, кілько зможуть,&lt;br /&gt;</w:t>
        <w:br/>
        <w:t>То твій палац буде!"</w:t>
      </w:r>
    </w:p>
    <w:p>
      <w:r>
        <w:br/>
        <w:t>"Все то буде, ясний царю! —&lt;br /&gt;</w:t>
        <w:br/>
        <w:t>Купець одвічає.-&lt;br /&gt;</w:t>
        <w:br/>
        <w:t>Нехай тілько цар вельможний&lt;br /&gt;</w:t>
        <w:br/>
        <w:t>Свій народ скликає!"</w:t>
      </w:r>
    </w:p>
    <w:p>
      <w:r>
        <w:br/>
        <w:t>III</w:t>
      </w:r>
    </w:p>
    <w:p>
      <w:r>
        <w:br/>
        <w:t>Затрубили рано труби,-&lt;br /&gt;</w:t>
        <w:br/>
        <w:t>Голос розіллявся;&lt;br /&gt;</w:t>
        <w:br/>
        <w:t>І до ранку до другого&lt;br /&gt;</w:t>
        <w:br/>
        <w:t>Весь народ зібрався.</w:t>
      </w:r>
    </w:p>
    <w:p>
      <w:r>
        <w:br/>
        <w:t>І повів їх купець дальній&lt;br /&gt;</w:t>
        <w:br/>
        <w:t>Меж високі гори,&lt;br /&gt;</w:t>
        <w:br/>
        <w:t>І в минуті стали гори,&lt;br /&gt;</w:t>
        <w:br/>
        <w:t>Як золоте море.</w:t>
      </w:r>
    </w:p>
    <w:p>
      <w:r>
        <w:br/>
        <w:t>"Беріть, люде! — купець каже&lt;br /&gt;</w:t>
        <w:br/>
        <w:t>Доки вволю буде!"&lt;br /&gt;</w:t>
        <w:br/>
        <w:t>І зачали злото брати&lt;br /&gt;</w:t>
        <w:br/>
        <w:t>Давидові люде.</w:t>
      </w:r>
    </w:p>
    <w:p>
      <w:r>
        <w:br/>
        <w:t>Брали, брали і ховали,&lt;br /&gt;</w:t>
        <w:br/>
        <w:t>Далі перестали.&lt;br /&gt;</w:t>
        <w:br/>
        <w:t>"Годі з нас! ми всі довальні!"&lt;br /&gt;</w:t>
        <w:br/>
        <w:t>Разом закричали.</w:t>
      </w:r>
    </w:p>
    <w:p>
      <w:r>
        <w:br/>
        <w:t>Закричали й розійшлися,&lt;br /&gt;</w:t>
        <w:br/>
        <w:t>Звідки хто узявся.&lt;br /&gt;</w:t>
        <w:br/>
        <w:t>І з Давидом меж горами&lt;br /&gt;</w:t>
        <w:br/>
        <w:t>Лиш купець остався.</w:t>
      </w:r>
    </w:p>
    <w:p>
      <w:r>
        <w:br/>
        <w:t>"А що, царю! — купець каже.&lt;br /&gt;</w:t>
        <w:br/>
        <w:t>Не програєсь, може?"&lt;br /&gt;</w:t>
        <w:br/>
        <w:t>Но Давид йому говорить:&lt;br /&gt;</w:t>
        <w:br/>
        <w:t>"Не спіши, небоже!</w:t>
      </w:r>
    </w:p>
    <w:p>
      <w:r>
        <w:br/>
        <w:t>Чия хата, того й правда.&lt;br /&gt;</w:t>
        <w:br/>
        <w:t>А не дам нічого.&lt;br /&gt;</w:t>
        <w:br/>
        <w:t>Та ще дякуй, як тебе я&lt;br /&gt;</w:t>
        <w:br/>
        <w:t>Випущу живого!"</w:t>
      </w:r>
    </w:p>
    <w:p>
      <w:r>
        <w:br/>
        <w:t>"Твоя правда, ясний царю.&lt;br /&gt;</w:t>
        <w:br/>
        <w:t>Все ж таки годиться&lt;br /&gt;</w:t>
        <w:br/>
        <w:t>Нам з тобою, ясний царю,&lt;br /&gt;</w:t>
        <w:br/>
        <w:t>У людей судиться.</w:t>
      </w:r>
    </w:p>
    <w:p>
      <w:r>
        <w:br/>
        <w:t>Живі люде не розсудять-&lt;br /&gt;</w:t>
        <w:br/>
        <w:t>До вмерлих підемо:&lt;br /&gt;</w:t>
        <w:br/>
        <w:t>Там в півночі на могилах&lt;br /&gt;</w:t>
        <w:br/>
        <w:t>Правду ми найдемо".</w:t>
      </w:r>
    </w:p>
    <w:p>
      <w:r>
        <w:br/>
        <w:t>IV</w:t>
      </w:r>
    </w:p>
    <w:p>
      <w:r>
        <w:br/>
        <w:t>Наступає тиха нічка,&lt;br /&gt;</w:t>
        <w:br/>
        <w:t>Світять ясні зорі,&lt;br /&gt;</w:t>
        <w:br/>
        <w:t>І в тумани, як в намітку,&lt;br /&gt;</w:t>
        <w:br/>
        <w:t>Завинулись гори.</w:t>
      </w:r>
    </w:p>
    <w:p>
      <w:r>
        <w:br/>
        <w:t>От і місяць із-за моря&lt;br /&gt;</w:t>
        <w:br/>
        <w:t>Череп підіймає&lt;br /&gt;</w:t>
        <w:br/>
        <w:t>І на цвинтар під горою&lt;br /&gt;</w:t>
        <w:br/>
        <w:t>Сумно поглядає.</w:t>
      </w:r>
    </w:p>
    <w:p>
      <w:r>
        <w:br/>
        <w:t>Було пусто меж гробами,&lt;br /&gt;</w:t>
        <w:br/>
        <w:t>Вмерці міцно спали,&lt;br /&gt;</w:t>
        <w:br/>
        <w:t>Лиш купець дивний з Давидом&lt;br /&gt;</w:t>
        <w:br/>
        <w:t>Через них ступали.</w:t>
      </w:r>
    </w:p>
    <w:p>
      <w:r>
        <w:br/>
        <w:t>І приходять в середину&lt;br /&gt;</w:t>
        <w:br/>
        <w:t>Цвинтаря старого,&lt;br /&gt;</w:t>
        <w:br/>
        <w:t>І зачав купець будити&lt;br /&gt;</w:t>
        <w:br/>
        <w:t>Каждого вмерлого.</w:t>
      </w:r>
    </w:p>
    <w:p>
      <w:r>
        <w:br/>
        <w:t>І говорить: "Встаньте, люде!&lt;br /&gt;</w:t>
        <w:br/>
        <w:t>Встаньте, божі діти!&lt;br /&gt;</w:t>
        <w:br/>
        <w:t>І мене з царем Давидом&lt;br /&gt;</w:t>
        <w:br/>
        <w:t>Вірно розсудіте".</w:t>
      </w:r>
    </w:p>
    <w:p>
      <w:r>
        <w:br/>
        <w:t>І розкрились старі гроби,&lt;br /&gt;</w:t>
        <w:br/>
        <w:t>Вмерці повставали,&lt;br /&gt;</w:t>
        <w:br/>
        <w:t>Вмерці встали, в ноги впали&lt;br /&gt;</w:t>
        <w:br/>
        <w:t>І купцю сказали:</w:t>
      </w:r>
    </w:p>
    <w:p>
      <w:r>
        <w:br/>
        <w:t>"Боже вічний, боже дивний.&lt;br /&gt;</w:t>
        <w:br/>
        <w:t>Праведний ти боже!&lt;br /&gt;</w:t>
        <w:br/>
        <w:t>Хто тебе, правдивий боже.&lt;br /&gt;</w:t>
        <w:br/>
        <w:t>Осудити може?!</w:t>
      </w:r>
    </w:p>
    <w:p>
      <w:r>
        <w:br/>
        <w:t>Не тебе нам, але нас ти&lt;br /&gt;</w:t>
        <w:br/>
        <w:t>Будеш всіх судити,&lt;br /&gt;</w:t>
        <w:br/>
        <w:t>Як захочеш кості наші&lt;br /&gt;</w:t>
        <w:br/>
        <w:t>З гробу воскресити".</w:t>
      </w:r>
    </w:p>
    <w:p>
      <w:r>
        <w:br/>
        <w:t>І пізнав цар, з ким судився.&lt;br /&gt;</w:t>
        <w:br/>
        <w:t>Богу поклонився,&lt;br /&gt;</w:t>
        <w:br/>
        <w:t>І відтоді зачав жити,&lt;br /&gt;</w:t>
        <w:br/>
        <w:t>Мов переродився.</w:t>
      </w:r>
    </w:p>
    <w:p>
      <w:r>
        <w:br/>
        <w:t>V</w:t>
      </w:r>
    </w:p>
    <w:p>
      <w:r>
        <w:br/>
        <w:t>Замовчали у Давида&lt;br /&gt;</w:t>
        <w:br/>
        <w:t>Скрипка і цимбали,&lt;br /&gt;</w:t>
        <w:br/>
        <w:t>І в палацах тілько гуслі&lt;br /&gt;</w:t>
        <w:br/>
        <w:t>Набожно бриньчали.</w:t>
      </w:r>
    </w:p>
    <w:p>
      <w:r>
        <w:br/>
        <w:t>І зачав Давид на гуслях&lt;br /&gt;</w:t>
        <w:br/>
        <w:t>Пісні вигравати,&lt;br /&gt;</w:t>
        <w:br/>
        <w:t>І в тих піснях силу божу&lt;br /&gt;</w:t>
        <w:br/>
        <w:t>Дивну вихваляти.</w:t>
      </w:r>
    </w:p>
    <w:p>
      <w:r>
        <w:br/>
        <w:t>А часами, як прийшлося,&lt;br /&gt;</w:t>
        <w:br/>
        <w:t>Грав і не святую,&lt;br /&gt;</w:t>
        <w:br/>
        <w:t>І списував тії піснін&lt;br /&gt;</w:t>
        <w:br/>
        <w:t>В книжку у їдную.</w:t>
      </w:r>
    </w:p>
    <w:p>
      <w:r>
        <w:br/>
        <w:t>І убралась книга в пісні,&lt;br /&gt;</w:t>
        <w:br/>
        <w:t>Ніби небо в зорі,&lt;br /&gt;</w:t>
        <w:br/>
        <w:t>І розрізав Давид книжку,&lt;br /&gt;</w:t>
        <w:br/>
        <w:t>І кидає в море.</w:t>
      </w:r>
    </w:p>
    <w:p>
      <w:r>
        <w:br/>
        <w:t>Їдні листи утопали,&lt;br /&gt;</w:t>
        <w:br/>
        <w:t>Другі випливали,&lt;br /&gt;</w:t>
        <w:br/>
        <w:t>І котрі лиш випливали —&lt;br /&gt;</w:t>
        <w:br/>
        <w:t>Ангели збирали.</w:t>
      </w:r>
    </w:p>
    <w:p>
      <w:r>
        <w:br/>
        <w:t>І зібрали, богу дали,&lt;br /&gt;</w:t>
        <w:br/>
        <w:t>Став господь читати,&lt;br /&gt;</w:t>
        <w:br/>
        <w:t>Прочитав — і нам, хрещеним,&lt;br /&gt;</w:t>
        <w:br/>
        <w:t>Казав передати.</w:t>
      </w:r>
    </w:p>
    <w:p>
      <w:r>
        <w:br/>
        <w:t>І тепер у каждій церкві&lt;br /&gt;</w:t>
        <w:br/>
        <w:t>Пісні ті знайдуться&lt;br /&gt;</w:t>
        <w:br/>
        <w:t>І ті пісні цар Давида&lt;br /&gt;</w:t>
        <w:br/>
        <w:t>Псавтирою звуться.</w:t>
      </w:r>
    </w:p>
    <w:p>
      <w:r>
        <w:br/>
        <w:t>VI</w:t>
      </w:r>
    </w:p>
    <w:p>
      <w:r>
        <w:br/>
        <w:t>І говорить бог і господь:&lt;br /&gt;</w:t>
        <w:br/>
        <w:t>"Царю і пророче!&lt;br /&gt;</w:t>
        <w:br/>
        <w:t>Проси в мене, мій пророче,&lt;br /&gt;</w:t>
        <w:br/>
        <w:t>Чого серце хоче".</w:t>
      </w:r>
    </w:p>
    <w:p>
      <w:r>
        <w:br/>
        <w:t>А в Давида, слава богу&lt;br /&gt;</w:t>
        <w:br/>
        <w:t>Вволю було всього,&lt;br /&gt;</w:t>
        <w:br/>
        <w:t>Були й дочки, лиш не було&lt;br /&gt;</w:t>
        <w:br/>
        <w:t>Сина ні їдного.</w:t>
      </w:r>
    </w:p>
    <w:p>
      <w:r>
        <w:br/>
        <w:t>І зачав Давид молитись&lt;br /&gt;</w:t>
        <w:br/>
        <w:t>Господа благати&lt;br /&gt;</w:t>
        <w:br/>
        <w:t>І просити його щиро,&lt;br /&gt;</w:t>
        <w:br/>
        <w:t>Щоб три сина мати.</w:t>
      </w:r>
    </w:p>
    <w:p>
      <w:r>
        <w:br/>
        <w:t>Щоб їден син був найкращий,&lt;br /&gt;</w:t>
        <w:br/>
        <w:t>Другий — наисильніший,&lt;br /&gt;</w:t>
        <w:br/>
        <w:t>А щоб третій син у него&lt;br /&gt;</w:t>
        <w:br/>
        <w:t>Був найрозумніший.</w:t>
      </w:r>
    </w:p>
    <w:p>
      <w:r>
        <w:br/>
        <w:t>І вислухав бог Давида&lt;br /&gt;</w:t>
        <w:br/>
        <w:t>З небесного трона&lt;br /&gt;</w:t>
        <w:br/>
        <w:t>І дав Йосипа, [9] Самсона [10]&lt;br /&gt;</w:t>
        <w:br/>
        <w:t>Да й ще Соломона. [11]</w:t>
      </w:r>
    </w:p>
    <w:p>
      <w:r>
        <w:br/>
        <w:t>І Іосип був найкращий,&lt;br /&gt;</w:t>
        <w:br/>
        <w:t>Самсон — найсильніший,&lt;br /&gt;</w:t>
        <w:br/>
        <w:t>Соломон, його— мізинець&lt;br /&gt;</w:t>
        <w:br/>
        <w:t>Був найрозумніший.</w:t>
      </w:r>
    </w:p>
    <w:p>
      <w:r>
        <w:br/>
        <w:t>І найстарший син Іосип&lt;br /&gt;</w:t>
        <w:br/>
        <w:t>Завідував снами.&lt;br /&gt;</w:t>
        <w:br/>
        <w:t>І тепер іще остався&lt;br /&gt;</w:t>
        <w:br/>
        <w:t>Звичай межи нами,</w:t>
      </w:r>
    </w:p>
    <w:p>
      <w:r>
        <w:br/>
        <w:t>Що як тілько коли-небудь&lt;br /&gt;</w:t>
        <w:br/>
        <w:t>Сни страшнії маєм,&lt;br /&gt;</w:t>
        <w:br/>
        <w:t>Пробудившись, не встаючи,&lt;br /&gt;</w:t>
        <w:br/>
        <w:t>Тричі примовляєм:</w:t>
      </w:r>
    </w:p>
    <w:p>
      <w:r>
        <w:br/>
        <w:t>"Що приснилось, то приснилось,&lt;br /&gt;</w:t>
        <w:br/>
        <w:t>Нехай святий Йосип&lt;br /&gt;</w:t>
        <w:br/>
        <w:t>Розтолкує й на все добре&lt;br /&gt;</w:t>
        <w:br/>
        <w:t>3 злого переносить".</w:t>
      </w:r>
    </w:p>
    <w:p>
      <w:r>
        <w:br/>
        <w:t>VII</w:t>
      </w:r>
    </w:p>
    <w:p>
      <w:r>
        <w:br/>
        <w:t>Середущий син Давида&lt;br /&gt;</w:t>
        <w:br/>
        <w:t>В війнах лиш кохався&lt;br /&gt;</w:t>
        <w:br/>
        <w:t>І ходив по цілім світі,&lt;br /&gt;</w:t>
        <w:br/>
        <w:t>Всюди воювався.</w:t>
      </w:r>
    </w:p>
    <w:p>
      <w:r>
        <w:br/>
        <w:t>Наостаток в нашу землю-&lt;br /&gt;</w:t>
        <w:br/>
        <w:t>Дніпром припливає,&lt;br /&gt;</w:t>
        <w:br/>
        <w:t>Але тілько з води вийшов —&lt;br /&gt;</w:t>
        <w:br/>
        <w:t>Аж лев надбігає.</w:t>
      </w:r>
    </w:p>
    <w:p>
      <w:r>
        <w:br/>
        <w:t>Самсон кинувся на него,&lt;br /&gt;</w:t>
        <w:br/>
        <w:t>Наступив ногою,&lt;br /&gt;</w:t>
        <w:br/>
        <w:t>Роздер пащу, і із пащі&lt;br /&gt;</w:t>
        <w:br/>
        <w:t>Пішла кров рікою.</w:t>
      </w:r>
    </w:p>
    <w:p>
      <w:r>
        <w:br/>
        <w:t>А тим часом йому руки&lt;br /&gt;</w:t>
        <w:br/>
        <w:t>Й ноги обімліли,&lt;br /&gt;</w:t>
        <w:br/>
        <w:t>І в минуті лев з Самсоном&lt;br /&gt;</w:t>
        <w:br/>
        <w:t>Вічне скаменіли.</w:t>
      </w:r>
    </w:p>
    <w:p>
      <w:r>
        <w:br/>
        <w:t>А потому зійшлись люди,&lt;br /&gt;</w:t>
        <w:br/>
        <w:t>Київ збудували,&lt;br /&gt;</w:t>
        <w:br/>
        <w:t>Но льва того і Самсона&lt;br /&gt;</w:t>
        <w:br/>
        <w:t>3 місця не рушали.</w:t>
      </w:r>
    </w:p>
    <w:p>
      <w:r>
        <w:br/>
        <w:t>І тепер Самсон льва того&lt;br /&gt;</w:t>
        <w:br/>
        <w:t>Тисне під ногою, [12]&lt;br /&gt;</w:t>
        <w:br/>
        <w:t>Дере пащу, і із пащі&lt;br /&gt;</w:t>
        <w:br/>
        <w:t>Б'є вода рікою.</w:t>
      </w:r>
    </w:p>
    <w:p>
      <w:r>
        <w:br/>
        <w:t>(4 жовтня 1856 р.)</w:t>
      </w:r>
    </w:p>
    <w:p>
      <w:r>
        <w:br/>
        <w:t>4. ПРЕМУДРИЙ СОЛОМОН</w:t>
      </w:r>
    </w:p>
    <w:p>
      <w:r>
        <w:br/>
        <w:t>І</w:t>
      </w:r>
    </w:p>
    <w:p>
      <w:r>
        <w:br/>
        <w:t>Ще цариця Соломона&lt;br /&gt;</w:t>
        <w:br/>
        <w:t>На світ не родила,&lt;br /&gt;</w:t>
        <w:br/>
        <w:t>Лиш надію тілько мала,-&lt;br /&gt;</w:t>
        <w:br/>
        <w:t>По саду ходила.</w:t>
      </w:r>
    </w:p>
    <w:p>
      <w:r>
        <w:br/>
        <w:t>І ходила, й говорила&lt;br /&gt;</w:t>
        <w:br/>
        <w:t>З панею їдною,&lt;br /&gt;</w:t>
        <w:br/>
        <w:t>Котра з паном, своїм мужем,&lt;br /&gt;</w:t>
        <w:br/>
        <w:t>Жила не з правдою.</w:t>
      </w:r>
    </w:p>
    <w:p>
      <w:r>
        <w:br/>
        <w:t>Аж приходить покоївка&lt;br /&gt;</w:t>
        <w:br/>
        <w:t>І оповідає,&lt;br /&gt;</w:t>
        <w:br/>
        <w:t>Що йде пан той до палацу&lt;br /&gt;</w:t>
        <w:br/>
        <w:t>І пані шукає.</w:t>
      </w:r>
    </w:p>
    <w:p>
      <w:r>
        <w:br/>
        <w:t>І цариця тії пані&lt;br /&gt;</w:t>
        <w:br/>
        <w:t>Дала свою раду:&lt;br /&gt;</w:t>
        <w:br/>
        <w:t>Ісховатися від мужа&lt;br /&gt;</w:t>
        <w:br/>
        <w:t>В вишневому саду.</w:t>
      </w:r>
    </w:p>
    <w:p>
      <w:r>
        <w:br/>
        <w:t>А сама йде до палацу,&lt;br /&gt;</w:t>
        <w:br/>
        <w:t>Пана запрошає.&lt;br /&gt;</w:t>
        <w:br/>
        <w:t>"Що нам скажеш, добрий пане?"-&lt;br /&gt;</w:t>
        <w:br/>
        <w:t>Весело питає.</w:t>
      </w:r>
    </w:p>
    <w:p>
      <w:r>
        <w:br/>
        <w:t>А пан низько поклонився,&lt;br /&gt;</w:t>
        <w:br/>
        <w:t>Як царям годиться,&lt;br /&gt;</w:t>
        <w:br/>
        <w:t>І говорить: "Будь здорова,&lt;br /&gt;</w:t>
        <w:br/>
        <w:t>Ясная цариця!</w:t>
      </w:r>
    </w:p>
    <w:p>
      <w:r>
        <w:br/>
        <w:t>Я не маю що казати:&lt;br /&gt;</w:t>
        <w:br/>
        <w:t>Я прийшов питати,&lt;br /&gt;</w:t>
        <w:br/>
        <w:t>Чи у тебе мої жінки&lt;br /&gt;</w:t>
        <w:br/>
        <w:t>Часом не видати?"</w:t>
      </w:r>
    </w:p>
    <w:p>
      <w:r>
        <w:br/>
        <w:t>"Ні, нема тут, милий пане!" —&lt;br /&gt;</w:t>
        <w:br/>
        <w:t>Вона відвічає,&lt;br /&gt;</w:t>
        <w:br/>
        <w:t>А тим часом голос з неї&lt;br /&gt;</w:t>
        <w:br/>
        <w:t>Стиха промовляє:</w:t>
      </w:r>
    </w:p>
    <w:p>
      <w:r>
        <w:br/>
        <w:t>"Твоя жінка у садочку,&lt;br /&gt;</w:t>
        <w:br/>
        <w:t>Можеш пошукати.&lt;br /&gt;</w:t>
        <w:br/>
        <w:t>Яка жінка твоя, пане,&lt;br /&gt;</w:t>
        <w:br/>
        <w:t>Така й моя мати!"</w:t>
      </w:r>
    </w:p>
    <w:p>
      <w:r>
        <w:br/>
        <w:t>Чи почув пан, чи ні теє,&lt;br /&gt;</w:t>
        <w:br/>
        <w:t>Що дитя казало,&lt;br /&gt;</w:t>
        <w:br/>
        <w:t>Лиш цариці після того&lt;br /&gt;</w:t>
        <w:br/>
        <w:t>Дуже кепсько стало.</w:t>
      </w:r>
    </w:p>
    <w:p>
      <w:r>
        <w:br/>
        <w:t>ІІ</w:t>
      </w:r>
    </w:p>
    <w:p>
      <w:r>
        <w:br/>
        <w:t>Пройшов місяць з того часу&lt;br /&gt;</w:t>
        <w:br/>
        <w:t>Другий іскінчився,&lt;br /&gt;</w:t>
        <w:br/>
        <w:t>От на третій в першу нічку&lt;br /&gt;</w:t>
        <w:br/>
        <w:t>Соломон родився.</w:t>
      </w:r>
    </w:p>
    <w:p>
      <w:r>
        <w:br/>
        <w:t>І в ту нічку ясне небо&lt;br /&gt;</w:t>
        <w:br/>
        <w:t>Хмарою обвилось,&lt;br /&gt;</w:t>
        <w:br/>
        <w:t>І в тій хмарі на схід сонця&lt;br /&gt;</w:t>
        <w:br/>
        <w:t>Три зорі явилось.</w:t>
      </w:r>
    </w:p>
    <w:p>
      <w:r>
        <w:br/>
        <w:t>І Давид-цар обіцявся&lt;br /&gt;</w:t>
        <w:br/>
        <w:t>Золотії гори,&lt;br /&gt;</w:t>
        <w:br/>
        <w:t>Хто лиш тілько розгадає&lt;br /&gt;</w:t>
        <w:br/>
        <w:t>Що ті значать зорі.</w:t>
      </w:r>
    </w:p>
    <w:p>
      <w:r>
        <w:br/>
        <w:t>І зібралось много мудрих,&lt;br /&gt;</w:t>
        <w:br/>
        <w:t>Стали ворожити:&lt;br /&gt;</w:t>
        <w:br/>
        <w:t>Той — на щастя, той — на долю,&lt;br /&gt;</w:t>
        <w:br/>
        <w:t>Той — на довго жити.</w:t>
      </w:r>
    </w:p>
    <w:p>
      <w:r>
        <w:br/>
        <w:t>А премудрий коло мами&lt;br /&gt;</w:t>
        <w:br/>
        <w:t>Тілько усміхався;&lt;br /&gt;</w:t>
        <w:br/>
        <w:t>І, як мудрі замовчали&lt;br /&gt;</w:t>
        <w:br/>
        <w:t>Він тогді озвався:</w:t>
      </w:r>
    </w:p>
    <w:p>
      <w:r>
        <w:br/>
        <w:t>"Ти не слухай їх, мій тату,-&lt;br /&gt;</w:t>
        <w:br/>
        <w:t>Став він говорити.-&lt;br /&gt;</w:t>
        <w:br/>
        <w:t>Три зорі — то три лиш роки&lt;br /&gt;</w:t>
        <w:br/>
        <w:t>Маю в світі жити!"</w:t>
      </w:r>
    </w:p>
    <w:p>
      <w:r>
        <w:br/>
        <w:t>І вся тая мудра зграя&lt;br /&gt;</w:t>
        <w:br/>
        <w:t>З встиду розбрелася,&lt;br /&gt;</w:t>
        <w:br/>
        <w:t>А Давидові на серце&lt;br /&gt;</w:t>
        <w:br/>
        <w:t>Туга заляглася.</w:t>
      </w:r>
    </w:p>
    <w:p>
      <w:r>
        <w:br/>
        <w:t>ІІІ</w:t>
      </w:r>
    </w:p>
    <w:p>
      <w:r>
        <w:br/>
        <w:t>А тим часом від дня до дня&lt;br /&gt;</w:t>
        <w:br/>
        <w:t>Соломон мудрився,&lt;br /&gt;</w:t>
        <w:br/>
        <w:t>І бог знає — де і в кого&lt;br /&gt;</w:t>
        <w:br/>
        <w:t>Розуму учився.</w:t>
      </w:r>
    </w:p>
    <w:p>
      <w:r>
        <w:br/>
        <w:t>Лиш кінчалося три роки —&lt;br /&gt;</w:t>
        <w:br/>
        <w:t>А вже був охочий&lt;br /&gt;</w:t>
        <w:br/>
        <w:t>Розпізнати, кілько важить&lt;br /&gt;</w:t>
        <w:br/>
        <w:t>Розум весь жіночий.</w:t>
      </w:r>
    </w:p>
    <w:p>
      <w:r>
        <w:br/>
        <w:t>Змудрував шайки як треба,&lt;br /&gt;</w:t>
        <w:br/>
        <w:t>Дістав чепець з мами,&lt;br /&gt;</w:t>
        <w:br/>
        <w:t>Набрав клоччя повну жменю&lt;br /&gt;</w:t>
        <w:br/>
        <w:t>І пішов до брами.</w:t>
      </w:r>
    </w:p>
    <w:p>
      <w:r>
        <w:br/>
        <w:t>І на брамі на желізній&lt;br /&gt;</w:t>
        <w:br/>
        <w:t>Він шайки чіпляє,&lt;br /&gt;</w:t>
        <w:br/>
        <w:t>Кладе чепець, кладе клоччя&lt;br /&gt;</w:t>
        <w:br/>
        <w:t>Да і розважає.</w:t>
      </w:r>
    </w:p>
    <w:p>
      <w:r>
        <w:br/>
        <w:t>Розважає і регоче.&lt;br /&gt;</w:t>
        <w:br/>
        <w:t>Аж приходить мати.&lt;br /&gt;</w:t>
        <w:br/>
        <w:t>"Що ти дієш, Соломоне?" —&lt;br /&gt;</w:t>
        <w:br/>
        <w:t>Почала питати.</w:t>
      </w:r>
    </w:p>
    <w:p>
      <w:r>
        <w:br/>
        <w:t>А Соломон все регоче,&lt;br /&gt;</w:t>
        <w:br/>
        <w:t>Її каже в очі:&lt;br /&gt;</w:t>
        <w:br/>
        <w:t>"Важу, мати, жменю клоччя&lt;br /&gt;</w:t>
        <w:br/>
        <w:t>І розум жіночий.</w:t>
      </w:r>
    </w:p>
    <w:p>
      <w:r>
        <w:br/>
        <w:t>Та дивися: сама бачиш,&lt;br /&gt;</w:t>
        <w:br/>
        <w:t>Голова жіноча&lt;br /&gt;</w:t>
        <w:br/>
        <w:t>Не заважить да й не варта&lt;br /&gt;</w:t>
        <w:br/>
        <w:t>Сеї жмені клоччя!"</w:t>
      </w:r>
    </w:p>
    <w:p>
      <w:r>
        <w:br/>
        <w:t>І цариця злютувалась,&lt;br /&gt;</w:t>
        <w:br/>
        <w:t>І пішла від него:&lt;br /&gt;</w:t>
        <w:br/>
        <w:t>"Чекай, сину,— розважає,-&lt;br /&gt;</w:t>
        <w:br/>
        <w:t>Не дарую сего!"</w:t>
      </w:r>
    </w:p>
    <w:p>
      <w:r>
        <w:br/>
        <w:t>ІV</w:t>
      </w:r>
    </w:p>
    <w:p>
      <w:r>
        <w:br/>
        <w:t>І приходить до покою,&lt;br /&gt;</w:t>
        <w:br/>
        <w:t>Слугів закликає,&lt;br /&gt;</w:t>
        <w:br/>
        <w:t>Оглянулась кругом себе, —&lt;br /&gt;</w:t>
        <w:br/>
        <w:t>Стиха промовляє:</w:t>
      </w:r>
    </w:p>
    <w:p>
      <w:r>
        <w:br/>
        <w:t>"Ой ви, слуги мої, слуги,&lt;br /&gt;</w:t>
        <w:br/>
        <w:t>Вчиніть мою волю:&lt;br /&gt;</w:t>
        <w:br/>
        <w:t>Вчиніть волю, щоб не було&lt;br /&gt;</w:t>
        <w:br/>
        <w:t>Мому серцю болю,</w:t>
      </w:r>
    </w:p>
    <w:p>
      <w:r>
        <w:br/>
        <w:t>Возьміть сина Соломона,&lt;br /&gt;</w:t>
        <w:br/>
        <w:t>Одягніть, умийте,&lt;br /&gt;</w:t>
        <w:br/>
        <w:t>Виведіть його до лісу,&lt;br /&gt;</w:t>
        <w:br/>
        <w:t>Серед лісу вбийте.</w:t>
      </w:r>
    </w:p>
    <w:p>
      <w:r>
        <w:br/>
        <w:t>Вбийте й серце принесіте&lt;br /&gt;</w:t>
        <w:br/>
        <w:t>І мізинній палець,&lt;br /&gt;</w:t>
        <w:br/>
        <w:t>Най загине з сего світу&lt;br /&gt;</w:t>
        <w:br/>
        <w:t>Соломон-поганець".</w:t>
      </w:r>
    </w:p>
    <w:p>
      <w:r>
        <w:br/>
        <w:t>Взяли слуги Соломона&lt;br /&gt;</w:t>
        <w:br/>
        <w:t>І ведуть убити,&lt;br /&gt;</w:t>
        <w:br/>
        <w:t>А Соломон вірним слугам&lt;br /&gt;</w:t>
        <w:br/>
        <w:t>Почав говорити:</w:t>
      </w:r>
    </w:p>
    <w:p>
      <w:r>
        <w:br/>
        <w:t>"Ой ви, слуги, вірні слуги,&lt;br /&gt;</w:t>
        <w:br/>
        <w:t>Душі не вбивайте,&lt;br /&gt;</w:t>
        <w:br/>
        <w:t>Хоть ще місяць до трьох років&lt;br /&gt;</w:t>
        <w:br/>
        <w:t>Пережити дайте.</w:t>
      </w:r>
    </w:p>
    <w:p>
      <w:r>
        <w:br/>
        <w:t>Я вам дам мізинний палець;&lt;br /&gt;</w:t>
        <w:br/>
        <w:t>Ріжте, добрі люди.&lt;br /&gt;</w:t>
        <w:br/>
        <w:t>А із нами єсть собака,-&lt;br /&gt;</w:t>
        <w:br/>
        <w:t>3 неї серце буде!"</w:t>
      </w:r>
    </w:p>
    <w:p>
      <w:r>
        <w:br/>
        <w:t>Відрубали слуги пальця,&lt;br /&gt;</w:t>
        <w:br/>
        <w:t>Серце в суки взяли,&lt;br /&gt;</w:t>
        <w:br/>
        <w:t>І принесли до палацу,&lt;br /&gt;</w:t>
        <w:br/>
        <w:t>І цариці дали.</w:t>
      </w:r>
    </w:p>
    <w:p>
      <w:r>
        <w:br/>
        <w:t>І не стало Соломона,&lt;br /&gt;</w:t>
        <w:br/>
        <w:t>І ніхто не знає,&lt;br /&gt;</w:t>
        <w:br/>
        <w:t>Лиш Давид по нім, нещасний,&lt;br /&gt;</w:t>
        <w:br/>
        <w:t>З жалю умліває.</w:t>
      </w:r>
    </w:p>
    <w:p>
      <w:r>
        <w:br/>
        <w:t>V</w:t>
      </w:r>
    </w:p>
    <w:p>
      <w:r>
        <w:br/>
        <w:t>А Соломон серед лісу&lt;br /&gt;</w:t>
        <w:br/>
        <w:t>Став думу гадати:&lt;br /&gt;</w:t>
        <w:br/>
        <w:t>Днів лиш десять оставалось&lt;br /&gt;</w:t>
        <w:br/>
        <w:t>Білий світ видати.</w:t>
      </w:r>
    </w:p>
    <w:p>
      <w:r>
        <w:br/>
        <w:t>І умився, він, залився&lt;br /&gt;</w:t>
        <w:br/>
        <w:t>Гіркими сльозами,&lt;br /&gt;</w:t>
        <w:br/>
        <w:t>І на землю сировую&lt;br /&gt;</w:t>
        <w:br/>
        <w:t>Впав межи дубами.</w:t>
      </w:r>
    </w:p>
    <w:p>
      <w:r>
        <w:br/>
        <w:t>І ті жалі, і ті сльози&lt;br /&gt;</w:t>
        <w:br/>
        <w:t>Небеса пробили&lt;br /&gt;</w:t>
        <w:br/>
        <w:t>І усіх святих і бога&lt;br /&gt;</w:t>
        <w:br/>
        <w:t>В небі розбудили.</w:t>
      </w:r>
    </w:p>
    <w:p>
      <w:r>
        <w:br/>
        <w:t>І зачали святі люде&lt;br /&gt;</w:t>
        <w:br/>
        <w:t>Господа молити,&lt;br /&gt;</w:t>
        <w:br/>
        <w:t>Щоби господь Соломону&lt;br /&gt;</w:t>
        <w:br/>
        <w:t>Дав ще літ прожити.</w:t>
      </w:r>
    </w:p>
    <w:p>
      <w:r>
        <w:br/>
        <w:t>"Соломона,— господь каже,-&lt;br /&gt;</w:t>
        <w:br/>
        <w:t>Щиро я кохаю&lt;br /&gt;</w:t>
        <w:br/>
        <w:t>І своїх літ йому дав би,&lt;br /&gt;</w:t>
        <w:br/>
        <w:t>Но я літ не маю.</w:t>
      </w:r>
    </w:p>
    <w:p>
      <w:r>
        <w:br/>
        <w:t>Ви, святії мої люди,&lt;br /&gt;</w:t>
        <w:br/>
        <w:t>Ви на землю йдіте&lt;br /&gt;</w:t>
        <w:br/>
        <w:t>І для него кілька років&lt;br /&gt;</w:t>
        <w:br/>
        <w:t>У людей просіте!"</w:t>
      </w:r>
    </w:p>
    <w:p>
      <w:r>
        <w:br/>
        <w:t>І зійшли святі із неба,&lt;br /&gt;</w:t>
        <w:br/>
        <w:t>Стали скрізь ходити.&lt;br /&gt;</w:t>
        <w:br/>
        <w:t>І ходили, й літ просили&lt;br /&gt;</w:t>
        <w:br/>
        <w:t>Соломону жити.</w:t>
      </w:r>
    </w:p>
    <w:p>
      <w:r>
        <w:br/>
        <w:t>VI</w:t>
      </w:r>
    </w:p>
    <w:p>
      <w:r>
        <w:br/>
        <w:t>Цілий день вони ходили...&lt;br /&gt;</w:t>
        <w:br/>
        <w:t>Закотилось сонце.&lt;br /&gt;</w:t>
        <w:br/>
        <w:t>І приходять святі люде&lt;br /&gt;</w:t>
        <w:br/>
        <w:t>Під їдно віконце.</w:t>
      </w:r>
    </w:p>
    <w:p>
      <w:r>
        <w:br/>
        <w:t>Там старая баба жила,&lt;br /&gt;</w:t>
        <w:br/>
        <w:t>Що сто літ прожила,&lt;br /&gt;</w:t>
        <w:br/>
        <w:t>А ще других сто прожити&lt;br /&gt;</w:t>
        <w:br/>
        <w:t>Доля їй судила.</w:t>
      </w:r>
    </w:p>
    <w:p>
      <w:r>
        <w:br/>
        <w:t>І зачали святі люде&lt;br /&gt;</w:t>
        <w:br/>
        <w:t>Бабу ту питати,&lt;br /&gt;</w:t>
        <w:br/>
        <w:t>Чи не схоче тая баба&lt;br /&gt;</w:t>
        <w:br/>
        <w:t>Своїх літ віддати.</w:t>
      </w:r>
    </w:p>
    <w:p>
      <w:r>
        <w:br/>
        <w:t>"Нащо маю віддавати? —&lt;br /&gt;</w:t>
        <w:br/>
        <w:t>Баба говорила,-&lt;br /&gt;</w:t>
        <w:br/>
        <w:t>Коли мені літа тіі&lt;br /&gt;</w:t>
        <w:br/>
        <w:t>Доля присудилаї"</w:t>
      </w:r>
    </w:p>
    <w:p>
      <w:r>
        <w:br/>
        <w:t>"Старість, бабко, нам — не радість,&lt;br /&gt;</w:t>
        <w:br/>
        <w:t>Як старому жити-&lt;br /&gt;</w:t>
        <w:br/>
        <w:t>Хіба тілько свої кості&lt;br /&gt;</w:t>
        <w:br/>
        <w:t>Жовтії сушити.</w:t>
      </w:r>
    </w:p>
    <w:p>
      <w:r>
        <w:br/>
        <w:t>А на світі єсть дитина,&lt;br /&gt;</w:t>
        <w:br/>
        <w:t>Бідна сиротина,&lt;br /&gt;</w:t>
        <w:br/>
        <w:t>Літ не має і вмирає,&lt;br /&gt;</w:t>
        <w:br/>
        <w:t>Як тая билина!"</w:t>
      </w:r>
    </w:p>
    <w:p>
      <w:r>
        <w:br/>
        <w:t>І здихнула стара баба,&lt;br /&gt;</w:t>
        <w:br/>
        <w:t>І стала казати:&lt;br /&gt;</w:t>
        <w:br/>
        <w:t>"Коли так, то вже я мушу&lt;br /&gt;</w:t>
        <w:br/>
        <w:t>Тридцять літ вам дати.</w:t>
      </w:r>
    </w:p>
    <w:p>
      <w:r>
        <w:br/>
        <w:t>Лиш нехай дитина тая&lt;br /&gt;</w:t>
        <w:br/>
        <w:t>Гайом не гайнує:&lt;br /&gt;</w:t>
        <w:br/>
        <w:t>Нехай літа дорогії&lt;br /&gt;</w:t>
        <w:br/>
        <w:t>І себе шанує ..."</w:t>
      </w:r>
    </w:p>
    <w:p>
      <w:r>
        <w:br/>
        <w:t>VII</w:t>
      </w:r>
    </w:p>
    <w:p>
      <w:r>
        <w:br/>
        <w:t>Три і штири проминуло,&lt;br /&gt;</w:t>
        <w:br/>
        <w:t>П'ятий наступає,&lt;br /&gt;</w:t>
        <w:br/>
        <w:t>Соломон жиє на світі&lt;br /&gt;</w:t>
        <w:br/>
        <w:t>Да й, не умирає.</w:t>
      </w:r>
    </w:p>
    <w:p>
      <w:r>
        <w:br/>
        <w:t>В, літ п'ятнадцять і шістнадцять&lt;br /&gt;</w:t>
        <w:br/>
        <w:t>Виріс він, на диво.&lt;br /&gt;</w:t>
        <w:br/>
        <w:t>Хто поглянув, то сказав би-&lt;br /&gt;</w:t>
        <w:br/>
        <w:t>Двадцять літ пробило.</w:t>
      </w:r>
    </w:p>
    <w:p>
      <w:r>
        <w:br/>
        <w:t>І згадав він свою неньку,&lt;br /&gt;</w:t>
        <w:br/>
        <w:t>Шо хотіла вбити.&lt;br /&gt;</w:t>
        <w:br/>
        <w:t>І задумав, чим не було б,&lt;br /&gt;</w:t>
        <w:br/>
        <w:t>Неньці відплатити.</w:t>
      </w:r>
    </w:p>
    <w:p>
      <w:r>
        <w:br/>
        <w:t>Лиш Давид їдного часу&lt;br /&gt;</w:t>
        <w:br/>
        <w:t>Виїхав з столиці,-&lt;br /&gt;</w:t>
        <w:br/>
        <w:t>Взяв товару штири вози,&lt;br /&gt;</w:t>
        <w:br/>
        <w:t>Іде до цариці.</w:t>
      </w:r>
    </w:p>
    <w:p>
      <w:r>
        <w:br/>
        <w:t>Приїжджає під ворота,&lt;br /&gt;</w:t>
        <w:br/>
        <w:t>Коні випрягає,&lt;br /&gt;</w:t>
        <w:br/>
        <w:t>Лиш виходить і цариця,&lt;br /&gt;</w:t>
        <w:br/>
        <w:t>Купчика вітає.</w:t>
      </w:r>
    </w:p>
    <w:p>
      <w:r>
        <w:br/>
        <w:t>Роздивилася товари:&lt;br /&gt;</w:t>
        <w:br/>
        <w:t>Всі до сподобання.&lt;br /&gt;</w:t>
        <w:br/>
        <w:t>Да й сам купчик молоденький&lt;br /&gt;</w:t>
        <w:br/>
        <w:t>Здався б до кохання.</w:t>
      </w:r>
    </w:p>
    <w:p>
      <w:r>
        <w:br/>
        <w:t>"Що ти хочеш за товари?" —&lt;br /&gt;</w:t>
        <w:br/>
        <w:t>Цариця питає.&lt;br /&gt;</w:t>
        <w:br/>
        <w:t>"Тілько дівчину на нічку",-&lt;br /&gt;</w:t>
        <w:br/>
        <w:t>Купчик відвічає.</w:t>
      </w:r>
    </w:p>
    <w:p>
      <w:r>
        <w:br/>
        <w:t>І цариця попросила&lt;br /&gt;</w:t>
        <w:br/>
        <w:t>Сутки почекати.&lt;br /&gt;</w:t>
        <w:br/>
        <w:t>А тим часом йому стала&lt;br /&gt;</w:t>
        <w:br/>
        <w:t>Дівку добирати.</w:t>
      </w:r>
    </w:p>
    <w:p>
      <w:r>
        <w:br/>
        <w:t>VІІІ</w:t>
      </w:r>
    </w:p>
    <w:p>
      <w:r>
        <w:br/>
        <w:t>От настала ніч темненька.&lt;br /&gt;</w:t>
        <w:br/>
        <w:t>Постіль застелили&lt;br /&gt;</w:t>
        <w:br/>
        <w:t>І на постіль на пухову&lt;br /&gt;</w:t>
        <w:br/>
        <w:t>Купчика вложили.</w:t>
      </w:r>
    </w:p>
    <w:p>
      <w:r>
        <w:br/>
        <w:t>Йде дівчина, як калина,&lt;br /&gt;</w:t>
        <w:br/>
        <w:t>Серце страшно б'ється:&lt;br /&gt;</w:t>
        <w:br/>
        <w:t>Хто то знає, що там буде?&lt;br /&gt;</w:t>
        <w:br/>
        <w:t>Що там доведеться?</w:t>
      </w:r>
    </w:p>
    <w:p>
      <w:r>
        <w:br/>
        <w:t>А купець лиш тілько глянув —&lt;br /&gt;</w:t>
        <w:br/>
        <w:t>Каже: "Не годиться!"&lt;br /&gt;</w:t>
        <w:br/>
        <w:t>Да і просить, щоб прислала&lt;br /&gt;</w:t>
        <w:br/>
        <w:t>Другую цариця.</w:t>
      </w:r>
    </w:p>
    <w:p>
      <w:r>
        <w:br/>
        <w:t>Входить друга, як та ружа,&lt;br /&gt;</w:t>
        <w:br/>
        <w:t>Серце обкипає:&lt;br /&gt;</w:t>
        <w:br/>
        <w:t>Хто там знає, що там буде,&lt;br /&gt;</w:t>
        <w:br/>
        <w:t>Що її чекає!</w:t>
      </w:r>
    </w:p>
    <w:p>
      <w:r>
        <w:br/>
        <w:t>Но купець собі байдуже:&lt;br /&gt;</w:t>
        <w:br/>
        <w:t>Не пускає спати,&lt;br /&gt;</w:t>
        <w:br/>
        <w:t>А в цариці таки просить,&lt;br /&gt;</w:t>
        <w:br/>
        <w:t>Щоби дівку дати.</w:t>
      </w:r>
    </w:p>
    <w:p>
      <w:r>
        <w:br/>
        <w:t>Щой не слала лиш цариця,&lt;br /&gt;</w:t>
        <w:br/>
        <w:t>Все то не годиться.&lt;br /&gt;</w:t>
        <w:br/>
        <w:t>На остаток — що робити?&lt;br /&gt;</w:t>
        <w:br/>
        <w:t>Йде сама цариця.</w:t>
      </w:r>
    </w:p>
    <w:p>
      <w:r>
        <w:br/>
        <w:t>Йде цариця, чепуриться,&lt;br /&gt;</w:t>
        <w:br/>
        <w:t>Б'ються мило груди:&lt;br /&gt;</w:t>
        <w:br/>
        <w:t>Вона знає, що чекає,&lt;br /&gt;</w:t>
        <w:br/>
        <w:t>Що там з нею буде.</w:t>
      </w:r>
    </w:p>
    <w:p>
      <w:r>
        <w:br/>
        <w:t>Лиш приходить — гарний купчик&lt;br /&gt;</w:t>
        <w:br/>
        <w:t>Став до себе звати.&lt;br /&gt;</w:t>
        <w:br/>
        <w:t>І цариця коло него&lt;br /&gt;</w:t>
        <w:br/>
        <w:t>Положилась спати.</w:t>
      </w:r>
    </w:p>
    <w:p>
      <w:r>
        <w:br/>
        <w:t>ІX</w:t>
      </w:r>
    </w:p>
    <w:p>
      <w:r>
        <w:br/>
        <w:t>Положилася цариця&lt;br /&gt;</w:t>
        <w:br/>
        <w:t>Без жадного фуку,&lt;br /&gt;</w:t>
        <w:br/>
        <w:t>І купець підняв над нею&lt;br /&gt;</w:t>
        <w:br/>
        <w:t>Свою праву руку.</w:t>
      </w:r>
    </w:p>
    <w:p>
      <w:r>
        <w:br/>
        <w:t>І підняв він свою руку,&lt;br /&gt;</w:t>
        <w:br/>
        <w:t>Положив на груди&lt;br /&gt;</w:t>
        <w:br/>
        <w:t>І промовив: "Ой, колись-то&lt;br /&gt;</w:t>
        <w:br/>
        <w:t>Грав я в сії дуди".</w:t>
      </w:r>
    </w:p>
    <w:p>
      <w:r>
        <w:br/>
        <w:t>Потім знову синок каже&lt;br /&gt;</w:t>
        <w:br/>
        <w:t>До рідної мами:&lt;br /&gt;</w:t>
        <w:br/>
        <w:t>"Ой, колись-то я виходив&lt;br /&gt;</w:t>
        <w:br/>
        <w:t>Через сії брами!"</w:t>
      </w:r>
    </w:p>
    <w:p>
      <w:r>
        <w:br/>
        <w:t>Но цариця того всього&lt;br /&gt;</w:t>
        <w:br/>
        <w:t>Та й не розважає;&lt;br /&gt;</w:t>
        <w:br/>
        <w:t>Чи зшаліла, чи заснула,&lt;br /&gt;</w:t>
        <w:br/>
        <w:t>Чи бог її знає!</w:t>
      </w:r>
    </w:p>
    <w:p>
      <w:r>
        <w:br/>
        <w:t>От цариця захропіла,&lt;br /&gt;</w:t>
        <w:br/>
        <w:t>Соломон піднявся,&lt;br /&gt;</w:t>
        <w:br/>
        <w:t>Зібрав все своє, що було,&lt;br /&gt;</w:t>
        <w:br/>
        <w:t>І приладнувався.</w:t>
      </w:r>
    </w:p>
    <w:p>
      <w:r>
        <w:br/>
        <w:t>І цариця не проспиться,&lt;br /&gt;</w:t>
        <w:br/>
        <w:t>Спить і тяжко дише.&lt;br /&gt;</w:t>
        <w:br/>
        <w:t>А купець на стінах всюди&lt;br /&gt;</w:t>
        <w:br/>
        <w:t>Діамантом пише:</w:t>
      </w:r>
    </w:p>
    <w:p>
      <w:r>
        <w:br/>
        <w:t>"Коли мати з сином спала,&lt;br /&gt;</w:t>
        <w:br/>
        <w:t>Голова жіноча-&lt;br /&gt;</w:t>
        <w:br/>
        <w:t>Видить бог і видять люде —&lt;br /&gt;</w:t>
        <w:br/>
        <w:t>Не варт жмені клоччя!-</w:t>
      </w:r>
    </w:p>
    <w:p>
      <w:r>
        <w:br/>
        <w:t>Написав він і поіхав,&lt;br /&gt;</w:t>
        <w:br/>
        <w:t>Куди — сам лиш знає.&lt;br /&gt;</w:t>
        <w:br/>
        <w:t>Аж тут рано, до схід сонця,&lt;br /&gt;</w:t>
        <w:br/>
        <w:t>Давид приїжджає.</w:t>
      </w:r>
    </w:p>
    <w:p>
      <w:r>
        <w:br/>
        <w:t>X</w:t>
      </w:r>
    </w:p>
    <w:p>
      <w:r>
        <w:br/>
        <w:t>Спить— цариця, не проспиться.&lt;br /&gt;</w:t>
        <w:br/>
        <w:t>Давид походжає,&lt;br /&gt;</w:t>
        <w:br/>
        <w:t>Походжає, поглядає&lt;br /&gt;</w:t>
        <w:br/>
        <w:t>І письмо читає:</w:t>
      </w:r>
    </w:p>
    <w:p>
      <w:r>
        <w:br/>
        <w:t>"Коли мати з сином спала,&lt;br /&gt;</w:t>
        <w:br/>
        <w:t>Голова жіноча —&lt;br /&gt;</w:t>
        <w:br/>
        <w:t>Видить бог і видять люде —&lt;br /&gt;</w:t>
        <w:br/>
        <w:t>Не варт жмені клоччя!"</w:t>
      </w:r>
    </w:p>
    <w:p>
      <w:r>
        <w:br/>
        <w:t>І забились його жили,&lt;br /&gt;</w:t>
        <w:br/>
        <w:t>І ожили кості: —&lt;br /&gt;</w:t>
        <w:br/>
        <w:t>Давид зразу догадався,&lt;br /&gt;</w:t>
        <w:br/>
        <w:t>Хто приходив в гості.</w:t>
      </w:r>
    </w:p>
    <w:p>
      <w:r>
        <w:br/>
        <w:t>Догадався, що ще в світі&lt;br /&gt;</w:t>
        <w:br/>
        <w:t>Соломон гуляє.&lt;br /&gt;</w:t>
        <w:br/>
        <w:t>І як сина відпитати —&lt;br /&gt;</w:t>
        <w:br/>
        <w:t>Думоньку гадає.</w:t>
      </w:r>
    </w:p>
    <w:p>
      <w:r>
        <w:br/>
        <w:t>"Га! — подумав,— зроблю плуга,&lt;br /&gt;</w:t>
        <w:br/>
        <w:t>Плуга золотого.&lt;br /&gt;</w:t>
        <w:br/>
        <w:t>Може, плугом відпитаю&lt;br /&gt;</w:t>
        <w:br/>
        <w:t>Соломона свого!"</w:t>
      </w:r>
    </w:p>
    <w:p>
      <w:r>
        <w:br/>
        <w:t>І зібрав він своє злото,&lt;br /&gt;</w:t>
        <w:br/>
        <w:t>Казав збити, злити&lt;br /&gt;</w:t>
        <w:br/>
        <w:t>І із того злота всього&lt;br /&gt;</w:t>
        <w:br/>
        <w:t>Цілий плуг зробити.</w:t>
      </w:r>
    </w:p>
    <w:p>
      <w:r>
        <w:br/>
        <w:t>І зібралися цигане,&lt;br /&gt;</w:t>
        <w:br/>
        <w:t>Золото— стопили&lt;br /&gt;</w:t>
        <w:br/>
        <w:t>І, на диво всьому світу,&lt;br /&gt;</w:t>
        <w:br/>
        <w:t>З него плуг зробили.</w:t>
      </w:r>
    </w:p>
    <w:p>
      <w:r>
        <w:br/>
        <w:t>І послав Давид по світі&lt;br /&gt;</w:t>
        <w:br/>
        <w:t>Той плужок возити,&lt;br /&gt;</w:t>
        <w:br/>
        <w:t>І питати, і писати,&lt;br /&gt;</w:t>
        <w:br/>
        <w:t>Як будуть цінити.</w:t>
      </w:r>
    </w:p>
    <w:p>
      <w:r>
        <w:br/>
        <w:t>XI</w:t>
      </w:r>
    </w:p>
    <w:p>
      <w:r>
        <w:br/>
        <w:t>І цінили того плуга,&lt;br /&gt;</w:t>
        <w:br/>
        <w:t>І ціну писали:&lt;br /&gt;</w:t>
        <w:br/>
        <w:t>Скрізь від тисячі червоних&lt;br /&gt;</w:t>
        <w:br/>
        <w:t>Менше не давали.</w:t>
      </w:r>
    </w:p>
    <w:p>
      <w:r>
        <w:br/>
        <w:t>От додому повертають,-&lt;br /&gt;</w:t>
        <w:br/>
        <w:t>Видять: під горою&lt;br /&gt;</w:t>
        <w:br/>
        <w:t>Парубок якийсь обдертий&lt;br /&gt;</w:t>
        <w:br/>
        <w:t>Ходить з чередою.</w:t>
      </w:r>
    </w:p>
    <w:p>
      <w:r>
        <w:br/>
        <w:t>І ходить він з чередою,&lt;br /&gt;</w:t>
        <w:br/>
        <w:t>Чорний хліб жвакає&lt;br /&gt;</w:t>
        <w:br/>
        <w:t>І череду на дорогу&lt;br /&gt;</w:t>
        <w:br/>
        <w:t>З поля виганяє.</w:t>
      </w:r>
    </w:p>
    <w:p>
      <w:r>
        <w:br/>
        <w:t>Слуги й того не минули: —&lt;br /&gt;</w:t>
        <w:br/>
        <w:t>Зачали просити&lt;br /&gt;</w:t>
        <w:br/>
        <w:t>Подивитись на їх плуга,&lt;br /&gt;</w:t>
        <w:br/>
        <w:t>Ціну йому збити.</w:t>
      </w:r>
    </w:p>
    <w:p>
      <w:r>
        <w:br/>
        <w:t>І прийшов він. Зачинає,&lt;br /&gt;</w:t>
        <w:br/>
        <w:t>Плуга оглядати.&lt;br /&gt;</w:t>
        <w:br/>
        <w:t>"Да, плуг гарний, — промовляє,-&lt;br /&gt;</w:t>
        <w:br/>
        <w:t>Нічого казати.</w:t>
      </w:r>
    </w:p>
    <w:p>
      <w:r>
        <w:br/>
        <w:t>І чересло, і полиця,&lt;br /&gt;</w:t>
        <w:br/>
        <w:t>І леміш хороший.&lt;br /&gt;</w:t>
        <w:br/>
        <w:t>Кого злидні їдять три дні,&lt;br /&gt;</w:t>
        <w:br/>
        <w:t>Дав би купу грошей.</w:t>
      </w:r>
    </w:p>
    <w:p>
      <w:r>
        <w:br/>
        <w:t>І як дощики, на щастя,&lt;br /&gt;</w:t>
        <w:br/>
        <w:t>В маю перепадуть,&lt;br /&gt;</w:t>
        <w:br/>
        <w:t>Тогді плуг йому придасться,&lt;br /&gt;</w:t>
        <w:br/>
        <w:t>Й гроші не пропадуть.</w:t>
      </w:r>
    </w:p>
    <w:p>
      <w:r>
        <w:br/>
        <w:t>А не будь дощу ні разу-&lt;br /&gt;</w:t>
        <w:br/>
        <w:t>Він не варт нічого:&lt;br /&gt;</w:t>
        <w:br/>
        <w:t>І не тілько хліба сего —&lt;br /&gt;</w:t>
        <w:br/>
        <w:t>Сухарця цвілого!"</w:t>
      </w:r>
    </w:p>
    <w:p>
      <w:r>
        <w:br/>
        <w:t>Записали й се ті люде&lt;br /&gt;</w:t>
        <w:br/>
        <w:t>На папері свому&lt;br /&gt;</w:t>
        <w:br/>
        <w:t>І поїхали, сердиті,&lt;br /&gt;</w:t>
        <w:br/>
        <w:t>До самого дому.</w:t>
      </w:r>
    </w:p>
    <w:p>
      <w:r>
        <w:br/>
        <w:t>XII</w:t>
      </w:r>
    </w:p>
    <w:p>
      <w:r>
        <w:br/>
        <w:t>І приїхали додому.&lt;br /&gt;</w:t>
        <w:br/>
        <w:t>Став Давид питати:&lt;br /&gt;</w:t>
        <w:br/>
        <w:t>"Що там, люде, в білім світі&lt;br /&gt;</w:t>
        <w:br/>
        <w:t>Про мій плуг чувати?"</w:t>
      </w:r>
    </w:p>
    <w:p>
      <w:r>
        <w:br/>
        <w:t>Слуги низько поклонились,&lt;br /&gt;</w:t>
        <w:br/>
        <w:t>Стали говорити:&lt;br /&gt;</w:t>
        <w:br/>
        <w:t>"Даруй боже тобі, царю,&lt;br /&gt;</w:t>
        <w:br/>
        <w:t>Многі літа жити!</w:t>
      </w:r>
    </w:p>
    <w:p>
      <w:r>
        <w:br/>
        <w:t>Ісходили ми всю землю,&lt;br /&gt;</w:t>
        <w:br/>
        <w:t>Скрізь людей питали,-&lt;br /&gt;</w:t>
        <w:br/>
        <w:t>Скрізь від тисячі червоних&lt;br /&gt;</w:t>
        <w:br/>
        <w:t>Менше не давали.</w:t>
      </w:r>
    </w:p>
    <w:p>
      <w:r>
        <w:br/>
        <w:t>Лиш пастух їдей поганий&lt;br /&gt;</w:t>
        <w:br/>
        <w:t>З пантелику збився:&lt;br /&gt;</w:t>
        <w:br/>
        <w:t>Не цінив він твого плуга,&lt;br /&gt;</w:t>
        <w:br/>
        <w:t>Тілько з него кпився.</w:t>
      </w:r>
    </w:p>
    <w:p>
      <w:r>
        <w:br/>
        <w:t>Оцінив лиш на дві копи&lt;br /&gt;</w:t>
        <w:br/>
        <w:t>І сказав до того,&lt;br /&gt;</w:t>
        <w:br/>
        <w:t>Що, як в маю дощ не буде,&lt;br /&gt;</w:t>
        <w:br/>
        <w:t>Він не варт нічого!"</w:t>
      </w:r>
    </w:p>
    <w:p>
      <w:r>
        <w:br/>
        <w:t>"Ой самі ви,— Давид каже,-&lt;br /&gt;</w:t>
        <w:br/>
        <w:t>3 пантелику збились,&lt;br /&gt;</w:t>
        <w:br/>
        <w:t>Да і тії разом з вами,&lt;br /&gt;</w:t>
        <w:br/>
        <w:t>Що в ціну гонились.</w:t>
      </w:r>
    </w:p>
    <w:p>
      <w:r>
        <w:br/>
        <w:t>З вас усіх пастух убогий&lt;br /&gt;</w:t>
        <w:br/>
        <w:t>Єсть найрозумніший.&lt;br /&gt;</w:t>
        <w:br/>
        <w:t>І пастух той — видно діло —&lt;br /&gt;</w:t>
        <w:br/>
        <w:t>Син мій наймудріший.</w:t>
      </w:r>
    </w:p>
    <w:p>
      <w:r>
        <w:br/>
        <w:t>Беріть, люде, коні в стайні,&lt;br /&gt;</w:t>
        <w:br/>
        <w:t>Каждий вороного,&lt;br /&gt;</w:t>
        <w:br/>
        <w:t>Поїжджайте, доганяйте&lt;br /&gt;</w:t>
        <w:br/>
        <w:t>Соломона мого!.."</w:t>
      </w:r>
    </w:p>
    <w:p>
      <w:r>
        <w:br/>
        <w:t>І зачали люди всюди&lt;br /&gt;</w:t>
        <w:br/>
        <w:t>Їздити, питати.&lt;br /&gt;</w:t>
        <w:br/>
        <w:t>Лиш да ремне — в чистім полі&lt;br /&gt;</w:t>
        <w:br/>
        <w:t>Вітру не піймати!</w:t>
      </w:r>
    </w:p>
    <w:p>
      <w:r>
        <w:br/>
        <w:t>XIІІ</w:t>
      </w:r>
    </w:p>
    <w:p>
      <w:r>
        <w:br/>
        <w:t>І Давид-цар зажурився,&lt;br /&gt;</w:t>
        <w:br/>
        <w:t>Став думу гадати,&lt;br /&gt;</w:t>
        <w:br/>
        <w:t>Як би свого Соломона&lt;br /&gt;</w:t>
        <w:br/>
        <w:t>В світі відпитати.</w:t>
      </w:r>
    </w:p>
    <w:p>
      <w:r>
        <w:br/>
        <w:t>"Га! — подумав,— видам баль я,&lt;br /&gt;</w:t>
        <w:br/>
        <w:t>І зійдуться люде.&lt;br /&gt;</w:t>
        <w:br/>
        <w:t>Межи ними непремінно&lt;br /&gt;</w:t>
        <w:br/>
        <w:t>Соломон мін буде!"</w:t>
      </w:r>
    </w:p>
    <w:p>
      <w:r>
        <w:br/>
        <w:t>А в Давида — треба знати —&lt;br /&gt;</w:t>
        <w:br/>
        <w:t>Все робилось живо:&lt;br /&gt;</w:t>
        <w:br/>
        <w:t>Загадав лиш,— і вродився&lt;br /&gt;</w:t>
        <w:br/>
        <w:t>В него баль на диво.</w:t>
      </w:r>
    </w:p>
    <w:p>
      <w:r>
        <w:br/>
        <w:t>Трублять труби, ідуть люди,&lt;br /&gt;</w:t>
        <w:br/>
        <w:t>Сіли за столами.&lt;br /&gt;</w:t>
        <w:br/>
        <w:t>І дубові столи гнуться,&lt;br /&gt;</w:t>
        <w:br/>
        <w:t>Гнуться під мисками.</w:t>
      </w:r>
    </w:p>
    <w:p>
      <w:r>
        <w:br/>
        <w:t>І миски всі срібні були,&lt;br /&gt;</w:t>
        <w:br/>
        <w:t>Тарілки із злота.&lt;br /&gt;</w:t>
        <w:br/>
        <w:t>Гостям тілько із ложкамі&lt;br /&gt;</w:t>
        <w:br/>
        <w:t>Кепськая робота:</w:t>
      </w:r>
    </w:p>
    <w:p>
      <w:r>
        <w:br/>
        <w:t>На два локті кажда ложка,&lt;br /&gt;</w:t>
        <w:br/>
        <w:t>Як тут скажеш брати?&lt;br /&gt;</w:t>
        <w:br/>
        <w:t>За кінець возьмеш рукою —&lt;br /&gt;</w:t>
        <w:br/>
        <w:t>Губі не дістати.</w:t>
      </w:r>
    </w:p>
    <w:p>
      <w:r>
        <w:br/>
        <w:t>Ближче возьмеш — друге горе,&lt;br /&gt;</w:t>
        <w:br/>
        <w:t>Бо, як набираєш,&lt;br /&gt;</w:t>
        <w:br/>
        <w:t>Держаком сусіду свому&lt;br /&gt;</w:t>
        <w:br/>
        <w:t>Очі вибираєш.</w:t>
      </w:r>
    </w:p>
    <w:p>
      <w:r>
        <w:br/>
        <w:t>І задумалися гості,&lt;br /&gt;</w:t>
        <w:br/>
        <w:t>Страва застигає;&lt;br /&gt;</w:t>
        <w:br/>
        <w:t>Душа рада б попоїсти,&lt;br /&gt;</w:t>
        <w:br/>
        <w:t>Та пуття не знає.</w:t>
      </w:r>
    </w:p>
    <w:p>
      <w:r>
        <w:br/>
        <w:t>XІV</w:t>
      </w:r>
    </w:p>
    <w:p>
      <w:r>
        <w:br/>
        <w:t>І Давид думу гадає:&lt;br /&gt;</w:t>
        <w:br/>
        <w:t>"Гостей в мене много,&lt;br /&gt;</w:t>
        <w:br/>
        <w:t>Но нема ще межи ними&lt;br /&gt;</w:t>
        <w:br/>
        <w:t>Соломона мого.</w:t>
      </w:r>
    </w:p>
    <w:p>
      <w:r>
        <w:br/>
        <w:t>Де ж ти, сину Соломоне?&lt;br /&gt;</w:t>
        <w:br/>
        <w:t>Де ж ти так довгенько?",-&lt;br /&gt;</w:t>
        <w:br/>
        <w:t>І поглянув кругом себе,&lt;br /&gt;</w:t>
        <w:br/>
        <w:t>І здихнув тяженько.</w:t>
      </w:r>
    </w:p>
    <w:p>
      <w:r>
        <w:br/>
        <w:t>І прийшла сама цариця&lt;br /&gt;</w:t>
        <w:br/>
        <w:t>З панею їдною,&lt;br /&gt;</w:t>
        <w:br/>
        <w:t>Царя взяли попід руки,&lt;br /&gt;</w:t>
        <w:br/>
        <w:t>Повели з собою.</w:t>
      </w:r>
    </w:p>
    <w:p>
      <w:r>
        <w:br/>
        <w:t>Тут в минуті, ніби з неба,&lt;br /&gt;</w:t>
        <w:br/>
        <w:t>Соломон напався:&lt;br /&gt;</w:t>
        <w:br/>
        <w:t>"Чом не істе, добрі люде?" —&lt;br /&gt;</w:t>
        <w:br/>
        <w:t>Живо запитався.</w:t>
      </w:r>
    </w:p>
    <w:p>
      <w:r>
        <w:br/>
        <w:t>"Чи ж не видиш, яка ложка?-&lt;br /&gt;</w:t>
        <w:br/>
        <w:t>Стали бормотати, —&lt;br /&gt;</w:t>
        <w:br/>
        <w:t>Возьмеш страви,— очі видать,&lt;br /&gt;</w:t>
        <w:br/>
        <w:t>Губі не дістати!"</w:t>
      </w:r>
    </w:p>
    <w:p>
      <w:r>
        <w:br/>
        <w:t>А він живо людям каже:&lt;br /&gt;</w:t>
        <w:br/>
        <w:t>"Ціхо! угамуйтесь!&lt;br /&gt;</w:t>
        <w:br/>
        <w:t>Ложки — в руки! і, як діти,&lt;br /&gt;</w:t>
        <w:br/>
        <w:t>Через стіл годуйтесь!"</w:t>
      </w:r>
    </w:p>
    <w:p>
      <w:r>
        <w:br/>
        <w:t>"О, спасибі тобі, хлопче!" —&lt;br /&gt;</w:t>
        <w:br/>
        <w:t>Люде закричали,&lt;br /&gt;</w:t>
        <w:br/>
        <w:t>Ложки в руки і на чудо&lt;br /&gt;</w:t>
        <w:br/>
        <w:t>Балювати стали.</w:t>
      </w:r>
    </w:p>
    <w:p>
      <w:r>
        <w:br/>
        <w:t>Давид входить, догадався,&lt;br /&gt;</w:t>
        <w:br/>
        <w:t>Сина скрізь шукає.&lt;br /&gt;</w:t>
        <w:br/>
        <w:t>А син, бог лиш тілько знає,&lt;br /&gt;</w:t>
        <w:br/>
        <w:t>Де вже опирає!</w:t>
      </w:r>
    </w:p>
    <w:p>
      <w:r>
        <w:br/>
        <w:t>XV</w:t>
      </w:r>
    </w:p>
    <w:p>
      <w:r>
        <w:br/>
        <w:t>Вже двадцята Соломону&lt;br /&gt;</w:t>
        <w:br/>
        <w:t>Осінь наступає.&lt;br /&gt;</w:t>
        <w:br/>
        <w:t>Соломон сидить над морем,&lt;br /&gt;</w:t>
        <w:br/>
        <w:t>Думоньку гадає:</w:t>
      </w:r>
    </w:p>
    <w:p>
      <w:r>
        <w:br/>
        <w:t>"Віють вітри, віють буйні.&lt;br /&gt;</w:t>
        <w:br/>
        <w:t>Страшно хвилі б'ються;&lt;br /&gt;</w:t>
        <w:br/>
        <w:t>Тяжко, тяжко мому серцю.&lt;br /&gt;</w:t>
        <w:br/>
        <w:t>Що аж сльози ллються.</w:t>
      </w:r>
    </w:p>
    <w:p>
      <w:r>
        <w:br/>
        <w:t>Наймудріший я на світі,-&lt;br /&gt;</w:t>
        <w:br/>
        <w:t>Що ж мені із того?&lt;br /&gt;</w:t>
        <w:br/>
        <w:t>Як приблудний ходжу, блуджу&lt;br /&gt;</w:t>
        <w:br/>
        <w:t>Коло дому свого!</w:t>
      </w:r>
    </w:p>
    <w:p>
      <w:r>
        <w:br/>
        <w:t>Ходжу, блуджу коло дому&lt;br /&gt;</w:t>
        <w:br/>
        <w:t>І рідні не бачу.&lt;br /&gt;</w:t>
        <w:br/>
        <w:t>Тілько неньку проклинаю,&lt;br /&gt;</w:t>
        <w:br/>
        <w:t>Тілько долю плачу.</w:t>
      </w:r>
    </w:p>
    <w:p>
      <w:r>
        <w:br/>
        <w:t>Нене ж моя, рідна нене!&lt;br /&gt;</w:t>
        <w:br/>
        <w:t>Що ж ти починила?&lt;br /&gt;</w:t>
        <w:br/>
        <w:t>Нащо мене Соломоном&lt;br /&gt;</w:t>
        <w:br/>
        <w:t>На світ породила?</w:t>
      </w:r>
    </w:p>
    <w:p>
      <w:r>
        <w:br/>
        <w:t>Нащо мене Соломоном&lt;br /&gt;</w:t>
        <w:br/>
        <w:t>На світ породила —&lt;br /&gt;</w:t>
        <w:br/>
        <w:t>Нащо мене сиротою&lt;br /&gt;</w:t>
        <w:br/>
        <w:t>По світі пустила?</w:t>
      </w:r>
    </w:p>
    <w:p>
      <w:r>
        <w:br/>
        <w:t>І пустила, і від батька&lt;br /&gt;</w:t>
        <w:br/>
        <w:t>Сина відганяєш,&lt;br /&gt;</w:t>
        <w:br/>
        <w:t>Нене ж моя, злая нене,&lt;br /&gt;</w:t>
        <w:br/>
        <w:t>Чом не умираєш?"</w:t>
      </w:r>
    </w:p>
    <w:p>
      <w:r>
        <w:br/>
        <w:t>XVI</w:t>
      </w:r>
    </w:p>
    <w:p>
      <w:r>
        <w:br/>
        <w:t>Почорніло синє море,&lt;br /&gt;</w:t>
        <w:br/>
        <w:t>Сонечко згасає,&lt;br /&gt;</w:t>
        <w:br/>
        <w:t>І на небі чорна хмара&lt;br /&gt;</w:t>
        <w:br/>
        <w:t>Каменем звисає.</w:t>
      </w:r>
    </w:p>
    <w:p>
      <w:r>
        <w:br/>
        <w:t>Як склепіння гробовеє,&lt;br /&gt;</w:t>
        <w:br/>
        <w:t>Небо сумне стало,&lt;br /&gt;</w:t>
        <w:br/>
        <w:t>І, як гроби, з себе, море&lt;br /&gt;</w:t>
        <w:br/>
        <w:t>Хвилі підіймало.</w:t>
      </w:r>
    </w:p>
    <w:p>
      <w:r>
        <w:br/>
        <w:t>І по світі білім тихо,&lt;br /&gt;</w:t>
        <w:br/>
        <w:t>Тілько ворон кряче,&lt;br /&gt;</w:t>
        <w:br/>
        <w:t>Тілько вітер повіває&lt;br /&gt;</w:t>
        <w:br/>
        <w:t>І жалібно плаче.</w:t>
      </w:r>
    </w:p>
    <w:p>
      <w:r>
        <w:br/>
        <w:t>Вдруг півнеба загорілось,&lt;br /&gt;</w:t>
        <w:br/>
        <w:t>Запалахкотіло ...&lt;br /&gt;</w:t>
        <w:br/>
        <w:t>І, як оком промигнути,&lt;br /&gt;</w:t>
        <w:br/>
        <w:t>Страшно загриміло.</w:t>
      </w:r>
    </w:p>
    <w:p>
      <w:r>
        <w:br/>
        <w:t>Загриміло, загуділо,&lt;br /&gt;</w:t>
        <w:br/>
        <w:t>Земля затряслася,&lt;br /&gt;</w:t>
        <w:br/>
        <w:t>І по небі громовая&lt;br /&gt;</w:t>
        <w:br/>
        <w:t>Стрілка пронеслася.</w:t>
      </w:r>
    </w:p>
    <w:p>
      <w:r>
        <w:br/>
        <w:t>Бах на землю! Стало тихо.&lt;br /&gt;</w:t>
        <w:br/>
        <w:t>Небо замовчало.&lt;br /&gt;</w:t>
        <w:br/>
        <w:t>Лиш дрібненькими сльозами&lt;br /&gt;</w:t>
        <w:br/>
        <w:t>Землю устеляло.</w:t>
      </w:r>
    </w:p>
    <w:p>
      <w:r>
        <w:br/>
        <w:t>Плаче небо й перестало,&lt;br /&gt;</w:t>
        <w:br/>
        <w:t>Небу легше стало;&lt;br /&gt;</w:t>
        <w:br/>
        <w:t>Чорні хмари розійшлися;&lt;br /&gt;</w:t>
        <w:br/>
        <w:t>Сонце засіяло.</w:t>
      </w:r>
    </w:p>
    <w:p>
      <w:r>
        <w:br/>
        <w:t>Любо, мило в білім світі,&lt;br /&gt;</w:t>
        <w:br/>
        <w:t>Пташечки співають.&lt;br /&gt;</w:t>
        <w:br/>
        <w:t>В полі люде хліб збирають&lt;br /&gt;</w:t>
        <w:br/>
        <w:t>В морі риби грають.</w:t>
      </w:r>
    </w:p>
    <w:p>
      <w:r>
        <w:br/>
        <w:t>Любо, мило в білім світі,&lt;br /&gt;</w:t>
        <w:br/>
        <w:t>На душі миленько.&lt;br /&gt;</w:t>
        <w:br/>
        <w:t>Лиш їдному Соломону&lt;br /&gt;</w:t>
        <w:br/>
        <w:t>Сумно та тяженько.</w:t>
      </w:r>
    </w:p>
    <w:p>
      <w:r>
        <w:br/>
        <w:t>XVII</w:t>
      </w:r>
    </w:p>
    <w:p>
      <w:r>
        <w:br/>
        <w:t>І сидить він під скалою,&lt;br /&gt;</w:t>
        <w:br/>
        <w:t>І сидить, і плаче.&lt;br /&gt;</w:t>
        <w:br/>
        <w:t>Аж тут ворон чорнокрилий&lt;br /&gt;</w:t>
        <w:br/>
        <w:t>Понад морем кряче:</w:t>
      </w:r>
    </w:p>
    <w:p>
      <w:r>
        <w:br/>
        <w:t>"Ой, літав я кажду нічку&lt;br /&gt;</w:t>
        <w:br/>
        <w:t>Помежи горами,&lt;br /&gt;</w:t>
        <w:br/>
        <w:t>Кажду нічку доглядав я&lt;br /&gt;</w:t>
        <w:br/>
        <w:t>Соломона мами.</w:t>
      </w:r>
    </w:p>
    <w:p>
      <w:r>
        <w:br/>
        <w:t>Ой, коли ж ти, злая ненько.&lt;br /&gt;</w:t>
        <w:br/>
        <w:t>Будеш умирати?&lt;br /&gt;</w:t>
        <w:br/>
        <w:t>Ой, коли ж я над тобою&lt;br /&gt;</w:t>
        <w:br/>
        <w:t>Сяду балювати?</w:t>
      </w:r>
    </w:p>
    <w:p>
      <w:r>
        <w:br/>
        <w:t>І літав я надаремне,&lt;br /&gt;</w:t>
        <w:br/>
        <w:t>І не маю жалю:&lt;br /&gt;</w:t>
        <w:br/>
        <w:t>Серед тучі, серед грому&lt;br /&gt;</w:t>
        <w:br/>
        <w:t>Я дождався балю.</w:t>
      </w:r>
    </w:p>
    <w:p>
      <w:r>
        <w:br/>
        <w:t>Общипав я твоє тіло&lt;br /&gt;</w:t>
        <w:br/>
        <w:t>Виссав твої жили,-&lt;br /&gt;</w:t>
        <w:br/>
        <w:t>Нащо ж серце твоє чорне&lt;br /&gt;</w:t>
        <w:br/>
        <w:t>Громи розкришили! .."</w:t>
      </w:r>
    </w:p>
    <w:p>
      <w:r>
        <w:br/>
        <w:t>І літав він понад море,&lt;br /&gt;</w:t>
        <w:br/>
        <w:t>Просив моря пити:&lt;br /&gt;</w:t>
        <w:br/>
        <w:t>Тяжко стало після балю&lt;br /&gt;</w:t>
        <w:br/>
        <w:t>Ворона палити.</w:t>
      </w:r>
    </w:p>
    <w:p>
      <w:r>
        <w:br/>
        <w:t>I зачав він воду пити,&lt;br /&gt;</w:t>
        <w:br/>
        <w:t>Пив і не напився&lt;br /&gt;</w:t>
        <w:br/>
        <w:t>І без духу в синє море&lt;br /&gt;</w:t>
        <w:br/>
        <w:t>3 берега звалився.</w:t>
      </w:r>
    </w:p>
    <w:p>
      <w:r>
        <w:br/>
        <w:t>А Соломон розважає,&lt;br /&gt;</w:t>
        <w:br/>
        <w:t>Сльози утирає&lt;br /&gt;</w:t>
        <w:br/>
        <w:t>І до батька, до Давида,&lt;br /&gt;</w:t>
        <w:br/>
        <w:t>Весело вертає.</w:t>
      </w:r>
    </w:p>
    <w:p>
      <w:r>
        <w:br/>
        <w:t>XVIIІ</w:t>
      </w:r>
    </w:p>
    <w:p>
      <w:r>
        <w:br/>
        <w:t>Давид плакав у палацу,&lt;br /&gt;</w:t>
        <w:br/>
        <w:t>Тяженько журився.&lt;br /&gt;</w:t>
        <w:br/>
        <w:t>Аж тут раптом перед него&lt;br /&gt;</w:t>
        <w:br/>
        <w:t>Соломон з'явився.</w:t>
      </w:r>
    </w:p>
    <w:p>
      <w:r>
        <w:br/>
        <w:t>"Здоров, батьку мій Давиде!&lt;br /&gt;</w:t>
        <w:br/>
        <w:t>Ой, як ся ж ти маєш?&lt;br /&gt;</w:t>
        <w:br/>
        <w:t>Чи за неньку, чи за сина&lt;br /&gt;</w:t>
        <w:br/>
        <w:t>Сльози проливаєш?"</w:t>
      </w:r>
    </w:p>
    <w:p>
      <w:r>
        <w:br/>
        <w:t>І упав йому у ноги,&lt;br /&gt;</w:t>
        <w:br/>
        <w:t>Низько поклонився,-&lt;br /&gt;</w:t>
        <w:br/>
        <w:t>I, як сонечко на небі,&lt;br /&gt;</w:t>
        <w:br/>
        <w:t>Цар розвеселився.</w:t>
      </w:r>
    </w:p>
    <w:p>
      <w:r>
        <w:br/>
        <w:t>"Здоров, сину Соломоне,&lt;br /&gt;</w:t>
        <w:br/>
        <w:t>Рідная дитино!&lt;br /&gt;</w:t>
        <w:br/>
        <w:t>Де ти був до сего часу?&lt;br /&gt;</w:t>
        <w:br/>
        <w:t>Сядь-но, розкажи-но!"</w:t>
      </w:r>
    </w:p>
    <w:p>
      <w:r>
        <w:br/>
        <w:t>І Соломон сів із батьком.&lt;br /&gt;</w:t>
        <w:br/>
        <w:t>Все став говорити:&lt;br /&gt;</w:t>
        <w:br/>
        <w:t>Як-то його рідна ненька&lt;br /&gt;</w:t>
        <w:br/>
        <w:t>Думала згубити;</w:t>
      </w:r>
    </w:p>
    <w:p>
      <w:r>
        <w:br/>
        <w:t>Як він смерті відкупився&lt;br /&gt;</w:t>
        <w:br/>
        <w:t>Від рідної мами;&lt;br /&gt;</w:t>
        <w:br/>
        <w:t>Як потому став він жити&lt;br /&gt;</w:t>
        <w:br/>
        <w:t>Чужими літами.</w:t>
      </w:r>
    </w:p>
    <w:p>
      <w:r>
        <w:br/>
        <w:t>Розказав він все Давиду.&lt;br /&gt;</w:t>
        <w:br/>
        <w:t>Давид розридався:&lt;br /&gt;</w:t>
        <w:br/>
        <w:t>"Слава богу, Соломоне,&lt;br /&gt;</w:t>
        <w:br/>
        <w:t>Що хоть ти остався!</w:t>
      </w:r>
    </w:p>
    <w:p>
      <w:r>
        <w:br/>
        <w:t>Я старий; уже не можу,&lt;br /&gt;</w:t>
        <w:br/>
        <w:t>Будеш помагати,&lt;br /&gt;</w:t>
        <w:br/>
        <w:t>А як смерть пошле мні господь,&lt;br /&gt;</w:t>
        <w:br/>
        <w:t>Будеш царювати!"</w:t>
      </w:r>
    </w:p>
    <w:p>
      <w:r>
        <w:br/>
        <w:t>XІX</w:t>
      </w:r>
    </w:p>
    <w:p>
      <w:r>
        <w:br/>
        <w:t>І почули зараз люде,&lt;br /&gt;</w:t>
        <w:br/>
        <w:t>Да і світ дочувся,&lt;br /&gt;</w:t>
        <w:br/>
        <w:t>Що Соломон — у Давида,&lt;br /&gt;</w:t>
        <w:br/>
        <w:t>Що він повернувся.</w:t>
      </w:r>
    </w:p>
    <w:p>
      <w:r>
        <w:br/>
        <w:t>І зібрались до Давида&lt;br /&gt;</w:t>
        <w:br/>
        <w:t>Царі і цариці,&lt;br /&gt;</w:t>
        <w:br/>
        <w:t>Мужі, хлопці і дівчата,&lt;br /&gt;</w:t>
        <w:br/>
        <w:t>Й гарні молодиці.</w:t>
      </w:r>
    </w:p>
    <w:p>
      <w:r>
        <w:br/>
        <w:t>Давид видав баль на диво,&lt;br /&gt;</w:t>
        <w:br/>
        <w:t>Гості їли, пили,&lt;br /&gt;</w:t>
        <w:br/>
        <w:t>Напослідок Соломона&lt;br /&gt;</w:t>
        <w:br/>
        <w:t>Видіти просили.</w:t>
      </w:r>
    </w:p>
    <w:p>
      <w:r>
        <w:br/>
        <w:t>І явився син Давидів,&lt;br /&gt;</w:t>
        <w:br/>
        <w:t>Лиш не в кармазині:&lt;br /&gt;</w:t>
        <w:br/>
        <w:t>В простих чоботях пасових,&lt;br /&gt;</w:t>
        <w:br/>
        <w:t>В простії свитині.</w:t>
      </w:r>
    </w:p>
    <w:p>
      <w:r>
        <w:br/>
        <w:t>І говорить: "Добрі люде!&lt;br /&gt;</w:t>
        <w:br/>
        <w:t>З розумом судіте:&lt;br /&gt;</w:t>
        <w:br/>
        <w:t>Як що шиєте, то перше&lt;br /&gt;</w:t>
        <w:br/>
        <w:t>Гудза зав'яжіте!"</w:t>
      </w:r>
    </w:p>
    <w:p>
      <w:r>
        <w:br/>
        <w:t>Тілько всього було й мови,&lt;br /&gt;</w:t>
        <w:br/>
        <w:t>Всякий розважає,&lt;br /&gt;</w:t>
        <w:br/>
        <w:t>Як, куди і против чого&lt;br /&gt;</w:t>
        <w:br/>
        <w:t>Соломон стріляє.</w:t>
      </w:r>
    </w:p>
    <w:p>
      <w:r>
        <w:br/>
        <w:t>Розважали і гадали,&lt;br /&gt;</w:t>
        <w:br/>
        <w:t>Сили не добились,&lt;br /&gt;</w:t>
        <w:br/>
        <w:t>Поклонилися Давиду,&lt;br /&gt;</w:t>
        <w:br/>
        <w:t>Сину поклонились.</w:t>
      </w:r>
    </w:p>
    <w:p>
      <w:r>
        <w:br/>
        <w:t>І поїхали додому,&lt;br /&gt;</w:t>
        <w:br/>
        <w:t>Стали розважати:&lt;br /&gt;</w:t>
        <w:br/>
        <w:t>Що б то було, як він каже,&lt;br /&gt;</w:t>
        <w:br/>
        <w:t>"Гудза зав'язати"?</w:t>
      </w:r>
    </w:p>
    <w:p>
      <w:r>
        <w:br/>
        <w:t>XX</w:t>
      </w:r>
    </w:p>
    <w:p>
      <w:r>
        <w:br/>
        <w:t>Якось живо після балю&lt;br /&gt;</w:t>
        <w:br/>
        <w:t>Цар Давид скончався,&lt;br /&gt;</w:t>
        <w:br/>
        <w:t>І Соломон сів на троні,&lt;br /&gt;</w:t>
        <w:br/>
        <w:t>І коронувався.</w:t>
      </w:r>
    </w:p>
    <w:p>
      <w:r>
        <w:br/>
        <w:t>Сів на троні й зачинає&lt;br /&gt;</w:t>
        <w:br/>
        <w:t>Думоньку гадати:&lt;br /&gt;</w:t>
        <w:br/>
        <w:t>Як би небо розгадати,&lt;br /&gt;</w:t>
        <w:br/>
        <w:t>Море згрунтувати.</w:t>
      </w:r>
    </w:p>
    <w:p>
      <w:r>
        <w:br/>
        <w:t>Соломону треба було&lt;br /&gt;</w:t>
        <w:br/>
        <w:t>Тілько захотіти.&lt;br /&gt;</w:t>
        <w:br/>
        <w:t>Захотів лиш,— і на крузі&lt;br /&gt;</w:t>
        <w:br/>
        <w:t>В небо став летіти.</w:t>
      </w:r>
    </w:p>
    <w:p>
      <w:r>
        <w:br/>
        <w:t>І летів він, і чи довго —&lt;br /&gt;</w:t>
        <w:br/>
        <w:t>Бог то святий знає.&lt;br /&gt;</w:t>
        <w:br/>
        <w:t>Наостаток аж під самі&lt;br /&gt;</w:t>
        <w:br/>
        <w:t>Хмари підлітає.</w:t>
      </w:r>
    </w:p>
    <w:p>
      <w:r>
        <w:br/>
        <w:t>В хмаpax густо, круг оперся&lt;br /&gt;</w:t>
        <w:br/>
        <w:t>Нічого діяти!&lt;br /&gt;</w:t>
        <w:br/>
        <w:t>І зачав він помаленьку&lt;br /&gt;</w:t>
        <w:br/>
        <w:t>Хмари розгортати.</w:t>
      </w:r>
    </w:p>
    <w:p>
      <w:r>
        <w:br/>
        <w:t>Розгортає чорні хмари,&lt;br /&gt;</w:t>
        <w:br/>
        <w:t>Круг свій підіймає,&lt;br /&gt;</w:t>
        <w:br/>
        <w:t>Аж по самій середині&lt;br /&gt;</w:t>
        <w:br/>
        <w:t>Голуба стрічає.</w:t>
      </w:r>
    </w:p>
    <w:p>
      <w:r>
        <w:br/>
        <w:t>"Здоров, мудрий Соломоне!&lt;br /&gt;</w:t>
        <w:br/>
        <w:t>Де ж ти так спішишся?&lt;br /&gt;</w:t>
        <w:br/>
        <w:t>Не ізміряєш ти неба,&lt;br /&gt;</w:t>
        <w:br/>
        <w:t>Даром не трудися.</w:t>
      </w:r>
    </w:p>
    <w:p>
      <w:r>
        <w:br/>
        <w:t>Може ще як ти на милю&lt;br /&gt;</w:t>
        <w:br/>
        <w:t>Хмарою проб'єшся.&lt;br /&gt;</w:t>
        <w:br/>
        <w:t>Но як дальше йти захочеш,&lt;br /&gt;</w:t>
        <w:br/>
        <w:t>Там і останешся.</w:t>
      </w:r>
    </w:p>
    <w:p>
      <w:r>
        <w:br/>
        <w:t>Повертайся ж ти додому&lt;br /&gt;</w:t>
        <w:br/>
        <w:t>Та пантруй усюди:&lt;br /&gt;</w:t>
        <w:br/>
        <w:t>Під тобою синє поле&lt;br /&gt;</w:t>
        <w:br/>
        <w:t>І п'ятно лиш буде.</w:t>
      </w:r>
    </w:p>
    <w:p>
      <w:r>
        <w:br/>
        <w:t>І п'ятно — то земля наша,&lt;br /&gt;</w:t>
        <w:br/>
        <w:t>Синє поле — море! .."&lt;br /&gt;</w:t>
        <w:br/>
        <w:t>І вернувся він із неба,&lt;br /&gt;</w:t>
        <w:br/>
        <w:t>Мале йому горе.</w:t>
      </w:r>
    </w:p>
    <w:p>
      <w:r>
        <w:br/>
        <w:t>XXI</w:t>
      </w:r>
    </w:p>
    <w:p>
      <w:r>
        <w:br/>
        <w:t>"Га, не міряв же я неба,-&lt;br /&gt;</w:t>
        <w:br/>
        <w:t>Став він промовляти,-&lt;br /&gt;</w:t>
        <w:br/>
        <w:t>Ану, стану ланцюгами&lt;br /&gt;</w:t>
        <w:br/>
        <w:t>Море грунтувати!"</w:t>
      </w:r>
    </w:p>
    <w:p>
      <w:r>
        <w:br/>
        <w:t>Ізробив він шкляну хату,&lt;br /&gt;</w:t>
        <w:br/>
        <w:t>Ланцюги чіпляє&lt;br /&gt;</w:t>
        <w:br/>
        <w:t>І із нею кораблями&lt;br /&gt;</w:t>
        <w:br/>
        <w:t>В море виїжджає.</w:t>
      </w:r>
    </w:p>
    <w:p>
      <w:r>
        <w:br/>
        <w:t>І на самій середині&lt;br /&gt;</w:t>
        <w:br/>
        <w:t>Увійшов до хати,&lt;br /&gt;</w:t>
        <w:br/>
        <w:t>І казав себе помалу&lt;br /&gt;</w:t>
        <w:br/>
        <w:t>В море опускати.</w:t>
      </w:r>
    </w:p>
    <w:p>
      <w:r>
        <w:br/>
        <w:t>І от в море щораз глибше&lt;br /&gt;</w:t>
        <w:br/>
        <w:t>Соломон спускався,&lt;br /&gt;</w:t>
        <w:br/>
        <w:t>І що море в собі має-&lt;br /&gt;</w:t>
        <w:br/>
        <w:t>Все то роздивлявся.</w:t>
      </w:r>
    </w:p>
    <w:p>
      <w:r>
        <w:br/>
        <w:t>Опускався ... ба вже й мало&lt;br /&gt;</w:t>
        <w:br/>
        <w:t>Ланцюга бог має,&lt;br /&gt;</w:t>
        <w:br/>
        <w:t>Аж тут рак до него лізе&lt;br /&gt;</w:t>
        <w:br/>
        <w:t>І його вітає:-</w:t>
      </w:r>
    </w:p>
    <w:p>
      <w:r>
        <w:br/>
        <w:t>"Здоров, царю Соломоне!&lt;br /&gt;</w:t>
        <w:br/>
        <w:t>З моря підіймайся:&lt;br /&gt;</w:t>
        <w:br/>
        <w:t>Дно побачити морськеє&lt;br /&gt;</w:t>
        <w:br/>
        <w:t>Ти не сподівайся.</w:t>
      </w:r>
    </w:p>
    <w:p>
      <w:r>
        <w:br/>
        <w:t>Двадцять літ жию я в морі&lt;br /&gt;</w:t>
        <w:br/>
        <w:t>І донизу йду я,&lt;br /&gt;</w:t>
        <w:br/>
        <w:t>Но дна моря не дістати,&lt;br /&gt;</w:t>
        <w:br/>
        <w:t>Поки не умру я.</w:t>
      </w:r>
    </w:p>
    <w:p>
      <w:r>
        <w:br/>
        <w:t>Може, ти і дна достанеш,&lt;br /&gt;</w:t>
        <w:br/>
        <w:t>Як ланцюг урветься,&lt;br /&gt;</w:t>
        <w:br/>
        <w:t>Но вже світу повидати&lt;br /&gt;</w:t>
        <w:br/>
        <w:t>Більше не прийдеться!."</w:t>
      </w:r>
    </w:p>
    <w:p>
      <w:r>
        <w:br/>
        <w:t>І не зміряв він і моря,&lt;br /&gt;</w:t>
        <w:br/>
        <w:t>Як не зміряв неба,&lt;br /&gt;</w:t>
        <w:br/>
        <w:t>І пізнав він, що тих річів&lt;br /&gt;</w:t>
        <w:br/>
        <w:t>Міряти не треба.</w:t>
      </w:r>
    </w:p>
    <w:p>
      <w:r>
        <w:br/>
        <w:t>XXII</w:t>
      </w:r>
    </w:p>
    <w:p>
      <w:r>
        <w:br/>
        <w:t>Но не так-то швидко, люде,&lt;br /&gt;</w:t>
        <w:br/>
        <w:t>Теє все робилось,&lt;br /&gt;</w:t>
        <w:br/>
        <w:t>Як писалось на папері,&lt;br /&gt;</w:t>
        <w:br/>
        <w:t>Як нам говорилось.</w:t>
      </w:r>
    </w:p>
    <w:p>
      <w:r>
        <w:br/>
        <w:t>Соломон прийшов до себе&lt;br /&gt;</w:t>
        <w:br/>
        <w:t>Да і нагадався,&lt;br /&gt;</w:t>
        <w:br/>
        <w:t>Що йому на світі жити&lt;br /&gt;</w:t>
        <w:br/>
        <w:t>Тілько рік остався.</w:t>
      </w:r>
    </w:p>
    <w:p>
      <w:r>
        <w:br/>
        <w:t>А тут він іще давненько&lt;br /&gt;</w:t>
        <w:br/>
        <w:t>Мав то на предміті,&lt;br /&gt;</w:t>
        <w:br/>
        <w:t>Що безсмертна гора їдна&lt;br /&gt;</w:t>
        <w:br/>
        <w:t>Єсть на білім світі.</w:t>
      </w:r>
    </w:p>
    <w:p>
      <w:r>
        <w:br/>
        <w:t>Що до неї лиш достатись —&lt;br /&gt;</w:t>
        <w:br/>
        <w:t>Вічне можна жити.&lt;br /&gt;</w:t>
        <w:br/>
        <w:t>Давай туди доставатись —&lt;br /&gt;</w:t>
        <w:br/>
        <w:t>Нічого робити!</w:t>
      </w:r>
    </w:p>
    <w:p>
      <w:r>
        <w:br/>
        <w:t>Узяв хліба, узяв солі,&lt;br /&gt;</w:t>
        <w:br/>
        <w:t>Помолився богу.&lt;br /&gt;</w:t>
        <w:br/>
        <w:t>Вийшов тихо із палацу&lt;br /&gt;</w:t>
        <w:br/>
        <w:t>І пішов в дорогу.</w:t>
      </w:r>
    </w:p>
    <w:p>
      <w:r>
        <w:br/>
        <w:t>І іде він, а бог з неба&lt;br /&gt;</w:t>
        <w:br/>
        <w:t>Тілько поглядає:&lt;br /&gt;</w:t>
        <w:br/>
        <w:t>"Соломоне. Соломоне! —&lt;br /&gt;</w:t>
        <w:br/>
        <w:t>Стиха промовляє,-</w:t>
      </w:r>
    </w:p>
    <w:p>
      <w:r>
        <w:br/>
        <w:t>Хоть крутися, не вертися,&lt;br /&gt;</w:t>
        <w:br/>
        <w:t>Нічого діяти:&lt;br /&gt;</w:t>
        <w:br/>
        <w:t>Видно діло, годі жити,&lt;br /&gt;</w:t>
        <w:br/>
        <w:t>Треба умирати.</w:t>
      </w:r>
    </w:p>
    <w:p>
      <w:r>
        <w:br/>
        <w:t>Хоть крутися, не вертися,&lt;br /&gt;</w:t>
        <w:br/>
        <w:t>Смерть перед тобою,&lt;br /&gt;</w:t>
        <w:br/>
        <w:t>Ти якраз зійдешся з нею&lt;br /&gt;</w:t>
        <w:br/>
        <w:t>Під горою тою".</w:t>
      </w:r>
    </w:p>
    <w:p>
      <w:r>
        <w:br/>
        <w:t>XXIІІ</w:t>
      </w:r>
    </w:p>
    <w:p>
      <w:r>
        <w:br/>
        <w:t>Де стоїть гора безсмертна —&lt;br /&gt;</w:t>
        <w:br/>
        <w:t>Колись люде знали,&lt;br /&gt;</w:t>
        <w:br/>
        <w:t>Лиш тепер — нещастя наше —&lt;br /&gt;</w:t>
        <w:br/>
        <w:t>Всі позабували.</w:t>
      </w:r>
    </w:p>
    <w:p>
      <w:r>
        <w:br/>
        <w:t>На горі тій жили люде&lt;br /&gt;</w:t>
        <w:br/>
        <w:t>І не умирали.&lt;br /&gt;</w:t>
        <w:br/>
        <w:t>Били камінь під горою,&lt;br /&gt;</w:t>
        <w:br/>
        <w:t>Хмари будували.</w:t>
      </w:r>
    </w:p>
    <w:p>
      <w:r>
        <w:br/>
        <w:t>І явився до них господь,&lt;br /&gt;</w:t>
        <w:br/>
        <w:t>Каже все лишити і,&lt;br /&gt;</w:t>
        <w:br/>
        <w:t>як тілько можна скоро,&lt;br /&gt;</w:t>
        <w:br/>
        <w:t>Домовину збити.</w:t>
      </w:r>
    </w:p>
    <w:p>
      <w:r>
        <w:br/>
        <w:t>Каже збити домовину&lt;br /&gt;</w:t>
        <w:br/>
        <w:t>Да і гріб копати:&lt;br /&gt;</w:t>
        <w:br/>
        <w:t>"Скоро син сюда Давидів&lt;br /&gt;</w:t>
        <w:br/>
        <w:t>Прийде умирати!"</w:t>
      </w:r>
    </w:p>
    <w:p>
      <w:r>
        <w:br/>
        <w:t>І пішли всі, дошки пилять,&lt;br /&gt;</w:t>
        <w:br/>
        <w:t>Тешуть і рубають,&lt;br /&gt;</w:t>
        <w:br/>
        <w:t>Незабавом під скалою&lt;br /&gt;</w:t>
        <w:br/>
        <w:t>Й яму начинають.</w:t>
      </w:r>
    </w:p>
    <w:p>
      <w:r>
        <w:br/>
        <w:t>Аж приходить син Давидів,&lt;br /&gt;</w:t>
        <w:br/>
        <w:t>Сумно поглядає:&lt;br /&gt;</w:t>
        <w:br/>
        <w:t>"Що то, люде, з того буде?" —&lt;br /&gt;</w:t>
        <w:br/>
        <w:t>Він людей питає.</w:t>
      </w:r>
    </w:p>
    <w:p>
      <w:r>
        <w:br/>
        <w:t>"Єсть на світі цар премудрий,-&lt;br /&gt;</w:t>
        <w:br/>
        <w:t>Став їден казати. —&lt;br /&gt;</w:t>
        <w:br/>
        <w:t>Він зоветься Соломоном&lt;br /&gt;</w:t>
        <w:br/>
        <w:t>І іде вмирати.</w:t>
      </w:r>
    </w:p>
    <w:p>
      <w:r>
        <w:br/>
        <w:t>І ми робим домовину,&lt;br /&gt;</w:t>
        <w:br/>
        <w:t>Да і гріб копаєм,&lt;br /&gt;</w:t>
        <w:br/>
        <w:t>А який він, коли прийде,-&lt;br /&gt;</w:t>
        <w:br/>
        <w:t>Ми й самі не знаєм!"</w:t>
      </w:r>
    </w:p>
    <w:p>
      <w:r>
        <w:br/>
        <w:t>XXІV</w:t>
      </w:r>
    </w:p>
    <w:p>
      <w:r>
        <w:br/>
        <w:t>От тобі й гора безсмертна!&lt;br /&gt;</w:t>
        <w:br/>
        <w:t>Думав вічне жити,&lt;br /&gt;</w:t>
        <w:br/>
        <w:t>Аж приходиться на нії&lt;br /&gt;</w:t>
        <w:br/>
        <w:t>Голову зложити.</w:t>
      </w:r>
    </w:p>
    <w:p>
      <w:r>
        <w:br/>
        <w:t>Що Ж робити? ЯК зложити,&lt;br /&gt;</w:t>
        <w:br/>
        <w:t>Не буду втікати!&lt;br /&gt;</w:t>
        <w:br/>
        <w:t>Мудрий вміє в світі жити,&lt;br /&gt;</w:t>
        <w:br/>
        <w:t>Вміє і вмирати.</w:t>
      </w:r>
    </w:p>
    <w:p>
      <w:r>
        <w:br/>
        <w:t>"А чи маєте ви міру?" —&lt;br /&gt;</w:t>
        <w:br/>
        <w:t>Соломон питає.&lt;br /&gt;</w:t>
        <w:br/>
        <w:t>"А бог її святий має",-&lt;br /&gt;</w:t>
        <w:br/>
        <w:t>Хтось відповідає.</w:t>
      </w:r>
    </w:p>
    <w:p>
      <w:r>
        <w:br/>
        <w:t>"Соломон із мене ростом,-&lt;br /&gt;</w:t>
        <w:br/>
        <w:t>Беріть з мене міру!"&lt;br /&gt;</w:t>
        <w:br/>
        <w:t>І узяли з него міру&lt;br /&gt;</w:t>
        <w:br/>
        <w:t>На чистую віру.</w:t>
      </w:r>
    </w:p>
    <w:p>
      <w:r>
        <w:br/>
        <w:t>Зняли міру і по нїї&lt;br /&gt;</w:t>
        <w:br/>
        <w:t>Домовину збили,&lt;br /&gt;</w:t>
        <w:br/>
        <w:t>А по тії домовині&lt;br /&gt;</w:t>
        <w:br/>
        <w:t>Й яму припустили.</w:t>
      </w:r>
    </w:p>
    <w:p>
      <w:r>
        <w:br/>
        <w:t>Припустили і скінчили,&lt;br /&gt;</w:t>
        <w:br/>
        <w:t>"Почекайте, люде!&lt;br /&gt;</w:t>
        <w:br/>
        <w:t>Ану, ваша домовина&lt;br /&gt;</w:t>
        <w:br/>
        <w:t>Чи до міри буде?"</w:t>
      </w:r>
    </w:p>
    <w:p>
      <w:r>
        <w:br/>
        <w:t>"Ану, справдії — кажуть люде,-&lt;br /&gt;</w:t>
        <w:br/>
        <w:t>Ляж у домовину.&lt;br /&gt;</w:t>
        <w:br/>
        <w:t>Чи якраз вона пристане&lt;br /&gt;</w:t>
        <w:br/>
        <w:t>Давидову сину?"</w:t>
      </w:r>
    </w:p>
    <w:p>
      <w:r>
        <w:br/>
        <w:t>І пристала домовина,&lt;br /&gt;</w:t>
        <w:br/>
        <w:t>Ніби вона сама.&lt;br /&gt;</w:t>
        <w:br/>
        <w:t>"Ану, в яму опустіте:&lt;br /&gt;</w:t>
        <w:br/>
        <w:t>Чи пристане яма?"</w:t>
      </w:r>
    </w:p>
    <w:p>
      <w:r>
        <w:br/>
        <w:t>Опустили його в яму:&lt;br /&gt;</w:t>
        <w:br/>
        <w:t>"Ну, спасибі, люде,&lt;br /&gt;</w:t>
        <w:br/>
        <w:t>Засипайте Соломона,&lt;br /&gt;</w:t>
        <w:br/>
        <w:t>Другого не буде!"</w:t>
      </w:r>
    </w:p>
    <w:p>
      <w:r>
        <w:br/>
        <w:t>(5-7 листопада 1856 р.)</w:t>
      </w:r>
    </w:p>
    <w:p>
      <w:r>
        <w:br/>
        <w:t>5. БОГ НА ЗЕМЛІ</w:t>
      </w:r>
    </w:p>
    <w:p>
      <w:r>
        <w:br/>
        <w:t>І</w:t>
      </w:r>
    </w:p>
    <w:p>
      <w:r>
        <w:br/>
        <w:t>Перед тим, як мав на землю&lt;br /&gt;</w:t>
        <w:br/>
        <w:t>Господь появитись,&lt;br /&gt;</w:t>
        <w:br/>
        <w:t>Було гірко в світі жити,&lt;br /&gt;</w:t>
        <w:br/>
        <w:t>Гірко І родитись.</w:t>
      </w:r>
    </w:p>
    <w:p>
      <w:r>
        <w:br/>
        <w:t>Все в нім було зопсувалось,&lt;br /&gt;</w:t>
        <w:br/>
        <w:t>Попереверталось,&lt;br /&gt;</w:t>
        <w:br/>
        <w:t>І будівля світовеє&lt;br /&gt;</w:t>
        <w:br/>
        <w:t>Мало що трималось.</w:t>
      </w:r>
    </w:p>
    <w:p>
      <w:r>
        <w:br/>
        <w:t>Ріки в море поспливали,-&lt;br /&gt;</w:t>
        <w:br/>
        <w:t>Нікому спинити!..&lt;br /&gt;</w:t>
        <w:br/>
        <w:t>І нічого було істи,&lt;br /&gt;</w:t>
        <w:br/>
        <w:t>І нічого пити.</w:t>
      </w:r>
    </w:p>
    <w:p>
      <w:r>
        <w:br/>
        <w:t>Надаремне бідні люде&lt;br /&gt;</w:t>
        <w:br/>
        <w:t>Плугом землю рили,&lt;br /&gt;</w:t>
        <w:br/>
        <w:t>Надаремне гірким потом&lt;br /&gt;</w:t>
        <w:br/>
        <w:t>І слізьми росили.</w:t>
      </w:r>
    </w:p>
    <w:p>
      <w:r>
        <w:br/>
        <w:t>Земля все була як камінь,&lt;br /&gt;</w:t>
        <w:br/>
        <w:t>Хліба не родила&lt;br /&gt;</w:t>
        <w:br/>
        <w:t>І від вітру, як дорога,&lt;br /&gt;</w:t>
        <w:br/>
        <w:t>Порохом пилила.</w:t>
      </w:r>
    </w:p>
    <w:p>
      <w:r>
        <w:br/>
        <w:t>Да і люде — сказать правду,&lt;br /&gt;</w:t>
        <w:br/>
        <w:t>Пуття мало мали:&lt;br /&gt;</w:t>
        <w:br/>
        <w:t>Божих свят не шанували,&lt;br /&gt;</w:t>
        <w:br/>
        <w:t>Посту не тримали ..</w:t>
      </w:r>
    </w:p>
    <w:p>
      <w:r>
        <w:br/>
        <w:t>Багатії гайнували,&lt;br /&gt;</w:t>
        <w:br/>
        <w:t>Обдирали бідних,&lt;br /&gt;</w:t>
        <w:br/>
        <w:t>Не раз руки підіймали&lt;br /&gt;</w:t>
        <w:br/>
        <w:t>Ріднії на рідних.</w:t>
      </w:r>
    </w:p>
    <w:p>
      <w:r>
        <w:br/>
        <w:t>А найбільше лихо було,&lt;br /&gt;</w:t>
        <w:br/>
        <w:t>Що смерть свою знали:&lt;br /&gt;</w:t>
        <w:br/>
        <w:t>І всі пили і гуляли,&lt;br /&gt;</w:t>
        <w:br/>
        <w:t>За дітей не дбали.</w:t>
      </w:r>
    </w:p>
    <w:p>
      <w:r>
        <w:br/>
        <w:t>І не було пуття в світі!..&lt;br /&gt;</w:t>
        <w:br/>
        <w:t>Все в нім зопсувалось.&lt;br /&gt;</w:t>
        <w:br/>
        <w:t>Вже й будівля світовеє&lt;br /&gt;</w:t>
        <w:br/>
        <w:t>Страшно хилиталось.</w:t>
      </w:r>
    </w:p>
    <w:p>
      <w:r>
        <w:br/>
        <w:t>II</w:t>
      </w:r>
    </w:p>
    <w:p>
      <w:r>
        <w:br/>
        <w:t>Видить господь, видить творець,&lt;br /&gt;</w:t>
        <w:br/>
        <w:t>Що мир погибає,"-&lt;br /&gt;</w:t>
        <w:br/>
        <w:t>Архангела Гавриїла [13]&lt;br /&gt;</w:t>
        <w:br/>
        <w:t>З неба посилає.</w:t>
      </w:r>
    </w:p>
    <w:p>
      <w:r>
        <w:br/>
        <w:t>Посилає в Назарету [14]&lt;br /&gt;</w:t>
        <w:br/>
        <w:t>До діви Марії— [15]&lt;br /&gt;</w:t>
        <w:br/>
        <w:t>Передати її з неба&lt;br /&gt;</w:t>
        <w:br/>
        <w:t>Вісті дорогії.</w:t>
      </w:r>
    </w:p>
    <w:p>
      <w:r>
        <w:br/>
        <w:t>Передати її вісті,&lt;br /&gt;</w:t>
        <w:br/>
        <w:t>Що бог з неба сходить&lt;br /&gt;</w:t>
        <w:br/>
        <w:t>І що бога, як дитину,&lt;br /&gt;</w:t>
        <w:br/>
        <w:t>Свята діва родить ...</w:t>
      </w:r>
    </w:p>
    <w:p>
      <w:r>
        <w:br/>
        <w:t>І явився ангел божий&lt;br /&gt;</w:t>
        <w:br/>
        <w:t>До діви Марії,&lt;br /&gt;</w:t>
        <w:br/>
        <w:t>І Марія з того часу&lt;br /&gt;</w:t>
        <w:br/>
        <w:t>Стала у надії.</w:t>
      </w:r>
    </w:p>
    <w:p>
      <w:r>
        <w:br/>
        <w:t>І не сміла свята діва&lt;br /&gt;</w:t>
        <w:br/>
        <w:t>Людям показатись,&lt;br /&gt;</w:t>
        <w:br/>
        <w:t>І не сміла і зачала&lt;br /&gt;</w:t>
        <w:br/>
        <w:t>Від людей ховатись.</w:t>
      </w:r>
    </w:p>
    <w:p>
      <w:r>
        <w:br/>
        <w:t>І от господа повести&lt;br /&gt;</w:t>
        <w:br/>
        <w:t>Врем'я наступає,&lt;br /&gt;</w:t>
        <w:br/>
        <w:t>І до міста Віфлеєми [16]&lt;br /&gt;</w:t>
        <w:br/>
        <w:t>Діва поспішає.</w:t>
      </w:r>
    </w:p>
    <w:p>
      <w:r>
        <w:br/>
        <w:t>І там в місті Віфлеємі&lt;br /&gt;</w:t>
        <w:br/>
        <w:t>В опівнічну пору&lt;br /&gt;</w:t>
        <w:br/>
        <w:t>Породила вона сина,&lt;br /&gt;</w:t>
        <w:br/>
        <w:t>Як ясную зорю.</w:t>
      </w:r>
    </w:p>
    <w:p>
      <w:r>
        <w:br/>
        <w:t>Породила бога в шопі,&lt;br /&gt;</w:t>
        <w:br/>
        <w:t>В яслах положила&lt;br /&gt;</w:t>
        <w:br/>
        <w:t>І з морозу чи зі встиду&lt;br /&gt;</w:t>
        <w:br/>
        <w:t>Сіном притрусила.</w:t>
      </w:r>
    </w:p>
    <w:p>
      <w:r>
        <w:br/>
        <w:t>III</w:t>
      </w:r>
    </w:p>
    <w:p>
      <w:r>
        <w:br/>
        <w:t>І приходить кінь до ясел,&lt;br /&gt;</w:t>
        <w:br/>
        <w:t>І став сіно брати.&lt;br /&gt;</w:t>
        <w:br/>
        <w:t>І зачав він Христа-бога&lt;br /&gt;</w:t>
        <w:br/>
        <w:t>В яслах розкривати.</w:t>
      </w:r>
    </w:p>
    <w:p>
      <w:r>
        <w:br/>
        <w:t>І побачив віл нужденний,&lt;br /&gt;</w:t>
        <w:br/>
        <w:t>І коня зганяє.&lt;br /&gt;</w:t>
        <w:br/>
        <w:t>І став, дихає над богом,&lt;br /&gt;</w:t>
        <w:br/>
        <w:t>Бога зогріває ..</w:t>
      </w:r>
    </w:p>
    <w:p>
      <w:r>
        <w:br/>
        <w:t>І говорить свята діва&lt;br /&gt;</w:t>
        <w:br/>
        <w:t>Доброму волові:&lt;br /&gt;</w:t>
        <w:br/>
        <w:t>"Будеш же ти ситий вбога.&lt;br /&gt;</w:t>
        <w:br/>
        <w:t>Мати хліб готовий.</w:t>
      </w:r>
    </w:p>
    <w:p>
      <w:r>
        <w:br/>
        <w:t>А ти, коню, будеш їсти,&lt;br /&gt;</w:t>
        <w:br/>
        <w:t>Їсти не покинеш,&lt;br /&gt;</w:t>
        <w:br/>
        <w:t>Доки сам ти коло їдла&lt;br /&gt;</w:t>
        <w:br/>
        <w:t>Лопнеш та не згицеш ..."</w:t>
      </w:r>
    </w:p>
    <w:p>
      <w:r>
        <w:br/>
        <w:t>З того часу віл пасеться,&lt;br /&gt;</w:t>
        <w:br/>
        <w:t>А прийде додому —&lt;br /&gt;</w:t>
        <w:br/>
        <w:t>Він завсігди божу жуйку&lt;br /&gt;</w:t>
        <w:br/>
        <w:t>Має в роті свому.</w:t>
      </w:r>
    </w:p>
    <w:p>
      <w:r>
        <w:br/>
        <w:t>А кїнь їсть і все голоден,&lt;br /&gt;</w:t>
        <w:br/>
        <w:t>Кілько хто не кине;&lt;br /&gt;</w:t>
        <w:br/>
        <w:t>І як буде — не покине,&lt;br /&gt;</w:t>
        <w:br/>
        <w:t>Поки сам не згине! ..</w:t>
      </w:r>
    </w:p>
    <w:p>
      <w:r>
        <w:br/>
        <w:t>А тим часом радість стала,&lt;br /&gt;</w:t>
        <w:br/>
        <w:t>Яка не бувала,&lt;br /&gt;</w:t>
        <w:br/>
        <w:t>Над вертепом зоря ясна&lt;br /&gt;</w:t>
        <w:br/>
        <w:t>Світло засіяла.</w:t>
      </w:r>
    </w:p>
    <w:p>
      <w:r>
        <w:br/>
        <w:t>І над небом і землею&lt;br /&gt;</w:t>
        <w:br/>
        <w:t>Ангели літають,&lt;br /&gt;</w:t>
        <w:br/>
        <w:t>"Слава богу і мир людям",-&lt;br /&gt;</w:t>
        <w:br/>
        <w:t>Весело співають.</w:t>
      </w:r>
    </w:p>
    <w:p>
      <w:r>
        <w:br/>
        <w:t>ІV</w:t>
      </w:r>
    </w:p>
    <w:p>
      <w:r>
        <w:br/>
        <w:t>Серед поля на степові&lt;br /&gt;</w:t>
        <w:br/>
        <w:t>Пастухи стояли&lt;br /&gt;</w:t>
        <w:br/>
        <w:t>І у буді в опівночі&lt;br /&gt;</w:t>
        <w:br/>
        <w:t>Думоньку гадали.</w:t>
      </w:r>
    </w:p>
    <w:p>
      <w:r>
        <w:br/>
        <w:t>Вдруг зірниця загорілась,&lt;br /&gt;</w:t>
        <w:br/>
        <w:t>Світить дуже ясно,&lt;br /&gt;</w:t>
        <w:br/>
        <w:t>Над шопою заблищалось.&lt;br /&gt;</w:t>
        <w:br/>
        <w:t>Ніби сонце красно.</w:t>
      </w:r>
    </w:p>
    <w:p>
      <w:r>
        <w:br/>
        <w:t>Вийшли з буди і зачали&lt;br /&gt;</w:t>
        <w:br/>
        <w:t>Диво розглядати,&lt;br /&gt;</w:t>
        <w:br/>
        <w:t>Аж злітає ангел з неба&lt;br /&gt;</w:t>
        <w:br/>
        <w:t>І зачав казати.</w:t>
      </w:r>
    </w:p>
    <w:p>
      <w:r>
        <w:br/>
        <w:t>Що в вертепі бог родився,&lt;br /&gt;</w:t>
        <w:br/>
        <w:t>З діви воплотився,&lt;br /&gt;</w:t>
        <w:br/>
        <w:t>Як дитина, пеленами&lt;br /&gt;</w:t>
        <w:br/>
        <w:t>Бідно уповився.</w:t>
      </w:r>
    </w:p>
    <w:p>
      <w:r>
        <w:br/>
        <w:t>І зачали пастухи ті&lt;br /&gt;</w:t>
        <w:br/>
        <w:t>Думоньку гадати,&lt;br /&gt;</w:t>
        <w:br/>
        <w:t>Як тут богу поклонитись&lt;br /&gt;</w:t>
        <w:br/>
        <w:t>І чим дарувати? ..</w:t>
      </w:r>
    </w:p>
    <w:p>
      <w:r>
        <w:br/>
        <w:t>І вибрали ягня гарне,&lt;br /&gt;</w:t>
        <w:br/>
        <w:t>Щиро помолились&lt;br /&gt;</w:t>
        <w:br/>
        <w:t>І приходять до вертепу,&lt;br /&gt;</w:t>
        <w:br/>
        <w:t>Богу поклонились.</w:t>
      </w:r>
    </w:p>
    <w:p>
      <w:r>
        <w:br/>
        <w:t>Поклонились вони богу,&lt;br /&gt;</w:t>
        <w:br/>
        <w:t>Подарунок дали&lt;br /&gt;</w:t>
        <w:br/>
        <w:t>І з душею, щирим серцем&lt;br /&gt;</w:t>
        <w:br/>
        <w:t>Богові сказали:</w:t>
      </w:r>
    </w:p>
    <w:p>
      <w:r>
        <w:br/>
        <w:t>"Прийми, боже неба, землю!&lt;br /&gt;</w:t>
        <w:br/>
        <w:t>Нашу, чисту віру.&lt;br /&gt;</w:t>
        <w:br/>
        <w:t>Нехай тобі наша віра&lt;br /&gt;</w:t>
        <w:br/>
        <w:t>Буде за офіру!"</w:t>
      </w:r>
    </w:p>
    <w:p>
      <w:r>
        <w:br/>
        <w:t>V</w:t>
      </w:r>
    </w:p>
    <w:p>
      <w:r>
        <w:br/>
        <w:t>А тим часом зоря ясна,&lt;br /&gt;</w:t>
        <w:br/>
        <w:t>Ясная приміта,&lt;br /&gt;</w:t>
        <w:br/>
        <w:t>Була видна і в Персиді, [17]&lt;br /&gt;</w:t>
        <w:br/>
        <w:t>Аж на кінці світа.</w:t>
      </w:r>
    </w:p>
    <w:p>
      <w:r>
        <w:br/>
        <w:t>І в Персиді на пораду&lt;br /&gt;</w:t>
        <w:br/>
        <w:t>Три царі зібралось&lt;br /&gt;</w:t>
        <w:br/>
        <w:t>І зачали мудрувати,&lt;br /&gt;</w:t>
        <w:br/>
        <w:t>Що на світі сталось.</w:t>
      </w:r>
    </w:p>
    <w:p>
      <w:r>
        <w:br/>
        <w:t>Мудрували і гадали,&lt;br /&gt;</w:t>
        <w:br/>
        <w:t>І на тім в них стало,&lt;br /&gt;</w:t>
        <w:br/>
        <w:t>Що такий цар народився,&lt;br /&gt;</w:t>
        <w:br/>
        <w:t>Як ще не бувало.</w:t>
      </w:r>
    </w:p>
    <w:p>
      <w:r>
        <w:br/>
        <w:t>І взяли вони ливану,&lt;br /&gt;</w:t>
        <w:br/>
        <w:t>Золота й кадила,&lt;br /&gt;</w:t>
        <w:br/>
        <w:t>І пішли собі в дорогу,&lt;br /&gt;</w:t>
        <w:br/>
        <w:t>Як зоря водила.</w:t>
      </w:r>
    </w:p>
    <w:p>
      <w:r>
        <w:br/>
        <w:t>І приходять до вертепа,&lt;br /&gt;</w:t>
        <w:br/>
        <w:t>Бога увидали,&lt;br /&gt;</w:t>
        <w:br/>
        <w:t>Поклонилися низенько&lt;br /&gt;</w:t>
        <w:br/>
        <w:t>І дари давали.</w:t>
      </w:r>
    </w:p>
    <w:p>
      <w:r>
        <w:br/>
        <w:t>І їден дав йому смирну,&lt;br /&gt;</w:t>
        <w:br/>
        <w:t>І став говорити:&lt;br /&gt;</w:t>
        <w:br/>
        <w:t>"Жичу тобі, новий царю,&lt;br /&gt;</w:t>
        <w:br/>
        <w:t>У розкошах жити!"</w:t>
      </w:r>
    </w:p>
    <w:p>
      <w:r>
        <w:br/>
        <w:t>Другий золотом дарує&lt;br /&gt;</w:t>
        <w:br/>
        <w:t>І зачав казати:&lt;br /&gt;</w:t>
        <w:br/>
        <w:t>"Жичу тобі, новий царю,&lt;br /&gt;</w:t>
        <w:br/>
        <w:t>Щоби-сь був багатий!.."</w:t>
      </w:r>
    </w:p>
    <w:p>
      <w:r>
        <w:br/>
        <w:t>Третій богу, як дитині,&lt;br /&gt;</w:t>
        <w:br/>
        <w:t>Свій ливан приносить&lt;br /&gt;</w:t>
        <w:br/>
        <w:t>І у бога йому сили&lt;br /&gt;</w:t>
        <w:br/>
        <w:t>І здоровля просить.</w:t>
      </w:r>
    </w:p>
    <w:p>
      <w:r>
        <w:br/>
        <w:t>І віддали свої дари,&lt;br /&gt;</w:t>
        <w:br/>
        <w:t>Ще раз поклонились&lt;br /&gt;</w:t>
        <w:br/>
        <w:t>І веселі у Перейду&lt;br /&gt;</w:t>
        <w:br/>
        <w:t>Знову возвратились.</w:t>
      </w:r>
    </w:p>
    <w:p>
      <w:r>
        <w:br/>
        <w:t>VI</w:t>
      </w:r>
    </w:p>
    <w:p>
      <w:r>
        <w:br/>
        <w:t>Ой, на річці, на Ордані,&lt;br /&gt;</w:t>
        <w:br/>
        <w:t>Тече вода гожа,&lt;br /&gt;</w:t>
        <w:br/>
        <w:t>І приходить над ту річку&lt;br /&gt;</w:t>
        <w:br/>
        <w:t>З сином матір божа.</w:t>
      </w:r>
    </w:p>
    <w:p>
      <w:r>
        <w:br/>
        <w:t>І ангели прилетіли,&lt;br /&gt;</w:t>
        <w:br/>
        <w:t>Свічі засвітили,&lt;br /&gt;</w:t>
        <w:br/>
        <w:t>Засвітили свої свіч і,&lt;br /&gt;</w:t>
        <w:br/>
        <w:t>Воду освятили.</w:t>
      </w:r>
    </w:p>
    <w:p>
      <w:r>
        <w:br/>
        <w:t>І святая, й поміщная&lt;br /&gt;</w:t>
        <w:br/>
        <w:t>Ордань ціла стала.&lt;br /&gt;</w:t>
        <w:br/>
        <w:t>І в Ордані матір божа&lt;br /&gt;</w:t>
        <w:br/>
        <w:t>Сина іскупала.</w:t>
      </w:r>
    </w:p>
    <w:p>
      <w:r>
        <w:br/>
        <w:t>Іскупала, як дитину,&lt;br /&gt;</w:t>
        <w:br/>
        <w:t>В пелюшки— повила&lt;br /&gt;</w:t>
        <w:br/>
        <w:t>І у яслах, у вертепі,&lt;br /&gt;</w:t>
        <w:br/>
        <w:t>Спати положила.</w:t>
      </w:r>
    </w:p>
    <w:p>
      <w:r>
        <w:br/>
        <w:t>І колише мати сина,&lt;br /&gt;</w:t>
        <w:br/>
        <w:t>І сама дрімає,&lt;br /&gt;</w:t>
        <w:br/>
        <w:t>Аж до неї тихо з неба&lt;br /&gt;</w:t>
        <w:br/>
        <w:t>Ангел прилітає.</w:t>
      </w:r>
    </w:p>
    <w:p>
      <w:r>
        <w:br/>
        <w:t>"Годі, мати,— став казати,-&lt;br /&gt;</w:t>
        <w:br/>
        <w:t>Сина колисати,&lt;br /&gt;</w:t>
        <w:br/>
        <w:t>Казав Ірод [18] малі діти&lt;br /&gt;</w:t>
        <w:br/>
        <w:t>Скрізь позабивати.</w:t>
      </w:r>
    </w:p>
    <w:p>
      <w:r>
        <w:br/>
        <w:t>Біжи, мати, до Єгипту,&lt;br /&gt;</w:t>
        <w:br/>
        <w:t>Ховай свого сина,&lt;br /&gt;</w:t>
        <w:br/>
        <w:t>Доки Іроду не прийде&lt;br /&gt;</w:t>
        <w:br/>
        <w:t>Смертная година ..."</w:t>
      </w:r>
    </w:p>
    <w:p>
      <w:r>
        <w:br/>
        <w:t>Мати з сином на осляті&lt;br /&gt;</w:t>
        <w:br/>
        <w:t>В Єгипет ступає,&lt;br /&gt;</w:t>
        <w:br/>
        <w:t>Ірод слуги свої злії&lt;br /&gt;</w:t>
        <w:br/>
        <w:t>Всюди розсилає.</w:t>
      </w:r>
    </w:p>
    <w:p>
      <w:r>
        <w:br/>
        <w:t>Слуги ходять і убити&lt;br /&gt;</w:t>
        <w:br/>
        <w:t>Господа шукають.&lt;br /&gt;</w:t>
        <w:br/>
        <w:t>І, як воду, кров невинну&lt;br /&gt;</w:t>
        <w:br/>
        <w:t>Всюди проливають.</w:t>
      </w:r>
    </w:p>
    <w:p>
      <w:r>
        <w:br/>
        <w:t>VII</w:t>
      </w:r>
    </w:p>
    <w:p>
      <w:r>
        <w:br/>
        <w:t>І зачали у Рахілі&lt;br /&gt;</w:t>
        <w:br/>
        <w:t>Діти убивати.&lt;br /&gt;</w:t>
        <w:br/>
        <w:t>І зачала бідна мати&lt;br /&gt;</w:t>
        <w:br/>
        <w:t>Тяженько ридати.</w:t>
      </w:r>
    </w:p>
    <w:p>
      <w:r>
        <w:br/>
        <w:t>І як ріки, сльози ллються,&lt;br /&gt;</w:t>
        <w:br/>
        <w:t>Серце обкипає;&lt;br /&gt;</w:t>
        <w:br/>
        <w:t>Бідна мати б'ється в землю,&lt;br /&gt;</w:t>
        <w:br/>
        <w:t>Б'ється, промовляє:</w:t>
      </w:r>
    </w:p>
    <w:p>
      <w:r>
        <w:br/>
        <w:t>"Діти мої, квіти мої!&lt;br /&gt;</w:t>
        <w:br/>
        <w:t>Пташки мої сиві!&lt;br /&gt;</w:t>
        <w:br/>
        <w:t>За щож на вас розізлився&lt;br /&gt;</w:t>
        <w:br/>
        <w:t>Ірод нечестивий?</w:t>
      </w:r>
    </w:p>
    <w:p>
      <w:r>
        <w:br/>
        <w:t>Діти мої, квіти мої,&lt;br /&gt;</w:t>
        <w:br/>
        <w:t>Молоде колосся!&lt;br /&gt;</w:t>
        <w:br/>
        <w:t>Ой, чого ж вам так без часу&lt;br /&gt;</w:t>
        <w:br/>
        <w:t>Спасти довелося?!</w:t>
      </w:r>
    </w:p>
    <w:p>
      <w:r>
        <w:br/>
        <w:t>Лучче б я вас, мої діти,&lt;br /&gt;</w:t>
        <w:br/>
        <w:t>На світ не родила!&lt;br /&gt;</w:t>
        <w:br/>
        <w:t>Царю, Іроду нечесний,&lt;br /&gt;</w:t>
        <w:br/>
        <w:t>Вбий тя божа сила!"</w:t>
      </w:r>
    </w:p>
    <w:p>
      <w:r>
        <w:br/>
        <w:t>Аж тут ангел прилітає&lt;br /&gt;</w:t>
        <w:br/>
        <w:t>І зачав казати:&lt;br /&gt;</w:t>
        <w:br/>
        <w:t>"Ой, не бийся так тяженько,&lt;br /&gt;</w:t>
        <w:br/>
        <w:t>Печальная мати!</w:t>
      </w:r>
    </w:p>
    <w:p>
      <w:r>
        <w:br/>
        <w:t>Ой, не бийся за синами,&lt;br /&gt;</w:t>
        <w:br/>
        <w:t>Рід твій не погасне!&lt;br /&gt;</w:t>
        <w:br/>
        <w:t>І від дочок стане плем'я,&lt;br /&gt;</w:t>
        <w:br/>
        <w:t>Як ті зорі — ясне!</w:t>
      </w:r>
    </w:p>
    <w:p>
      <w:r>
        <w:br/>
        <w:t>Ой, не бийся за синами,&lt;br /&gt;</w:t>
        <w:br/>
        <w:t>Бог їх не покине,&lt;br /&gt;</w:t>
        <w:br/>
        <w:t>Незабавом Ірод лютий&lt;br /&gt;</w:t>
        <w:br/>
        <w:t>Злою смертю згине ..."</w:t>
      </w:r>
    </w:p>
    <w:p>
      <w:r>
        <w:br/>
        <w:t>І здихнула ще раз мати,&lt;br /&gt;</w:t>
        <w:br/>
        <w:t>Сльози утирає,&lt;br /&gt;</w:t>
        <w:br/>
        <w:t>А в палацах на постелі&lt;br /&gt;</w:t>
        <w:br/>
        <w:t>Ірод злий конає.</w:t>
      </w:r>
    </w:p>
    <w:p>
      <w:r>
        <w:br/>
        <w:t>VIII</w:t>
      </w:r>
    </w:p>
    <w:p>
      <w:r>
        <w:br/>
        <w:t>Сконав Ірод з сего світа,&lt;br /&gt;</w:t>
        <w:br/>
        <w:t>Ніби й не бувало,&lt;br /&gt;</w:t>
        <w:br/>
        <w:t>І в Єгипті матір божій&lt;br /&gt;</w:t>
        <w:br/>
        <w:t>Про те чутно стало.</w:t>
      </w:r>
    </w:p>
    <w:p>
      <w:r>
        <w:br/>
        <w:t>І зібралась божа мати,&lt;br /&gt;</w:t>
        <w:br/>
        <w:t>Свого сина взяла,&lt;br /&gt;</w:t>
        <w:br/>
        <w:t>І у нічку темнесеньку&lt;br /&gt;</w:t>
        <w:br/>
        <w:t>Гори проходжала.</w:t>
      </w:r>
    </w:p>
    <w:p>
      <w:r>
        <w:br/>
        <w:t>Проходжала ліси, гори,&lt;br /&gt;</w:t>
        <w:br/>
        <w:t>Іде і забулась,&lt;br /&gt;</w:t>
        <w:br/>
        <w:t>І на треблаженне древо&lt;br /&gt;</w:t>
        <w:br/>
        <w:t>З небачки спіткнулась.</w:t>
      </w:r>
    </w:p>
    <w:p>
      <w:r>
        <w:br/>
        <w:t>Дитя впало на то древо,&lt;br /&gt;</w:t>
        <w:br/>
        <w:t>Рученьки розклало.&lt;br /&gt;</w:t>
        <w:br/>
        <w:t>І, як мертве, як прибите,&lt;br /&gt;</w:t>
        <w:br/>
        <w:t>На ньому лежало.</w:t>
      </w:r>
    </w:p>
    <w:p>
      <w:r>
        <w:br/>
        <w:t>"Ой, недаром же ти, древо&lt;br /&gt;</w:t>
        <w:br/>
        <w:t>Треблаженним звалось,&lt;br /&gt;</w:t>
        <w:br/>
        <w:t>Коли моє дитя любе&lt;br /&gt;</w:t>
        <w:br/>
        <w:t>На тобі розпнялось ..."</w:t>
      </w:r>
    </w:p>
    <w:p>
      <w:r>
        <w:br/>
        <w:t>Так сказала божа мати&lt;br /&gt;</w:t>
        <w:br/>
        <w:t>Й сина підіймає,&lt;br /&gt;</w:t>
        <w:br/>
        <w:t>А він матері святії&lt;br /&gt;</w:t>
        <w:br/>
        <w:t>Стиха промовляє:</w:t>
      </w:r>
    </w:p>
    <w:p>
      <w:r>
        <w:br/>
        <w:t>"Мати моя, рідна мати,&lt;br /&gt;</w:t>
        <w:br/>
        <w:t>Я ще не розпнявся!&lt;br /&gt;</w:t>
        <w:br/>
        <w:t>Знов на руки повернувся&lt;br /&gt;</w:t>
        <w:br/>
        <w:t>І живий остався.</w:t>
      </w:r>
    </w:p>
    <w:p>
      <w:r>
        <w:br/>
        <w:t>Та колись-то мене стануть&lt;br /&gt;</w:t>
        <w:br/>
        <w:t>Розпинати люде,&lt;br /&gt;</w:t>
        <w:br/>
        <w:t>І умру я в тяжких муках,&lt;br /&gt;</w:t>
        <w:br/>
        <w:t>Гірко тобі буде!!!"</w:t>
      </w:r>
    </w:p>
    <w:p>
      <w:r>
        <w:br/>
        <w:t>ІX</w:t>
      </w:r>
    </w:p>
    <w:p>
      <w:r>
        <w:br/>
        <w:t>Охрестився Христос-господь,&lt;br /&gt;</w:t>
        <w:br/>
        <w:t>В Іордані змився&lt;br /&gt;</w:t>
        <w:br/>
        <w:t>І на горі, на Оливні,&lt;br /&gt;</w:t>
        <w:br/>
        <w:t>З ненькою простився.</w:t>
      </w:r>
    </w:p>
    <w:p>
      <w:r>
        <w:br/>
        <w:t>Взяв апостолів дванадцять [19]&lt;br /&gt;</w:t>
        <w:br/>
        <w:t>І зачав ходити:&lt;br /&gt;</w:t>
        <w:br/>
        <w:t>Людей грішних научати&lt;br /&gt;</w:t>
        <w:br/>
        <w:t>І чуда творити.</w:t>
      </w:r>
    </w:p>
    <w:p>
      <w:r>
        <w:br/>
        <w:t>Перше всього треба було&lt;br /&gt;</w:t>
        <w:br/>
        <w:t>Воду запинити.&lt;br /&gt;</w:t>
        <w:br/>
        <w:t>І задумав бог по світі&lt;br /&gt;</w:t>
        <w:br/>
        <w:t>Греблі по гатити.</w:t>
      </w:r>
    </w:p>
    <w:p>
      <w:r>
        <w:br/>
        <w:t>І зачав людей збирати,&lt;br /&gt;</w:t>
        <w:br/>
        <w:t>Звірину і птахів,&lt;br /&gt;</w:t>
        <w:br/>
        <w:t>Різних гадів, різних жабів,&lt;br /&gt;</w:t>
        <w:br/>
        <w:t>Риб і черепахів.</w:t>
      </w:r>
    </w:p>
    <w:p>
      <w:r>
        <w:br/>
        <w:t>І зібрались всі до бога,&lt;br /&gt;</w:t>
        <w:br/>
        <w:t>Стали працювати,&lt;br /&gt;</w:t>
        <w:br/>
        <w:t>Стали скрізь греблі гатити,&lt;br /&gt;</w:t>
        <w:br/>
        <w:t>Воду запиняти.</w:t>
      </w:r>
    </w:p>
    <w:p>
      <w:r>
        <w:br/>
        <w:t>Тілько каня не хотіла.&lt;br /&gt;</w:t>
        <w:br/>
        <w:t>По світі літала&lt;br /&gt;</w:t>
        <w:br/>
        <w:t>І, як звав бог до роботи&lt;br /&gt;</w:t>
        <w:br/>
        <w:t>Богові сказала:</w:t>
      </w:r>
    </w:p>
    <w:p>
      <w:r>
        <w:br/>
        <w:t>"Не буду я з ставу пити.&lt;br /&gt;</w:t>
        <w:br/>
        <w:t>Бог з тою водою!&lt;br /&gt;</w:t>
        <w:br/>
        <w:t>Прожию я і без того,&lt;br /&gt;</w:t>
        <w:br/>
        <w:t>Дощем та росою!.."</w:t>
      </w:r>
    </w:p>
    <w:p>
      <w:r>
        <w:br/>
        <w:t>І скінчилася робота,&lt;br /&gt;</w:t>
        <w:br/>
        <w:t>Скрізь стави настали,&lt;br /&gt;</w:t>
        <w:br/>
        <w:t>І усі по воду ходять,&lt;br /&gt;</w:t>
        <w:br/>
        <w:t>Котрі працювали.</w:t>
      </w:r>
    </w:p>
    <w:p>
      <w:r>
        <w:br/>
        <w:t>Тілько каня приступити&lt;br /&gt;</w:t>
        <w:br/>
        <w:t>Голосу не має,&lt;br /&gt;</w:t>
        <w:br/>
        <w:t>І жажденная літає,&lt;br /&gt;</w:t>
        <w:br/>
        <w:t>І дощу чекає.</w:t>
      </w:r>
    </w:p>
    <w:p>
      <w:r>
        <w:br/>
        <w:t>X</w:t>
      </w:r>
    </w:p>
    <w:p>
      <w:r>
        <w:br/>
        <w:t>Загатив бог стави всюди,&lt;br /&gt;</w:t>
        <w:br/>
        <w:t>Став і гадь збирати,&lt;br /&gt;</w:t>
        <w:br/>
        <w:t>Став збирати, замовляти&lt;br /&gt;</w:t>
        <w:br/>
        <w:t>І в мішок складати.</w:t>
      </w:r>
    </w:p>
    <w:p>
      <w:r>
        <w:br/>
        <w:t>І зібрав він всі гадюки,&lt;br /&gt;</w:t>
        <w:br/>
        <w:t>Які тілько були.&lt;br /&gt;</w:t>
        <w:br/>
        <w:t>Петро [20] з Павлом [21] приступили,&lt;br /&gt;</w:t>
        <w:br/>
        <w:t>Кінці зашморгнули.</w:t>
      </w:r>
    </w:p>
    <w:p>
      <w:r>
        <w:br/>
        <w:t>І бог вибрав чоловіка,&lt;br /&gt;</w:t>
        <w:br/>
        <w:t>Посилає в гори&lt;br /&gt;</w:t>
        <w:br/>
        <w:t>І мішок той з гори каже&lt;br /&gt;</w:t>
        <w:br/>
        <w:t>Кинути у море.</w:t>
      </w:r>
    </w:p>
    <w:p>
      <w:r>
        <w:br/>
        <w:t>"Не розв'язуй лиш, небоже!-&lt;br /&gt;</w:t>
        <w:br/>
        <w:t>Господь йому каже,-&lt;br /&gt;</w:t>
        <w:br/>
        <w:t>А то горе тому буде,&lt;br /&gt;</w:t>
        <w:br/>
        <w:t>Хто його розв'яже ..."</w:t>
      </w:r>
    </w:p>
    <w:p>
      <w:r>
        <w:br/>
        <w:t>І узяв він мішок з гаддю,&lt;br /&gt;</w:t>
        <w:br/>
        <w:t>Йде і розважає:&lt;br /&gt;</w:t>
        <w:br/>
        <w:t>"Що ж то мені подивитись,&lt;br /&gt;</w:t>
        <w:br/>
        <w:t>Хто теє пізнає? .."</w:t>
      </w:r>
    </w:p>
    <w:p>
      <w:r>
        <w:br/>
        <w:t>І зайшов він меж горами&lt;br /&gt;</w:t>
        <w:br/>
        <w:t>Під їден місточок,&lt;br /&gt;</w:t>
        <w:br/>
        <w:t>Оглянувся, і нагнувся,&lt;br /&gt;</w:t>
        <w:br/>
        <w:t>І гризе шнурочок.</w:t>
      </w:r>
    </w:p>
    <w:p>
      <w:r>
        <w:br/>
        <w:t>Пук шнурочок! а із міха&lt;br /&gt;</w:t>
        <w:br/>
        <w:t>Як підуть гадюки!&lt;br /&gt;</w:t>
        <w:br/>
        <w:t>І чоловік тілько ахнув&lt;br /&gt;</w:t>
        <w:br/>
        <w:t>І заломив руки.</w:t>
      </w:r>
    </w:p>
    <w:p>
      <w:r>
        <w:br/>
        <w:t>Аж надходить тут і господь&lt;br /&gt;</w:t>
        <w:br/>
        <w:t>І зачав казати:&lt;br /&gt;</w:t>
        <w:br/>
        <w:t>"Хто розсипав ті гадюки,&lt;br /&gt;</w:t>
        <w:br/>
        <w:t>Мусить позбирати".</w:t>
      </w:r>
    </w:p>
    <w:p>
      <w:r>
        <w:br/>
        <w:t>І крилами стали руки,&lt;br /&gt;</w:t>
        <w:br/>
        <w:t>Рогом ніс облився&lt;br /&gt;</w:t>
        <w:br/>
        <w:t>І з цікавого сіроми&lt;br /&gt;</w:t>
        <w:br/>
        <w:t>Бусель ізробився!</w:t>
      </w:r>
    </w:p>
    <w:p>
      <w:r>
        <w:br/>
        <w:t>XI</w:t>
      </w:r>
    </w:p>
    <w:p>
      <w:r>
        <w:br/>
        <w:t>Ізробився з него бусель,&lt;br /&gt;</w:t>
        <w:br/>
        <w:t>Да все розум має,&lt;br /&gt;</w:t>
        <w:br/>
        <w:t>І чи добрі, чи злі люде —&lt;br /&gt;</w:t>
        <w:br/>
        <w:t>Добре розважає.</w:t>
      </w:r>
    </w:p>
    <w:p>
      <w:r>
        <w:br/>
        <w:t>І подякувати вміє,&lt;br /&gt;</w:t>
        <w:br/>
        <w:t>Да й наробить горя.&lt;br /&gt;</w:t>
        <w:br/>
        <w:t>Раз весною прилетіли&lt;br /&gt;</w:t>
        <w:br/>
        <w:t>Буслі із-за моря.</w:t>
      </w:r>
    </w:p>
    <w:p>
      <w:r>
        <w:br/>
        <w:t>Прилетіли і літали,&lt;br /&gt;</w:t>
        <w:br/>
        <w:t>Місця добирали&lt;br /&gt;</w:t>
        <w:br/>
        <w:t>І на клунях двох сусідів&lt;br /&gt;</w:t>
        <w:br/>
        <w:t>Гнізда збудували.</w:t>
      </w:r>
    </w:p>
    <w:p>
      <w:r>
        <w:br/>
        <w:t>Їден добре прийняв гостей,&lt;br /&gt;</w:t>
        <w:br/>
        <w:t>Нічого казати.&lt;br /&gt;</w:t>
        <w:br/>
        <w:t>В него любенько ходили&lt;br /&gt;</w:t>
        <w:br/>
        <w:t>Буслі коло хати.</w:t>
      </w:r>
    </w:p>
    <w:p>
      <w:r>
        <w:br/>
        <w:t>А у другого всі діти&lt;br /&gt;</w:t>
        <w:br/>
        <w:t>З клуні не злізали,&lt;br /&gt;</w:t>
        <w:br/>
        <w:t>Горобців в гнізді шукали,&lt;br /&gt;</w:t>
        <w:br/>
        <w:t>Яйця зачіпали.</w:t>
      </w:r>
    </w:p>
    <w:p>
      <w:r>
        <w:br/>
        <w:t>І найшов сердитий бусель&lt;br /&gt;</w:t>
        <w:br/>
        <w:t>До гороху стежку.&lt;br /&gt;</w:t>
        <w:br/>
        <w:t>В темну нічку приніс з поля&lt;br /&gt;</w:t>
        <w:br/>
        <w:t>3 вогнем головешку.</w:t>
      </w:r>
    </w:p>
    <w:p>
      <w:r>
        <w:br/>
        <w:t>І до рання, ще до світа,&lt;br /&gt;</w:t>
        <w:br/>
        <w:t>Все вогнем там сіло.&lt;br /&gt;</w:t>
        <w:br/>
        <w:t>А у доброго сусіда&lt;br /&gt;</w:t>
        <w:br/>
        <w:t>Було інше діло.</w:t>
      </w:r>
    </w:p>
    <w:p>
      <w:r>
        <w:br/>
        <w:t>Там в ту пору приніс бусель&lt;br /&gt;</w:t>
        <w:br/>
        <w:t>Калиточку злота!&lt;br /&gt;</w:t>
        <w:br/>
        <w:t>От така-то, добрі люде,&lt;br /&gt;</w:t>
        <w:br/>
        <w:t>З буслями робота!</w:t>
      </w:r>
    </w:p>
    <w:p>
      <w:r>
        <w:br/>
        <w:t>XII</w:t>
      </w:r>
    </w:p>
    <w:p>
      <w:r>
        <w:br/>
        <w:t>А тим часом люде стали&lt;br /&gt;</w:t>
        <w:br/>
        <w:t>Штуків добирати&lt;br /&gt;</w:t>
        <w:br/>
        <w:t>І усюди коло ставу&lt;br /&gt;</w:t>
        <w:br/>
        <w:t>Млини будувати.</w:t>
      </w:r>
    </w:p>
    <w:p>
      <w:r>
        <w:br/>
        <w:t>І на диво збудували!&lt;br /&gt;</w:t>
        <w:br/>
        <w:t>Воду лиш пускають-&lt;br /&gt;</w:t>
        <w:br/>
        <w:t>Вода б'ється об колеса,&lt;br /&gt;</w:t>
        <w:br/>
        <w:t>Колеса кружляють.</w:t>
      </w:r>
    </w:p>
    <w:p>
      <w:r>
        <w:br/>
        <w:t>І зубами веретено&lt;br /&gt;</w:t>
        <w:br/>
        <w:t>Колесо хватає,&lt;br /&gt;</w:t>
        <w:br/>
        <w:t>Веретено, як на жорнах,&lt;br /&gt;</w:t>
        <w:br/>
        <w:t>Камінь обертає.</w:t>
      </w:r>
    </w:p>
    <w:p>
      <w:r>
        <w:br/>
        <w:t>А на верха й кіш готовий.&lt;br /&gt;</w:t>
        <w:br/>
        <w:t>Хлопче, не журися,&lt;br /&gt;</w:t>
        <w:br/>
        <w:t>Тілько всипав — склади руки&lt;br /&gt;</w:t>
        <w:br/>
        <w:t>Та муки дивися.</w:t>
      </w:r>
    </w:p>
    <w:p>
      <w:r>
        <w:br/>
        <w:t>Вода скрупить, вода змеле,&lt;br /&gt;</w:t>
        <w:br/>
        <w:t>Вода зшеретує.&lt;br /&gt;</w:t>
        <w:br/>
        <w:t>Сходьтесь, люде, і меліте,&lt;br /&gt;</w:t>
        <w:br/>
        <w:t>Вода не коштує!</w:t>
      </w:r>
    </w:p>
    <w:p>
      <w:r>
        <w:br/>
        <w:t>Так воно-то, люде добрі,&lt;br /&gt;</w:t>
        <w:br/>
        <w:t>Та не так ведеться,&lt;br /&gt;</w:t>
        <w:br/>
        <w:t>І за мірою і грішми&lt;br /&gt;</w:t>
        <w:br/>
        <w:t>Мельник всюди пнеться.</w:t>
      </w:r>
    </w:p>
    <w:p>
      <w:r>
        <w:br/>
        <w:t>Да тепер іще нічого,&lt;br /&gt;</w:t>
        <w:br/>
        <w:t>Хоть мірчук збирають,&lt;br /&gt;</w:t>
        <w:br/>
        <w:t>Але видно, що ще трохи&lt;br /&gt;</w:t>
        <w:br/>
        <w:t>Бога в серці мають.</w:t>
      </w:r>
    </w:p>
    <w:p>
      <w:r>
        <w:br/>
        <w:t>А спочатку ... не дай боже,&lt;br /&gt;</w:t>
        <w:br/>
        <w:t>Як вони збирали —&lt;br /&gt;</w:t>
        <w:br/>
        <w:t>Не десяту, як ведеться,&lt;br /&gt;</w:t>
        <w:br/>
        <w:t>А четверту брали.</w:t>
      </w:r>
    </w:p>
    <w:p>
      <w:r>
        <w:br/>
        <w:t>XIІІ</w:t>
      </w:r>
    </w:p>
    <w:p>
      <w:r>
        <w:br/>
        <w:t>І дочувся Христос-господь,&lt;br /&gt;</w:t>
        <w:br/>
        <w:t>Думоньку гадає,&lt;br /&gt;</w:t>
        <w:br/>
        <w:t>Взяв з собою Петра-Павла,&lt;br /&gt;</w:t>
        <w:br/>
        <w:t>Млини оглядає.</w:t>
      </w:r>
    </w:p>
    <w:p>
      <w:r>
        <w:br/>
        <w:t>І де прийде — утішає&lt;br /&gt;</w:t>
        <w:br/>
        <w:t>Бідную громаду.&lt;br /&gt;</w:t>
        <w:br/>
        <w:t>І мельника научає,&lt;br /&gt;</w:t>
        <w:br/>
        <w:t>Дає добру раду.</w:t>
      </w:r>
    </w:p>
    <w:p>
      <w:r>
        <w:br/>
        <w:t>І задумав їден мельник&lt;br /&gt;</w:t>
        <w:br/>
        <w:t>Бога налякати.&lt;br /&gt;</w:t>
        <w:br/>
        <w:t>Щоб не дати свого злого&lt;br /&gt;</w:t>
        <w:br/>
        <w:t>Млина оглядати.</w:t>
      </w:r>
    </w:p>
    <w:p>
      <w:r>
        <w:br/>
        <w:t>Лиш не бога ошукати,&lt;br /&gt;</w:t>
        <w:br/>
        <w:t>Господь знає теє,&lt;br /&gt;</w:t>
        <w:br/>
        <w:t>І все наше господь знає,&lt;br /&gt;</w:t>
        <w:br/>
        <w:t>Добреє і злеє.</w:t>
      </w:r>
    </w:p>
    <w:p>
      <w:r>
        <w:br/>
        <w:t>Тілько господь з Петром-Павлом&lt;br /&gt;</w:t>
        <w:br/>
        <w:t>Став на міст ступати,&lt;br /&gt;</w:t>
        <w:br/>
        <w:t>Аж став мельник із-під моста&lt;br /&gt;</w:t>
        <w:br/>
        <w:t>Як медвідь ревати.</w:t>
      </w:r>
    </w:p>
    <w:p>
      <w:r>
        <w:br/>
        <w:t>"Рева й же ти, чоловіче! —&lt;br /&gt;</w:t>
        <w:br/>
        <w:t>Господь йому каже,-&lt;br /&gt;</w:t>
        <w:br/>
        <w:t>А у млині замість тебе&lt;br /&gt;</w:t>
        <w:br/>
        <w:t>Нечистий заляже".</w:t>
      </w:r>
    </w:p>
    <w:p>
      <w:r>
        <w:br/>
        <w:t>І той мельник ізмінився,&lt;br /&gt;</w:t>
        <w:br/>
        <w:t>І медведем стався.&lt;br /&gt;</w:t>
        <w:br/>
        <w:t>І на задніх тілько лапах&lt;br /&gt;</w:t>
        <w:br/>
        <w:t>Людський знак остався.</w:t>
      </w:r>
    </w:p>
    <w:p>
      <w:r>
        <w:br/>
        <w:t>А в млині його чортяки&lt;br /&gt;</w:t>
        <w:br/>
        <w:t>Тютюн сушать, стелють,&lt;br /&gt;</w:t>
        <w:br/>
        <w:t>І, як північ наступає,&lt;br /&gt;</w:t>
        <w:br/>
        <w:t>На табаку мелють.</w:t>
      </w:r>
    </w:p>
    <w:p>
      <w:r>
        <w:br/>
        <w:t>ХІV</w:t>
      </w:r>
    </w:p>
    <w:p>
      <w:r>
        <w:br/>
        <w:t>Господь ходить в білім світі,&lt;br /&gt;</w:t>
        <w:br/>
        <w:t>Іде коло ставу,&lt;br /&gt;</w:t>
        <w:br/>
        <w:t>Аж чоловік на вершині,&lt;br /&gt;</w:t>
        <w:br/>
        <w:t>Скошує отаву.</w:t>
      </w:r>
    </w:p>
    <w:p>
      <w:r>
        <w:br/>
        <w:t>І що скосить — його жінка&lt;br /&gt;</w:t>
        <w:br/>
        <w:t>Й діти забирають.&lt;br /&gt;</w:t>
        <w:br/>
        <w:t>І відносять на горбочок,&lt;br /&gt;</w:t>
        <w:br/>
        <w:t>Буду накривають.</w:t>
      </w:r>
    </w:p>
    <w:p>
      <w:r>
        <w:br/>
        <w:t>І та буда незнати-що,&lt;br /&gt;</w:t>
        <w:br/>
        <w:t>Людям сміх казати —&lt;br /&gt;</w:t>
        <w:br/>
        <w:t>Блекотянії підпори,&lt;br /&gt;</w:t>
        <w:br/>
        <w:t>Лободині лати...</w:t>
      </w:r>
    </w:p>
    <w:p>
      <w:r>
        <w:br/>
        <w:t>"Що ти робиш? — господь каже.-&lt;br /&gt;</w:t>
        <w:br/>
        <w:t>Помагай-бі, батьку!"&lt;br /&gt;</w:t>
        <w:br/>
        <w:t>"А що ж роблю? та же бачиш,&lt;br /&gt;</w:t>
        <w:br/>
        <w:t>Що будую хатку".</w:t>
      </w:r>
    </w:p>
    <w:p>
      <w:r>
        <w:br/>
        <w:t>"Бійся бога, чоловічеі —&lt;br /&gt;</w:t>
        <w:br/>
        <w:t>Став господь казати.-&lt;br /&gt;</w:t>
        <w:br/>
        <w:t>Як ти будеш в сії хаті&lt;br /&gt;</w:t>
        <w:br/>
        <w:t>Зиму зимувати?"</w:t>
      </w:r>
    </w:p>
    <w:p>
      <w:r>
        <w:br/>
        <w:t>"Мені на зиму не треба,&lt;br /&gt;</w:t>
        <w:br/>
        <w:t>Я і сю покину,&lt;br /&gt;</w:t>
        <w:br/>
        <w:t>Тілько місяць маю жити,&lt;br /&gt;</w:t>
        <w:br/>
        <w:t>Через місяць згину".</w:t>
      </w:r>
    </w:p>
    <w:p>
      <w:r>
        <w:br/>
        <w:t>"Як же ж жінка твоя й діти?" —&lt;br /&gt;</w:t>
        <w:br/>
        <w:t>Став господь питати.&lt;br /&gt;</w:t>
        <w:br/>
        <w:t>"А я знаю? Може, підуть&lt;br /&gt;</w:t>
        <w:br/>
        <w:t>До чужої хати".</w:t>
      </w:r>
    </w:p>
    <w:p>
      <w:r>
        <w:br/>
        <w:t>І здихнув господь, і каже:&lt;br /&gt;</w:t>
        <w:br/>
        <w:t>"Недобрії люде! ..&lt;br /&gt;</w:t>
        <w:br/>
        <w:t>Не будете же ви знати,&lt;br /&gt;</w:t>
        <w:br/>
        <w:t>Коли смерть вам буде..."</w:t>
      </w:r>
    </w:p>
    <w:p>
      <w:r>
        <w:br/>
        <w:t>І сказав бог — віддалився,&lt;br /&gt;</w:t>
        <w:br/>
        <w:t>Ходить понад ставом,&lt;br /&gt;</w:t>
        <w:br/>
        <w:t>І от сонце спочиває,&lt;br /&gt;</w:t>
        <w:br/>
        <w:t>Смеркне незабаром.</w:t>
      </w:r>
    </w:p>
    <w:p>
      <w:r>
        <w:br/>
        <w:t>ХV</w:t>
      </w:r>
    </w:p>
    <w:p>
      <w:r>
        <w:br/>
        <w:t>Розляглися скрізь тумани,&lt;br /&gt;</w:t>
        <w:br/>
        <w:t>Закотилось сонце!&lt;br /&gt;</w:t>
        <w:br/>
        <w:t>І приходить в село господь&lt;br /&gt;</w:t>
        <w:br/>
        <w:t>Під їдно віконце.</w:t>
      </w:r>
    </w:p>
    <w:p>
      <w:r>
        <w:br/>
        <w:t>І поглянув господь в хату.&lt;br /&gt;</w:t>
        <w:br/>
        <w:t>В хаті — як годиться.&lt;br /&gt;</w:t>
        <w:br/>
        <w:t>Не димить убога скалка,&lt;br /&gt;</w:t>
        <w:br/>
        <w:t>Каганець блищиться.</w:t>
      </w:r>
    </w:p>
    <w:p>
      <w:r>
        <w:br/>
        <w:t>Сам хазяїн кінець стола&lt;br /&gt;</w:t>
        <w:br/>
        <w:t>Сидить, в кармазині,&lt;br /&gt;</w:t>
        <w:br/>
        <w:t>А сусід стоїть, бідняка,&lt;br /&gt;</w:t>
        <w:br/>
        <w:t>В сірії свитині.</w:t>
      </w:r>
    </w:p>
    <w:p>
      <w:r>
        <w:br/>
        <w:t>Бідний плаче і ридає,&lt;br /&gt;</w:t>
        <w:br/>
        <w:t>Багач, ні словечка.&lt;br /&gt;</w:t>
        <w:br/>
        <w:t>Межи ними, як той каже,&lt;br /&gt;</w:t>
        <w:br/>
        <w:t>Була суперечка.</w:t>
      </w:r>
    </w:p>
    <w:p>
      <w:r>
        <w:br/>
        <w:t>І убогий, і багатий&lt;br /&gt;</w:t>
        <w:br/>
        <w:t>Поле разом мали.&lt;br /&gt;</w:t>
        <w:br/>
        <w:t>Разом вони обробляли,&lt;br /&gt;</w:t>
        <w:br/>
        <w:t>Разом засівали.</w:t>
      </w:r>
    </w:p>
    <w:p>
      <w:r>
        <w:br/>
        <w:t>І на щастя біднякові&lt;br /&gt;</w:t>
        <w:br/>
        <w:t>Жито уродило,&lt;br /&gt;</w:t>
        <w:br/>
        <w:t>А багатому все поле&lt;br /&gt;</w:t>
        <w:br/>
        <w:t>Куколем заплило.</w:t>
      </w:r>
    </w:p>
    <w:p>
      <w:r>
        <w:br/>
        <w:t>І відрікся багач поля,-&lt;br /&gt;</w:t>
        <w:br/>
        <w:t>Боже, твоя воля! —&lt;br /&gt;</w:t>
        <w:br/>
        <w:t>Да і каже: "Котре гарне,&lt;br /&gt;</w:t>
        <w:br/>
        <w:t>То те моє поле..."</w:t>
      </w:r>
    </w:p>
    <w:p>
      <w:r>
        <w:br/>
        <w:t>І зачалась межи ними&lt;br /&gt;</w:t>
        <w:br/>
        <w:t>З того суперечка.&lt;br /&gt;</w:t>
        <w:br/>
        <w:t>Бідний просить, бідний молить,&lt;br /&gt;</w:t>
        <w:br/>
        <w:t>Багач — ні словечка.</w:t>
      </w:r>
    </w:p>
    <w:p>
      <w:r>
        <w:br/>
        <w:t>Наостаток ніби зм'якнув&lt;br /&gt;</w:t>
        <w:br/>
        <w:t>І бідному каже:&lt;br /&gt;</w:t>
        <w:br/>
        <w:t>"Завтра нас сам бог розсудить&lt;br /&gt;</w:t>
        <w:br/>
        <w:t>І поля покаже!"</w:t>
      </w:r>
    </w:p>
    <w:p>
      <w:r>
        <w:br/>
        <w:t>XVI</w:t>
      </w:r>
    </w:p>
    <w:p>
      <w:r>
        <w:br/>
        <w:t>Вбогий вийшов, а багатий&lt;br /&gt;</w:t>
        <w:br/>
        <w:t>В опівнічку саму&lt;br /&gt;</w:t>
        <w:br/>
        <w:t>Серед поля убогого&lt;br /&gt;</w:t>
        <w:br/>
        <w:t>Викопує яму.</w:t>
      </w:r>
    </w:p>
    <w:p>
      <w:r>
        <w:br/>
        <w:t>І садовить у ту яму&lt;br /&gt;</w:t>
        <w:br/>
        <w:t>Дитя своє враже,&lt;br /&gt;</w:t>
        <w:br/>
        <w:t>І соломою вкриває,&lt;br /&gt;</w:t>
        <w:br/>
        <w:t>І до него каже:</w:t>
      </w:r>
    </w:p>
    <w:p>
      <w:r>
        <w:br/>
        <w:t>"Гляди ж,— каже,— як спитаю,&lt;br /&gt;</w:t>
        <w:br/>
        <w:t>Чиє сеє поле,&lt;br /&gt;</w:t>
        <w:br/>
        <w:t>То ти крикни: "Твоє власне,&lt;br /&gt;</w:t>
        <w:br/>
        <w:t>А бідного голе".</w:t>
      </w:r>
    </w:p>
    <w:p>
      <w:r>
        <w:br/>
        <w:t>А убогий і не знає.&lt;br /&gt;</w:t>
        <w:br/>
        <w:t>Рано поставали,&lt;br /&gt;</w:t>
        <w:br/>
        <w:t>Позбирали всю громаду,&lt;br /&gt;</w:t>
        <w:br/>
        <w:t>Коло поля стали.</w:t>
      </w:r>
    </w:p>
    <w:p>
      <w:r>
        <w:br/>
        <w:t>І багатий ізняв шапку&lt;br /&gt;</w:t>
        <w:br/>
        <w:t>І зачав питати:&lt;br /&gt;</w:t>
        <w:br/>
        <w:t>"Скажи, боже, хто тут сіяв,&lt;br /&gt;</w:t>
        <w:br/>
        <w:t>Вбогий чи багатий?"</w:t>
      </w:r>
    </w:p>
    <w:p>
      <w:r>
        <w:br/>
        <w:t>"Ні, не вбогий, а багатий!" —&lt;br /&gt;</w:t>
        <w:br/>
        <w:t>Голос одвічає,&lt;br /&gt;</w:t>
        <w:br/>
        <w:t>А тим часом з-меж народу&lt;br /&gt;</w:t>
        <w:br/>
        <w:t>Господь виступає.</w:t>
      </w:r>
    </w:p>
    <w:p>
      <w:r>
        <w:br/>
        <w:t>Виступає й багачеві&lt;br /&gt;</w:t>
        <w:br/>
        <w:t>Став він говорити:&lt;br /&gt;</w:t>
        <w:br/>
        <w:t>"З сего часу син твій буде&lt;br /&gt;</w:t>
        <w:br/>
        <w:t>Вічне землю рити".</w:t>
      </w:r>
    </w:p>
    <w:p>
      <w:r>
        <w:br/>
        <w:t>І сказав усе народу,&lt;br /&gt;</w:t>
        <w:br/>
        <w:t>Да і віддалився...&lt;br /&gt;</w:t>
        <w:br/>
        <w:t>А народ поглянув в яму —&lt;br /&gt;</w:t>
        <w:br/>
        <w:t>В ямі кріт лиш рився.</w:t>
      </w:r>
    </w:p>
    <w:p>
      <w:r>
        <w:br/>
        <w:t>XVІI</w:t>
      </w:r>
    </w:p>
    <w:p>
      <w:r>
        <w:br/>
        <w:t>Вгамувалися багаті&lt;br /&gt;</w:t>
        <w:br/>
        <w:t>І не обдирали.&lt;br /&gt;</w:t>
        <w:br/>
        <w:t>Лиш не сим, то другим люде&lt;br /&gt;</w:t>
        <w:br/>
        <w:t>Бога прогнівляли.</w:t>
      </w:r>
    </w:p>
    <w:p>
      <w:r>
        <w:br/>
        <w:t>Було святенько, неділя,&lt;br /&gt;</w:t>
        <w:br/>
        <w:t>Дзвони задзвонили,&lt;br /&gt;</w:t>
        <w:br/>
        <w:t>І до церкви на молитву&lt;br /&gt;</w:t>
        <w:br/>
        <w:t>Каждого будили.</w:t>
      </w:r>
    </w:p>
    <w:p>
      <w:r>
        <w:br/>
        <w:t>Добрі люде позбуджались,&lt;br /&gt;</w:t>
        <w:br/>
        <w:t>Як годиться, вмились,&lt;br /&gt;</w:t>
        <w:br/>
        <w:t>Надягнули, хто що має,&lt;br /&gt;</w:t>
        <w:br/>
        <w:t>Богу помолились.</w:t>
      </w:r>
    </w:p>
    <w:p>
      <w:r>
        <w:br/>
        <w:t>І на утрені стояли&lt;br /&gt;</w:t>
        <w:br/>
        <w:t>В церковці святії!&lt;br /&gt;</w:t>
        <w:br/>
        <w:t>Но не так-то воно було&lt;br /&gt;</w:t>
        <w:br/>
        <w:t>В їдній хаті злії.</w:t>
      </w:r>
    </w:p>
    <w:p>
      <w:r>
        <w:br/>
        <w:t>І там, правда, позбуджались&lt;br /&gt;</w:t>
        <w:br/>
        <w:t>Да роботу мають:&lt;br /&gt;</w:t>
        <w:br/>
        <w:t>Їдні — закришку щипають,&lt;br /&gt;</w:t>
        <w:br/>
        <w:t>Ті — дрова рубають.</w:t>
      </w:r>
    </w:p>
    <w:p>
      <w:r>
        <w:br/>
        <w:t>Господиня їсти варить,&lt;br /&gt;</w:t>
        <w:br/>
        <w:t>А господар хати...&lt;br /&gt;</w:t>
        <w:br/>
        <w:t>Ще до служби пообідав&lt;br /&gt;</w:t>
        <w:br/>
        <w:t>І пішов орати.</w:t>
      </w:r>
    </w:p>
    <w:p>
      <w:r>
        <w:br/>
        <w:t>І оре він серед поля,&lt;br /&gt;</w:t>
        <w:br/>
        <w:t>На воли гукає,&lt;br /&gt;</w:t>
        <w:br/>
        <w:t>Аж Христос іде до него,&lt;br /&gt;</w:t>
        <w:br/>
        <w:t>Йому розважає:</w:t>
      </w:r>
    </w:p>
    <w:p>
      <w:r>
        <w:br/>
        <w:t>"Що ти робиш, чоловіче?&lt;br /&gt;</w:t>
        <w:br/>
        <w:t>Неділенька! Свято!"&lt;br /&gt;</w:t>
        <w:br/>
        <w:t>"Таких свят,— плугатар каже,&lt;br /&gt;</w:t>
        <w:br/>
        <w:t>Єсть в року багато!"</w:t>
      </w:r>
    </w:p>
    <w:p>
      <w:r>
        <w:br/>
        <w:t>І скарав його син божий&lt;br /&gt;</w:t>
        <w:br/>
        <w:t>Карою своєю:&lt;br /&gt;</w:t>
        <w:br/>
        <w:t>Плуг, плугатар і погонич&lt;br /&gt;</w:t>
        <w:br/>
        <w:t>Щезли під землею.</w:t>
      </w:r>
    </w:p>
    <w:p>
      <w:r>
        <w:br/>
        <w:t>XVІІІ</w:t>
      </w:r>
    </w:p>
    <w:p>
      <w:r>
        <w:br/>
        <w:t>І приходить бог до церкви,&lt;br /&gt;</w:t>
        <w:br/>
        <w:t>Став людей збирати.&lt;br /&gt;</w:t>
        <w:br/>
        <w:t>І у церкві на амбоні&lt;br /&gt;</w:t>
        <w:br/>
        <w:t>Людям став казати:</w:t>
      </w:r>
    </w:p>
    <w:p>
      <w:r>
        <w:br/>
        <w:t>"Я, Ісус Христос, син божий,&lt;br /&gt;</w:t>
        <w:br/>
        <w:t>Кажу, щоб ви знали,&lt;br /&gt;</w:t>
        <w:br/>
        <w:t>Щоб ви день недільний чтили,&lt;br /&gt;</w:t>
        <w:br/>
        <w:t>Свята шанували.</w:t>
      </w:r>
    </w:p>
    <w:p>
      <w:r>
        <w:br/>
        <w:t>Щоби в свято не рубали,&lt;br /&gt;</w:t>
        <w:br/>
        <w:t>В полі не орали&lt;br /&gt;</w:t>
        <w:br/>
        <w:t>І коріння в огородах&lt;br /&gt;</w:t>
        <w:br/>
        <w:t>Своїх не копали.</w:t>
      </w:r>
    </w:p>
    <w:p>
      <w:r>
        <w:br/>
        <w:t>Щоб коріння не копали&lt;br /&gt;</w:t>
        <w:br/>
        <w:t>Старії й малії,&lt;br /&gt;</w:t>
        <w:br/>
        <w:t>Щоб зарання всі стояли&lt;br /&gt;</w:t>
        <w:br/>
        <w:t>В церковці святії.</w:t>
      </w:r>
    </w:p>
    <w:p>
      <w:r>
        <w:br/>
        <w:t>Бо я дав вам для роботи&lt;br /&gt;</w:t>
        <w:br/>
        <w:t>Шість днів на неділю,&lt;br /&gt;</w:t>
        <w:br/>
        <w:t>А седьмий день для покою&lt;br /&gt;</w:t>
        <w:br/>
        <w:t>Й найменшому зіллю.</w:t>
      </w:r>
    </w:p>
    <w:p>
      <w:r>
        <w:br/>
        <w:t>Да ще кажу, щоб всі люде&lt;br /&gt;</w:t>
        <w:br/>
        <w:t>Милосердя мали,&lt;br /&gt;</w:t>
        <w:br/>
        <w:t>Калік, старців не гнушались,&lt;br /&gt;</w:t>
        <w:br/>
        <w:t>Сиріт пригортали.</w:t>
      </w:r>
    </w:p>
    <w:p>
      <w:r>
        <w:br/>
        <w:t>Щоби старших шанували,&lt;br /&gt;</w:t>
        <w:br/>
        <w:t>Отця-неньку чтили&lt;br /&gt;</w:t>
        <w:br/>
        <w:t>І, що я лиш вам говорю,&lt;br /&gt;</w:t>
        <w:br/>
        <w:t>Теє все чинили.</w:t>
      </w:r>
    </w:p>
    <w:p>
      <w:r>
        <w:br/>
        <w:t>І як будете, всі люде,&lt;br /&gt;</w:t>
        <w:br/>
        <w:t>Теє все чинити,&lt;br /&gt;</w:t>
        <w:br/>
        <w:t>Добре буде вам і дітям&lt;br /&gt;</w:t>
        <w:br/>
        <w:t>В божім світі жити.</w:t>
      </w:r>
    </w:p>
    <w:p>
      <w:r>
        <w:br/>
        <w:t>XIX</w:t>
      </w:r>
    </w:p>
    <w:p>
      <w:r>
        <w:br/>
        <w:t>Як не будете чинити&lt;br /&gt;</w:t>
        <w:br/>
        <w:t>Того, що я кажу,&lt;br /&gt;</w:t>
        <w:br/>
        <w:t>Тяжко буду вас карати,&lt;br /&gt;</w:t>
        <w:br/>
        <w:t>Тяжко вас накажу.</w:t>
      </w:r>
    </w:p>
    <w:p>
      <w:r>
        <w:br/>
        <w:t>Пущу голод, стануть люде&lt;br /&gt;</w:t>
        <w:br/>
        <w:t>3 голоду вмлівати.&lt;br /&gt;</w:t>
        <w:br/>
        <w:t>Пущу помір, зачнуть люде&lt;br /&gt;</w:t>
        <w:br/>
        <w:t>Мором умирати.</w:t>
      </w:r>
    </w:p>
    <w:p>
      <w:r>
        <w:br/>
        <w:t>Будуть війни меж царями,&lt;br /&gt;</w:t>
        <w:br/>
        <w:t>Межи королями,&lt;br /&gt;</w:t>
        <w:br/>
        <w:t>Буде бійка, буде лихо&lt;br /&gt;</w:t>
        <w:br/>
        <w:t>Межи всіма вами.</w:t>
      </w:r>
    </w:p>
    <w:p>
      <w:r>
        <w:br/>
        <w:t>Син на батька, доч на неньку&lt;br /&gt;</w:t>
        <w:br/>
        <w:t>Стануть підійматись.&lt;br /&gt;</w:t>
        <w:br/>
        <w:t>Як вода,— крівля по світі&lt;br /&gt;</w:t>
        <w:br/>
        <w:t>Буде розливатись.</w:t>
      </w:r>
    </w:p>
    <w:p>
      <w:r>
        <w:br/>
        <w:t>І тогді зачнете, люде,&lt;br /&gt;</w:t>
        <w:br/>
        <w:t>Мене пізнавати.&lt;br /&gt;</w:t>
        <w:br/>
        <w:t>А як ні,— то я ще тяжче&lt;br /&gt;</w:t>
        <w:br/>
        <w:t>Стану вас карати.</w:t>
      </w:r>
    </w:p>
    <w:p>
      <w:r>
        <w:br/>
        <w:t>Стануть громи сильні бити,&lt;br /&gt;</w:t>
        <w:br/>
        <w:t>І небо блищати,&lt;br /&gt;</w:t>
        <w:br/>
        <w:t>І град стане зілля ваші&lt;br /&gt;</w:t>
        <w:br/>
        <w:t>В нивах побивати.</w:t>
      </w:r>
    </w:p>
    <w:p>
      <w:r>
        <w:br/>
        <w:t>Злетять птахи — птахи злії —&lt;br /&gt;</w:t>
        <w:br/>
        <w:t>І будуть літати.&lt;br /&gt;</w:t>
        <w:br/>
        <w:t>І, літаючи, живих вас&lt;br /&gt;</w:t>
        <w:br/>
        <w:t>Будуть заїдати.</w:t>
      </w:r>
    </w:p>
    <w:p>
      <w:r>
        <w:br/>
        <w:t>Щоби, люде, гнів мій знали,&lt;br /&gt;</w:t>
        <w:br/>
        <w:t>А все розум майте&lt;br /&gt;</w:t>
        <w:br/>
        <w:t>І мене до того гніву&lt;br /&gt;</w:t>
        <w:br/>
        <w:t>Недопроваджайте.</w:t>
      </w:r>
    </w:p>
    <w:p>
      <w:r>
        <w:br/>
        <w:t>Бути свідками неправди&lt;br /&gt;</w:t>
        <w:br/>
        <w:t>Тяжко стережіться,&lt;br /&gt;</w:t>
        <w:br/>
        <w:t>Людям кривди не робіте,&lt;br /&gt;</w:t>
        <w:br/>
        <w:t>Мною не кленіться".</w:t>
      </w:r>
    </w:p>
    <w:p>
      <w:r>
        <w:br/>
        <w:t>XX</w:t>
      </w:r>
    </w:p>
    <w:p>
      <w:r>
        <w:br/>
        <w:t>Служба божая кінчилась,&lt;br /&gt;</w:t>
        <w:br/>
        <w:t>Дзвони залилися,&lt;br /&gt;</w:t>
        <w:br/>
        <w:t>Люде помолились богу&lt;br /&gt;</w:t>
        <w:br/>
        <w:t>Да і розійшлися!</w:t>
      </w:r>
    </w:p>
    <w:p>
      <w:r>
        <w:br/>
        <w:t>Розійшлися і зачали&lt;br /&gt;</w:t>
        <w:br/>
        <w:t>За обід сідати,&lt;br /&gt;</w:t>
        <w:br/>
        <w:t>Аж приходить і спаситель&lt;br /&gt;</w:t>
        <w:br/>
        <w:t>До їдної хати.</w:t>
      </w:r>
    </w:p>
    <w:p>
      <w:r>
        <w:br/>
        <w:t>І приходить з Петром-Павлом;&lt;br /&gt;</w:t>
        <w:br/>
        <w:t>Просять його сісти.&lt;br /&gt;</w:t>
        <w:br/>
        <w:t>Просять його за стіл сісти,&lt;br /&gt;</w:t>
        <w:br/>
        <w:t>З ними разом їсти.</w:t>
      </w:r>
    </w:p>
    <w:p>
      <w:r>
        <w:br/>
        <w:t>Сіли вони кінець стола.&lt;br /&gt;</w:t>
        <w:br/>
        <w:t>Борщ на стіл подали,&lt;br /&gt;</w:t>
        <w:br/>
        <w:t>Стали їсти всі, і гості&lt;br /&gt;</w:t>
        <w:br/>
        <w:t>Кілька ложок взяли.</w:t>
      </w:r>
    </w:p>
    <w:p>
      <w:r>
        <w:br/>
        <w:t>За борщем подали кашу&lt;br /&gt;</w:t>
        <w:br/>
        <w:t>Да й перепрошають,&lt;br /&gt;</w:t>
        <w:br/>
        <w:t>Що на стіл подати більше&lt;br /&gt;</w:t>
        <w:br/>
        <w:t>Нічого не мають.</w:t>
      </w:r>
    </w:p>
    <w:p>
      <w:r>
        <w:br/>
        <w:t>А бог глянув на полицю:&lt;br /&gt;</w:t>
        <w:br/>
        <w:t>"Що ж там на полиці?&lt;br /&gt;</w:t>
        <w:br/>
        <w:t>Вареники, либонь,— каже,-&lt;br /&gt;</w:t>
        <w:br/>
        <w:t>Або варениці".</w:t>
      </w:r>
    </w:p>
    <w:p>
      <w:r>
        <w:br/>
        <w:t>"Де там вони узялися? —&lt;br /&gt;</w:t>
        <w:br/>
        <w:t>Жінка говорила.-&lt;br /&gt;</w:t>
        <w:br/>
        <w:t>То я вчора півмакітри&lt;br /&gt;</w:t>
        <w:br/>
        <w:t>Черепах зловила..."</w:t>
      </w:r>
    </w:p>
    <w:p>
      <w:r>
        <w:br/>
        <w:t>"Нехай будуть черепахи!&lt;br /&gt;</w:t>
        <w:br/>
        <w:t>Нічого діяти!" —&lt;br /&gt;</w:t>
        <w:br/>
        <w:t>І з сим словом поклонився&lt;br /&gt;</w:t>
        <w:br/>
        <w:t>Да й пішов із хати.</w:t>
      </w:r>
    </w:p>
    <w:p>
      <w:r>
        <w:br/>
        <w:t>Жінці стидно чогось стало,&lt;br /&gt;</w:t>
        <w:br/>
        <w:t>Беруть її страхи...&lt;br /&gt;</w:t>
        <w:br/>
        <w:t>Глянь в макітру, а в макітрі&lt;br /&gt;</w:t>
        <w:br/>
        <w:t>Справді черепахи.</w:t>
      </w:r>
    </w:p>
    <w:p>
      <w:r>
        <w:br/>
        <w:t>XXI</w:t>
      </w:r>
    </w:p>
    <w:p>
      <w:r>
        <w:br/>
        <w:t>Осінь була й проминула,&lt;br /&gt;</w:t>
        <w:br/>
        <w:t>Сніжки припадали,&lt;br /&gt;</w:t>
        <w:br/>
        <w:t>І по селах, як звичайне,&lt;br /&gt;</w:t>
        <w:br/>
        <w:t>Весілля настали.</w:t>
      </w:r>
    </w:p>
    <w:p>
      <w:r>
        <w:br/>
        <w:t>Хлопці швендяли усюди,&lt;br /&gt;</w:t>
        <w:br/>
        <w:t>Сватались, женились.&lt;br /&gt;</w:t>
        <w:br/>
        <w:t>І дівчата коло хлопців&lt;br /&gt;</w:t>
        <w:br/>
        <w:t>Вились, чепурились.</w:t>
      </w:r>
    </w:p>
    <w:p>
      <w:r>
        <w:br/>
        <w:t>І багато через зиму&lt;br /&gt;</w:t>
        <w:br/>
        <w:t>Дівчат зав'язалось.&lt;br /&gt;</w:t>
        <w:br/>
        <w:t>Много й хлопців-вітрогонів&lt;br /&gt;</w:t>
        <w:br/>
        <w:t>Захазяйнувалось.</w:t>
      </w:r>
    </w:p>
    <w:p>
      <w:r>
        <w:br/>
        <w:t>Но їдно лиш серед зими&lt;br /&gt;</w:t>
        <w:br/>
        <w:t>По року новому&lt;br /&gt;</w:t>
        <w:br/>
        <w:t>Було славнее весілля&lt;br /&gt;</w:t>
        <w:br/>
        <w:t>У селі їдному.</w:t>
      </w:r>
    </w:p>
    <w:p>
      <w:r>
        <w:br/>
        <w:t>Чого думка лиш бажала —&lt;br /&gt;</w:t>
        <w:br/>
        <w:t>Все спекли, зварили.&lt;br /&gt;</w:t>
        <w:br/>
        <w:t>І на вечір на багатий [22]&lt;br /&gt;</w:t>
        <w:br/>
        <w:t>Христа запросили.</w:t>
      </w:r>
    </w:p>
    <w:p>
      <w:r>
        <w:br/>
        <w:t>Сидять гості і балюють&lt;br /&gt;</w:t>
        <w:br/>
        <w:t>(Було їх немало).&lt;br /&gt;</w:t>
        <w:br/>
        <w:t>Стали їсти, стали пити,&lt;br /&gt;</w:t>
        <w:br/>
        <w:t>Вина недостало.</w:t>
      </w:r>
    </w:p>
    <w:p>
      <w:r>
        <w:br/>
        <w:t>І казав господь принести&lt;br /&gt;</w:t>
        <w:br/>
        <w:t>Води із керниці.&lt;br /&gt;</w:t>
        <w:br/>
        <w:t>І побігли за водою&lt;br /&gt;</w:t>
        <w:br/>
        <w:t>Жваві молодиці.</w:t>
      </w:r>
    </w:p>
    <w:p>
      <w:r>
        <w:br/>
        <w:t>І принесли, виливають...&lt;br /&gt;</w:t>
        <w:br/>
        <w:t>Аж тут диво сталось —&lt;br /&gt;</w:t>
        <w:br/>
        <w:t>Зо всіх відер, кілько було,&lt;br /&gt;</w:t>
        <w:br/>
        <w:t>Вино виливалось.</w:t>
      </w:r>
    </w:p>
    <w:p>
      <w:r>
        <w:br/>
        <w:t>Аж тогді по правді гості&lt;br /&gt;</w:t>
        <w:br/>
        <w:t>Всі забалювали.&lt;br /&gt;</w:t>
        <w:br/>
        <w:t>І той вечір усі люде&lt;br /&gt;</w:t>
        <w:br/>
        <w:t>Багатим назвали.</w:t>
      </w:r>
    </w:p>
    <w:p>
      <w:r>
        <w:br/>
        <w:t>XXIІ</w:t>
      </w:r>
    </w:p>
    <w:p>
      <w:r>
        <w:br/>
        <w:t>І у нас багатий вечір&lt;br /&gt;</w:t>
        <w:br/>
        <w:t>Каждий рік буває.&lt;br /&gt;</w:t>
        <w:br/>
        <w:t>І господь в керницях воду&lt;br /&gt;</w:t>
        <w:br/>
        <w:t>В вино претворяє.</w:t>
      </w:r>
    </w:p>
    <w:p>
      <w:r>
        <w:br/>
        <w:t>Лиш не знати, в яку пору,&lt;br /&gt;</w:t>
        <w:br/>
        <w:t>В якую годину,&lt;br /&gt;</w:t>
        <w:br/>
        <w:t>Щоб послати до керниці&lt;br /&gt;</w:t>
        <w:br/>
        <w:t>З відрами дівчину.</w:t>
      </w:r>
    </w:p>
    <w:p>
      <w:r>
        <w:br/>
        <w:t>Було раз уже пізненько,&lt;br /&gt;</w:t>
        <w:br/>
        <w:t>Каганці згасали,&lt;br /&gt;</w:t>
        <w:br/>
        <w:t>А подекуди хрещені&lt;br /&gt;</w:t>
        <w:br/>
        <w:t>Вже й позасипляли.</w:t>
      </w:r>
    </w:p>
    <w:p>
      <w:r>
        <w:br/>
        <w:t>Лиш в їдній убогій хаті&lt;br /&gt;</w:t>
        <w:br/>
        <w:t>Скалочка диміла.&lt;br /&gt;</w:t>
        <w:br/>
        <w:t>І на лаві при вечері&lt;br /&gt;</w:t>
        <w:br/>
        <w:t>Вся сім'я сиділа.</w:t>
      </w:r>
    </w:p>
    <w:p>
      <w:r>
        <w:br/>
        <w:t>І що господь дав — із'їли,&lt;br /&gt;</w:t>
        <w:br/>
        <w:t>Стали воду пити.&lt;br /&gt;</w:t>
        <w:br/>
        <w:t>І напились, помолились —&lt;br /&gt;</w:t>
        <w:br/>
        <w:t>Тра начиння мити.</w:t>
      </w:r>
    </w:p>
    <w:p>
      <w:r>
        <w:br/>
        <w:t>А при хаті на ту пору&lt;br /&gt;</w:t>
        <w:br/>
        <w:t>Ні краплі водиці.&lt;br /&gt;</w:t>
        <w:br/>
        <w:t>Взяла дівчина відерця,&lt;br /&gt;</w:t>
        <w:br/>
        <w:t>Пішла до керниці.</w:t>
      </w:r>
    </w:p>
    <w:p>
      <w:r>
        <w:br/>
        <w:t>І набрала, і приносить,&lt;br /&gt;</w:t>
        <w:br/>
        <w:t>В діжку виливає...&lt;br /&gt;</w:t>
        <w:br/>
        <w:t>Коли дивиться — з відерця&lt;br /&gt;</w:t>
        <w:br/>
        <w:t>Вино витікає.</w:t>
      </w:r>
    </w:p>
    <w:p>
      <w:r>
        <w:br/>
        <w:t>Взяла друге... ні!&lt;br /&gt;</w:t>
        <w:br/>
        <w:t>у другім Чистая водиця.&lt;br /&gt;</w:t>
        <w:br/>
        <w:t>І убогі вечір мали&lt;br /&gt;</w:t>
        <w:br/>
        <w:t>Такий, як годиться.</w:t>
      </w:r>
    </w:p>
    <w:p>
      <w:r>
        <w:br/>
        <w:t>XXІІІ</w:t>
      </w:r>
    </w:p>
    <w:p>
      <w:r>
        <w:br/>
        <w:t>Ба ще й друге в світі чудо&lt;br /&gt;</w:t>
        <w:br/>
        <w:t>В вечір сей буває —&lt;br /&gt;</w:t>
        <w:br/>
        <w:t>Вся худоба меж собою&lt;br /&gt;</w:t>
        <w:br/>
        <w:t>В північ розмовляє.</w:t>
      </w:r>
    </w:p>
    <w:p>
      <w:r>
        <w:br/>
        <w:t>Лиш послухати їх мову&lt;br /&gt;</w:t>
        <w:br/>
        <w:t>Хто цікавість має,&lt;br /&gt;</w:t>
        <w:br/>
        <w:t>Незабаром після того&lt;br /&gt;</w:t>
        <w:br/>
        <w:t>Нагле умирає.</w:t>
      </w:r>
    </w:p>
    <w:p>
      <w:r>
        <w:br/>
        <w:t>Був їден колись цікавий&lt;br /&gt;</w:t>
        <w:br/>
        <w:t>Мову тую знати;&lt;br /&gt;</w:t>
        <w:br/>
        <w:t>І приходить під обору,&lt;br /&gt;</w:t>
        <w:br/>
        <w:t>І став вартувати.</w:t>
      </w:r>
    </w:p>
    <w:p>
      <w:r>
        <w:br/>
        <w:t>І от віл їден піднявся,&lt;br /&gt;</w:t>
        <w:br/>
        <w:t>Тяженько зітхає:&lt;br /&gt;</w:t>
        <w:br/>
        <w:t>"Чого, брате, так зітхаєш?" —&lt;br /&gt;</w:t>
        <w:br/>
        <w:t>Другий віл питає.</w:t>
      </w:r>
    </w:p>
    <w:p>
      <w:r>
        <w:br/>
        <w:t>"Як же ж мені не зітхати,-&lt;br /&gt;</w:t>
        <w:br/>
        <w:t>Каже той до того.-&lt;br /&gt;</w:t>
        <w:br/>
        <w:t>Завтра в яму повеземо&lt;br /&gt;</w:t>
        <w:br/>
        <w:t>Господаря свого".</w:t>
      </w:r>
    </w:p>
    <w:p>
      <w:r>
        <w:br/>
        <w:t>І почув він — душа стала&lt;br /&gt;</w:t>
        <w:br/>
        <w:t>Лиш на волосочку.&lt;br /&gt;</w:t>
        <w:br/>
        <w:t>Біжить в хату: "Жінко, жінко!&lt;br /&gt;</w:t>
        <w:br/>
        <w:t>Дай білу сорочку!"</w:t>
      </w:r>
    </w:p>
    <w:p>
      <w:r>
        <w:br/>
        <w:t>Вмився, вбрався, як до смерті,&lt;br /&gt;</w:t>
        <w:br/>
        <w:t>Богу помолився&lt;br /&gt;</w:t>
        <w:br/>
        <w:t>І ще до світа, до рання,&lt;br /&gt;</w:t>
        <w:br/>
        <w:t>В труні опинився.</w:t>
      </w:r>
    </w:p>
    <w:p>
      <w:r>
        <w:br/>
        <w:t>Плаче жінка, діти плачуть,&lt;br /&gt;</w:t>
        <w:br/>
        <w:t>Полежав він добу,&lt;br /&gt;</w:t>
        <w:br/>
        <w:t>І ті самі воли везли&lt;br /&gt;</w:t>
        <w:br/>
        <w:t>Його тіло к гробу.</w:t>
      </w:r>
    </w:p>
    <w:p>
      <w:r>
        <w:br/>
        <w:t>XXIV</w:t>
      </w:r>
    </w:p>
    <w:p>
      <w:r>
        <w:br/>
        <w:t>Проминуло неділь з десять,&lt;br /&gt;</w:t>
        <w:br/>
        <w:t>Може, й ще неділя,&lt;br /&gt;</w:t>
        <w:br/>
        <w:t>Як Христос-господь заходив&lt;br /&gt;</w:t>
        <w:br/>
        <w:t>На теє весілля.</w:t>
      </w:r>
    </w:p>
    <w:p>
      <w:r>
        <w:br/>
        <w:t>І зібрав він тьму народу,&lt;br /&gt;</w:t>
        <w:br/>
        <w:t>Тьму неізчислиму.&lt;br /&gt;</w:t>
        <w:br/>
        <w:t>І із ними іде в місто,&lt;br /&gt;</w:t>
        <w:br/>
        <w:t>Місто Русалиму.</w:t>
      </w:r>
    </w:p>
    <w:p>
      <w:r>
        <w:br/>
        <w:t>І зачали діти з вербів&lt;br /&gt;</w:t>
        <w:br/>
        <w:t>Гіллячки ламати,&lt;br /&gt;</w:t>
        <w:br/>
        <w:t>І ламати — і під ноги&lt;br /&gt;</w:t>
        <w:br/>
        <w:t>Господу кидати.</w:t>
      </w:r>
    </w:p>
    <w:p>
      <w:r>
        <w:br/>
        <w:t>А господь гіллячки тії&lt;br /&gt;</w:t>
        <w:br/>
        <w:t>Всі благословляє.&lt;br /&gt;</w:t>
        <w:br/>
        <w:t>Напослідок сам нагнувся,&lt;br /&gt;</w:t>
        <w:br/>
        <w:t>Їдну підіймає.</w:t>
      </w:r>
    </w:p>
    <w:p>
      <w:r>
        <w:br/>
        <w:t>І потріпав Петра нею,&lt;br /&gt;</w:t>
        <w:br/>
        <w:t>І став промовляти:&lt;br /&gt;</w:t>
        <w:br/>
        <w:t>"Ще лиш тиждень — і Великдень&lt;br /&gt;</w:t>
        <w:br/>
        <w:t>Ви будете'мати..."</w:t>
      </w:r>
    </w:p>
    <w:p>
      <w:r>
        <w:br/>
        <w:t>А Петро підняв гіллячку&lt;br /&gt;</w:t>
        <w:br/>
        <w:t>І Павла став бити,&lt;br /&gt;</w:t>
        <w:br/>
        <w:t>Злегка бити і те саме&lt;br /&gt;</w:t>
        <w:br/>
        <w:t>Йому говорити.</w:t>
      </w:r>
    </w:p>
    <w:p>
      <w:r>
        <w:br/>
        <w:t>І зачали і всі люде&lt;br /&gt;</w:t>
        <w:br/>
        <w:t>Вербу підіймати,&lt;br /&gt;</w:t>
        <w:br/>
        <w:t>Підіймати, злегка битись,&lt;br /&gt;</w:t>
        <w:br/>
        <w:t>Да і примовляти:</w:t>
      </w:r>
    </w:p>
    <w:p>
      <w:r>
        <w:br/>
        <w:t>"Ой верба б'є, а не я б'ю!&lt;br /&gt;</w:t>
        <w:br/>
        <w:t>Ще лиш тілько тиждень —&lt;br /&gt;</w:t>
        <w:br/>
        <w:t>І наступить, і настане&lt;br /&gt;</w:t>
        <w:br/>
        <w:t>В нас святий великдень..."</w:t>
      </w:r>
    </w:p>
    <w:p>
      <w:r>
        <w:br/>
        <w:t>XXV</w:t>
      </w:r>
    </w:p>
    <w:p>
      <w:r>
        <w:br/>
        <w:t>А тим часом бог приходить&lt;br /&gt;</w:t>
        <w:br/>
        <w:t>Під тecoвi брами,&lt;br /&gt;</w:t>
        <w:br/>
        <w:t>Входить в місто, а у місті&lt;br /&gt;</w:t>
        <w:br/>
        <w:t>Аж кишить жидами.</w:t>
      </w:r>
    </w:p>
    <w:p>
      <w:r>
        <w:br/>
        <w:t>I став господь їм казати,&lt;br /&gt;</w:t>
        <w:br/>
        <w:t>Щоби Bipy мали,&lt;br /&gt;</w:t>
        <w:br/>
        <w:t>Щоб на нашу святу Bipy&lt;br /&gt;</w:t>
        <w:br/>
        <w:t>Bci поприставали.</w:t>
      </w:r>
    </w:p>
    <w:p>
      <w:r>
        <w:br/>
        <w:t>Лиш "жид жидом", як той каже:&lt;br /&gt;</w:t>
        <w:br/>
        <w:t>Віри не зміняє&lt;br /&gt;</w:t>
        <w:br/>
        <w:t>Та ще й кпитися, поганий,&lt;br /&gt;</w:t>
        <w:br/>
        <w:t>3 господа гадає.</w:t>
      </w:r>
    </w:p>
    <w:p>
      <w:r>
        <w:br/>
        <w:t>Ніяково й говорити,&lt;br /&gt;</w:t>
        <w:br/>
        <w:t>Що вони зробили:&lt;br /&gt;</w:t>
        <w:br/>
        <w:t>Взяли товстую жидівку,&lt;br /&gt;</w:t>
        <w:br/>
        <w:t>Коритом накрили.</w:t>
      </w:r>
    </w:p>
    <w:p>
      <w:r>
        <w:br/>
        <w:t>I приводять Христа-бога,&lt;br /&gt;</w:t>
        <w:br/>
        <w:t>Просять угадати,&lt;br /&gt;</w:t>
        <w:br/>
        <w:t>Що б за диво під коритом&lt;br /&gt;</w:t>
        <w:br/>
        <w:t>Мало в них лежати.</w:t>
      </w:r>
    </w:p>
    <w:p>
      <w:r>
        <w:br/>
        <w:t>А господь подумав трохи,&lt;br /&gt;</w:t>
        <w:br/>
        <w:t>Так coбi нібито,&lt;br /&gt;</w:t>
        <w:br/>
        <w:t>Далі сміло жидам каже:&lt;br /&gt;</w:t>
        <w:br/>
        <w:t>"Свиня під коритом!"</w:t>
      </w:r>
    </w:p>
    <w:p>
      <w:r>
        <w:br/>
        <w:t>Жидова зареготіла,&lt;br /&gt;</w:t>
        <w:br/>
        <w:t>Вдруг корито зняла,&lt;br /&gt;</w:t>
        <w:br/>
        <w:t>Аж з-під нього не жидівка,&lt;br /&gt;</w:t>
        <w:br/>
        <w:t>А свиня устала.</w:t>
      </w:r>
    </w:p>
    <w:p>
      <w:r>
        <w:br/>
        <w:t>I бог вийшов з Русалими,&lt;br /&gt;</w:t>
        <w:br/>
        <w:t>Вийшов, іде к морю,&lt;br /&gt;</w:t>
        <w:br/>
        <w:t>К далекому іде морю,&lt;br /&gt;</w:t>
        <w:br/>
        <w:t>На високу гору.</w:t>
      </w:r>
    </w:p>
    <w:p>
      <w:r>
        <w:br/>
        <w:t>XXVI</w:t>
      </w:r>
    </w:p>
    <w:p>
      <w:r>
        <w:br/>
        <w:t>А жидова, як те море,&lt;br /&gt;</w:t>
        <w:br/>
        <w:t>Боввани збиває,&lt;br /&gt;</w:t>
        <w:br/>
        <w:t>Лиш погляне на корито —&lt;br /&gt;</w:t>
        <w:br/>
        <w:t>Пейси обриває.</w:t>
      </w:r>
    </w:p>
    <w:p>
      <w:r>
        <w:br/>
        <w:t>Прийшов рабин їх Кайяфа, [23]&lt;br /&gt;</w:t>
        <w:br/>
        <w:t>I той зламав руки:&lt;br /&gt;</w:t>
        <w:br/>
        <w:t>"Ловіть Христа! Беріть Христа&lt;br /&gt;</w:t>
        <w:br/>
        <w:t>На cтрашнії муки!"</w:t>
      </w:r>
    </w:p>
    <w:p>
      <w:r>
        <w:br/>
        <w:t>I гадають вони думу,&lt;br /&gt;</w:t>
        <w:br/>
        <w:t>Як його зловити.&lt;br /&gt;</w:t>
        <w:br/>
        <w:t>Аж являється Іуда&lt;br /&gt;</w:t>
        <w:br/>
        <w:t>I став говорити:</w:t>
      </w:r>
    </w:p>
    <w:p>
      <w:r>
        <w:br/>
        <w:t>"Я вci сховки його знаю,&lt;br /&gt;</w:t>
        <w:br/>
        <w:t>Не журіться, люди,&lt;br /&gt;</w:t>
        <w:br/>
        <w:t>I продам його на муки,&lt;br /&gt;</w:t>
        <w:br/>
        <w:t>Тілько плата буде!"</w:t>
      </w:r>
    </w:p>
    <w:p>
      <w:r>
        <w:br/>
        <w:t>"Якої ж ти хочеш плати?" —&lt;br /&gt;</w:t>
        <w:br/>
        <w:t>Стали вci питати&lt;br /&gt;</w:t>
        <w:br/>
        <w:t>I зачали у Іуди [24]&lt;br /&gt;</w:t>
        <w:br/>
        <w:t>Христа торгувати.</w:t>
      </w:r>
    </w:p>
    <w:p>
      <w:r>
        <w:br/>
        <w:t>I на тридцять рублів рівно&lt;br /&gt;</w:t>
        <w:br/>
        <w:t>Ціну тую збили,&lt;br /&gt;</w:t>
        <w:br/>
        <w:t>I прокляті проклятому&lt;br /&gt;</w:t>
        <w:br/>
        <w:t>Сріблом відлічили.</w:t>
      </w:r>
    </w:p>
    <w:p>
      <w:r>
        <w:br/>
        <w:t>І нечистий злую душу&lt;br /&gt;</w:t>
        <w:br/>
        <w:t>Ніби маслом маже,&lt;br /&gt;</w:t>
        <w:br/>
        <w:t>І згорнув Іуда гроші&lt;br /&gt;</w:t>
        <w:br/>
        <w:t>І рабину каже:</w:t>
      </w:r>
    </w:p>
    <w:p>
      <w:r>
        <w:br/>
        <w:t>"В четвер, рівно вопівночі,&lt;br /&gt;</w:t>
        <w:br/>
        <w:t>Будьте ви готові,&lt;br /&gt;</w:t>
        <w:br/>
        <w:t>А тим часом, добрі люди,&lt;br /&gt;</w:t>
        <w:br/>
        <w:t>Будьте ми здорові!"</w:t>
      </w:r>
    </w:p>
    <w:p>
      <w:r>
        <w:br/>
        <w:t>XXVII</w:t>
      </w:r>
    </w:p>
    <w:p>
      <w:r>
        <w:br/>
        <w:t>Матір божа тогді спала&lt;br /&gt;</w:t>
        <w:br/>
        <w:t>На горі Оливній,&lt;br /&gt;</w:t>
        <w:br/>
        <w:t>І над нею сни снувались&lt;br /&gt;</w:t>
        <w:br/>
        <w:t>І страшні, і дивні.</w:t>
      </w:r>
    </w:p>
    <w:p>
      <w:r>
        <w:br/>
        <w:t>І прийшов до неї господь,&lt;br /&gt;</w:t>
        <w:br/>
        <w:t>Став її питати:&lt;br /&gt;</w:t>
        <w:br/>
        <w:t>"Ой чи спиш ти, чи ти чуєш,&lt;br /&gt;</w:t>
        <w:br/>
        <w:t>Рідна моя мати?"</w:t>
      </w:r>
    </w:p>
    <w:p>
      <w:r>
        <w:br/>
        <w:t>"Ой, спала я, милий сину,&lt;br /&gt;</w:t>
        <w:br/>
        <w:t>Спала, та збудилась,&lt;br /&gt;</w:t>
        <w:br/>
        <w:t>І о тобі, все о тобі&lt;br /&gt;</w:t>
        <w:br/>
        <w:t>Річ страшная снилась.</w:t>
      </w:r>
    </w:p>
    <w:p>
      <w:r>
        <w:br/>
        <w:t>Виділа я, що ти, сину,&lt;br /&gt;</w:t>
        <w:br/>
        <w:t>У саду молився,&lt;br /&gt;</w:t>
        <w:br/>
        <w:t>Що опівночі з жидами&lt;br /&gt;</w:t>
        <w:br/>
        <w:t>Іуда явився.</w:t>
      </w:r>
    </w:p>
    <w:p>
      <w:r>
        <w:br/>
        <w:t>І зв’язали тобі, сину,&lt;br /&gt;</w:t>
        <w:br/>
        <w:t>Пречистії руки&lt;br /&gt;</w:t>
        <w:br/>
        <w:t>І повели до Кайяфи&lt;br /&gt;</w:t>
        <w:br/>
        <w:t>На страшнії муки.</w:t>
      </w:r>
    </w:p>
    <w:p>
      <w:r>
        <w:br/>
        <w:t>Тебе збили, ісплювали,&lt;br /&gt;</w:t>
        <w:br/>
        <w:t>К стовпу прикували&lt;br /&gt;</w:t>
        <w:br/>
        <w:t>І вінок терновий сплели&lt;br /&gt;</w:t>
        <w:br/>
        <w:t>І коронували.</w:t>
      </w:r>
    </w:p>
    <w:p>
      <w:r>
        <w:br/>
        <w:t>І із голови твоєї&lt;br /&gt;</w:t>
        <w:br/>
        <w:t>Страшно кров спливала,&lt;br /&gt;</w:t>
        <w:br/>
        <w:t>І плоть твоя пресвятая,&lt;br /&gt;</w:t>
        <w:br/>
        <w:t>Як кора, спадала.</w:t>
      </w:r>
    </w:p>
    <w:p>
      <w:r>
        <w:br/>
        <w:t>А потому, на Голгофі, [25]&lt;br /&gt;</w:t>
        <w:br/>
        <w:t>До хреста прибили&lt;br /&gt;</w:t>
        <w:br/>
        <w:t>І ребро твоє святеє&lt;br /&gt;</w:t>
        <w:br/>
        <w:t>Копієм пробили..."</w:t>
      </w:r>
    </w:p>
    <w:p>
      <w:r>
        <w:br/>
        <w:t>"Все те правда, — господь каже, —&lt;br /&gt;</w:t>
        <w:br/>
        <w:t>Все те живо буде:&lt;br /&gt;</w:t>
        <w:br/>
        <w:t>Все те маю я терпіти&lt;br /&gt;</w:t>
        <w:br/>
        <w:t>За мир і за люди!"</w:t>
      </w:r>
    </w:p>
    <w:p>
      <w:r>
        <w:br/>
        <w:t>XXVІІІ</w:t>
      </w:r>
    </w:p>
    <w:p>
      <w:r>
        <w:br/>
        <w:t>Наступає жильний вечір [26]&lt;br /&gt;</w:t>
        <w:br/>
        <w:t>Сонечко згасає,&lt;br /&gt;</w:t>
        <w:br/>
        <w:t>І апостолів до себе&lt;br /&gt;</w:t>
        <w:br/>
        <w:t>Господь зазиває.</w:t>
      </w:r>
    </w:p>
    <w:p>
      <w:r>
        <w:br/>
        <w:t>І зійшлися всі дванадцять.&lt;br /&gt;</w:t>
        <w:br/>
        <w:t>Просить господь сісти&lt;br /&gt;</w:t>
        <w:br/>
        <w:t>І зачав вечерю тайну&lt;br /&gt;</w:t>
        <w:br/>
        <w:t>З ними разом їсти.</w:t>
      </w:r>
    </w:p>
    <w:p>
      <w:r>
        <w:br/>
        <w:t>Повечеряв разом з ними,&lt;br /&gt;</w:t>
        <w:br/>
        <w:t>Зо всіма простився&lt;br /&gt;</w:t>
        <w:br/>
        <w:t>І пішов від них до саду,&lt;br /&gt;</w:t>
        <w:br/>
        <w:t>І в саду молився.</w:t>
      </w:r>
    </w:p>
    <w:p>
      <w:r>
        <w:br/>
        <w:t>І молився... і кровавий&lt;br /&gt;</w:t>
        <w:br/>
        <w:t>З него піт котився.&lt;br /&gt;</w:t>
        <w:br/>
        <w:t>Аж опівночі з жидами&lt;br /&gt;</w:t>
        <w:br/>
        <w:t>Іуда явився.</w:t>
      </w:r>
    </w:p>
    <w:p>
      <w:r>
        <w:br/>
        <w:t>І невірнії зв'язали&lt;br /&gt;</w:t>
        <w:br/>
        <w:t>Христу-богу руки,&lt;br /&gt;</w:t>
        <w:br/>
        <w:t>І повели до Кайафи&lt;br /&gt;</w:t>
        <w:br/>
        <w:t>На страшнії муки.</w:t>
      </w:r>
    </w:p>
    <w:p>
      <w:r>
        <w:br/>
        <w:t>Стали бити і плювати,&lt;br /&gt;</w:t>
        <w:br/>
        <w:t>До стовпа кували&lt;br /&gt;</w:t>
        <w:br/>
        <w:t>І на голову пречисту&lt;br /&gt;</w:t>
        <w:br/>
        <w:t>Тернину наклали.</w:t>
      </w:r>
    </w:p>
    <w:p>
      <w:r>
        <w:br/>
        <w:t>І струями по всім тілі&lt;br /&gt;</w:t>
        <w:br/>
        <w:t>Кров його спливала,&lt;br /&gt;</w:t>
        <w:br/>
        <w:t>І плоть його пресвятая,&lt;br /&gt;</w:t>
        <w:br/>
        <w:t>Як кора, спадала...</w:t>
      </w:r>
    </w:p>
    <w:p>
      <w:r>
        <w:br/>
        <w:t>Аж приходить і Іуда,&lt;br /&gt;</w:t>
        <w:br/>
        <w:t>Як глянув на муки —&lt;br /&gt;</w:t>
        <w:br/>
        <w:t>Грішми в землю, а сам плаче,&lt;br /&gt;</w:t>
        <w:br/>
        <w:t>Ходить, ломить руки.</w:t>
      </w:r>
    </w:p>
    <w:p>
      <w:r>
        <w:br/>
        <w:t>Наостаток з того жалю&lt;br /&gt;</w:t>
        <w:br/>
        <w:t>Прибігає к лісу,&lt;br /&gt;</w:t>
        <w:br/>
        <w:t>І у лісі на осиці&lt;br /&gt;</w:t>
        <w:br/>
        <w:t>Віддав душу бісу.</w:t>
      </w:r>
    </w:p>
    <w:p>
      <w:r>
        <w:br/>
        <w:t>XXIX</w:t>
      </w:r>
    </w:p>
    <w:p>
      <w:r>
        <w:br/>
        <w:t>А тим часом на Голгофу,&lt;br /&gt;</w:t>
        <w:br/>
        <w:t>Стали бога вести&lt;br /&gt;</w:t>
        <w:br/>
        <w:t>І звалили хрест на него&lt;br /&gt;</w:t>
        <w:br/>
        <w:t>І казали нести.</w:t>
      </w:r>
    </w:p>
    <w:p>
      <w:r>
        <w:br/>
        <w:t>І іде він, і несе хрест,&lt;br /&gt;</w:t>
        <w:br/>
        <w:t>Силоньки немає:&lt;br /&gt;</w:t>
        <w:br/>
        <w:t>Що пройде їднії гони —&lt;br /&gt;</w:t>
        <w:br/>
        <w:t>Да й із ніг спадає.</w:t>
      </w:r>
    </w:p>
    <w:p>
      <w:r>
        <w:br/>
        <w:t>І за брамою звалився,&lt;br /&gt;</w:t>
        <w:br/>
        <w:t>І не може встати.&lt;br /&gt;</w:t>
        <w:br/>
        <w:t>Аж несе їден убогий&lt;br /&gt;</w:t>
        <w:br/>
        <w:t>Яйця продавати.</w:t>
      </w:r>
    </w:p>
    <w:p>
      <w:r>
        <w:br/>
        <w:t>І кладе він їх під браму,&lt;br /&gt;</w:t>
        <w:br/>
        <w:t>Бога підіймає.&lt;br /&gt;</w:t>
        <w:br/>
        <w:t>Підіймає і хрест тяжкий&lt;br /&gt;</w:t>
        <w:br/>
        <w:t>Нести помагає.</w:t>
      </w:r>
    </w:p>
    <w:p>
      <w:r>
        <w:br/>
        <w:t>От і сама Гологофа,&lt;br /&gt;</w:t>
        <w:br/>
        <w:t>Вбогий повернувся...&lt;br /&gt;</w:t>
        <w:br/>
        <w:t>Коли гляне... його кошик&lt;br /&gt;</w:t>
        <w:br/>
        <w:t>Злотом нагорнувся.</w:t>
      </w:r>
    </w:p>
    <w:p>
      <w:r>
        <w:br/>
        <w:t>Да і яйця межи злотом&lt;br /&gt;</w:t>
        <w:br/>
        <w:t>Були — не пропали,&lt;br /&gt;</w:t>
        <w:br/>
        <w:t>Ще й, на диво,— крашанками&lt;br /&gt;</w:t>
        <w:br/>
        <w:t>Й писанками стали.</w:t>
      </w:r>
    </w:p>
    <w:p>
      <w:r>
        <w:br/>
        <w:t>І відтогді стали й люде&lt;br /&gt;</w:t>
        <w:br/>
        <w:t>Писанки писати.&lt;br /&gt;</w:t>
        <w:br/>
        <w:t>І в Великдень всіх знайомих&lt;br /&gt;</w:t>
        <w:br/>
        <w:t>Ними дарувати.</w:t>
      </w:r>
    </w:p>
    <w:p>
      <w:r>
        <w:br/>
        <w:t>А тим часом на Голгофі&lt;br /&gt;</w:t>
        <w:br/>
        <w:t>Хрест уґрунтували&lt;br /&gt;</w:t>
        <w:br/>
        <w:t>І на нему Христа-бога&lt;br /&gt;</w:t>
        <w:br/>
        <w:t>Страшно розіпняли.</w:t>
      </w:r>
    </w:p>
    <w:p>
      <w:r>
        <w:br/>
        <w:t>Розіпняли... руки й ноги&lt;br /&gt;</w:t>
        <w:br/>
        <w:t>Цвяхами прибили&lt;br /&gt;</w:t>
        <w:br/>
        <w:t>І ребро його святеє&lt;br /&gt;</w:t>
        <w:br/>
        <w:t>Копієм пробили.</w:t>
      </w:r>
    </w:p>
    <w:p>
      <w:r>
        <w:br/>
        <w:t>XXX</w:t>
      </w:r>
    </w:p>
    <w:p>
      <w:r>
        <w:br/>
        <w:t>Тяжко мучиться наш господь,&lt;br /&gt;</w:t>
        <w:br/>
        <w:t>Тяжко умирає,&lt;br /&gt;</w:t>
        <w:br/>
        <w:t>І із жалю все замовкло,&lt;br /&gt;</w:t>
        <w:br/>
        <w:t>Голосу не має.</w:t>
      </w:r>
    </w:p>
    <w:p>
      <w:r>
        <w:br/>
        <w:t>Тілько горобці погані&lt;br /&gt;</w:t>
        <w:br/>
        <w:t>Понад хрест літали,&lt;br /&gt;</w:t>
        <w:br/>
        <w:t>І літали, і скакали,&lt;br /&gt;</w:t>
        <w:br/>
        <w:t>І "жив-жив" кричали.</w:t>
      </w:r>
    </w:p>
    <w:p>
      <w:r>
        <w:br/>
        <w:t>Терпів господь милосердний,&lt;br /&gt;</w:t>
        <w:br/>
        <w:t>Далі став казати:&lt;br /&gt;</w:t>
        <w:br/>
        <w:t>"Всяку птицю я приймаю,&lt;br /&gt;</w:t>
        <w:br/>
        <w:t>Буду доглядати.</w:t>
      </w:r>
    </w:p>
    <w:p>
      <w:r>
        <w:br/>
        <w:t>Горобця лиш не догляну&lt;br /&gt;</w:t>
        <w:br/>
        <w:t>І не нагодую.&lt;br /&gt;</w:t>
        <w:br/>
        <w:t>І нечистому на волю&lt;br /&gt;</w:t>
        <w:br/>
        <w:t>Погань ту дарую".</w:t>
      </w:r>
    </w:p>
    <w:p>
      <w:r>
        <w:br/>
        <w:t>І узяв їх чорт у руки,&lt;br /&gt;</w:t>
        <w:br/>
        <w:t>Да і доглядає,&lt;br /&gt;</w:t>
        <w:br/>
        <w:t>І на Семена [27] мірками&lt;br /&gt;</w:t>
        <w:br/>
        <w:t>Всіх переміряє.</w:t>
      </w:r>
    </w:p>
    <w:p>
      <w:r>
        <w:br/>
        <w:t>Міряє їх в очереті&lt;br /&gt;</w:t>
        <w:br/>
        <w:t>І мірчук збирає,&lt;br /&gt;</w:t>
        <w:br/>
        <w:t>І дну міру зоставляє,&lt;br /&gt;</w:t>
        <w:br/>
        <w:t>Дев'ять мір пускає.</w:t>
      </w:r>
    </w:p>
    <w:p>
      <w:r>
        <w:br/>
        <w:t>І від Семена до весни,&lt;br /&gt;</w:t>
        <w:br/>
        <w:t>То і діти знають,&lt;br /&gt;</w:t>
        <w:br/>
        <w:t>Горобці всі табунами&lt;br /&gt;</w:t>
        <w:br/>
        <w:t>По світі літають.</w:t>
      </w:r>
    </w:p>
    <w:p>
      <w:r>
        <w:br/>
        <w:t>XXXI</w:t>
      </w:r>
    </w:p>
    <w:p>
      <w:r>
        <w:br/>
        <w:t>Вмер господь, а божа мати&lt;br /&gt;</w:t>
        <w:br/>
        <w:t>Над морем сиділа.&lt;br /&gt;</w:t>
        <w:br/>
        <w:t>Над морем вона сиділа,&lt;br /&gt;</w:t>
        <w:br/>
        <w:t>Суху рибу їла.</w:t>
      </w:r>
    </w:p>
    <w:p>
      <w:r>
        <w:br/>
        <w:t>Аж приходить Петро з Павлом:&lt;br /&gt;</w:t>
        <w:br/>
        <w:t>"Вставай, божа мати,&lt;br /&gt;</w:t>
        <w:br/>
        <w:t>Іди сина з хреста зняти,&lt;br /&gt;</w:t>
        <w:br/>
        <w:t>Зняти, поховати".</w:t>
      </w:r>
    </w:p>
    <w:p>
      <w:r>
        <w:br/>
        <w:t>Як почула божа мати —&lt;br /&gt;</w:t>
        <w:br/>
        <w:t>Руки ізломила&lt;br /&gt;</w:t>
        <w:br/>
        <w:t>І сухої половину&lt;br /&gt;</w:t>
        <w:br/>
        <w:t>Риби опустила.</w:t>
      </w:r>
    </w:p>
    <w:p>
      <w:r>
        <w:br/>
        <w:t>І ожила та півриба,&lt;br /&gt;</w:t>
        <w:br/>
        <w:t>І досі ведеться.&lt;br /&gt;</w:t>
        <w:br/>
        <w:t>І та риба в нас, хрещених,&lt;br /&gt;</w:t>
        <w:br/>
        <w:t>Камбалою зветься.</w:t>
      </w:r>
    </w:p>
    <w:p>
      <w:r>
        <w:br/>
        <w:t>І приходить божа мати,&lt;br /&gt;</w:t>
        <w:br/>
        <w:t>З хреста сина зняла,&lt;br /&gt;</w:t>
        <w:br/>
        <w:t>Плащаницею покрила,&lt;br /&gt;</w:t>
        <w:br/>
        <w:t>В гріб камінний вклала.</w:t>
      </w:r>
    </w:p>
    <w:p>
      <w:r>
        <w:br/>
        <w:t>В гріб уклала і над гробом&lt;br /&gt;</w:t>
        <w:br/>
        <w:t>Страшно голосила,&lt;br /&gt;</w:t>
        <w:br/>
        <w:t>Доки стража того гробу&lt;br /&gt;</w:t>
        <w:br/>
        <w:t>Камнем не закрила.</w:t>
      </w:r>
    </w:p>
    <w:p>
      <w:r>
        <w:br/>
        <w:t>Стража камінь привалила,&lt;br /&gt;</w:t>
        <w:br/>
        <w:t>Печать приложила&lt;br /&gt;</w:t>
        <w:br/>
        <w:t>І край гробу поставала,&lt;br /&gt;</w:t>
        <w:br/>
        <w:t>Вогонь розложила.</w:t>
      </w:r>
    </w:p>
    <w:p>
      <w:r>
        <w:br/>
        <w:t>На діяння [28] і в нас про те&lt;br /&gt;</w:t>
        <w:br/>
        <w:t>Хлопці споминають:&lt;br /&gt;</w:t>
        <w:br/>
        <w:t>Цілу нічку коло церкви&lt;br /&gt;</w:t>
        <w:br/>
        <w:t>Вогню не згашають.</w:t>
      </w:r>
    </w:p>
    <w:p>
      <w:r>
        <w:br/>
        <w:t>XXXIІ</w:t>
      </w:r>
    </w:p>
    <w:p>
      <w:r>
        <w:br/>
        <w:t>От субота і минає,&lt;br /&gt;</w:t>
        <w:br/>
        <w:t>Північ наступає,&lt;br /&gt;</w:t>
        <w:br/>
        <w:t>Стоїть стража коло гробу,&lt;br /&gt;</w:t>
        <w:br/>
        <w:t>Думоньку гадає...</w:t>
      </w:r>
    </w:p>
    <w:p>
      <w:r>
        <w:br/>
        <w:t>Лиш минута за опівніч —&lt;br /&gt;</w:t>
        <w:br/>
        <w:t>Вдруг печатка рветься,&lt;br /&gt;</w:t>
        <w:br/>
        <w:t>Камінь з гробу підійнявся&lt;br /&gt;</w:t>
        <w:br/>
        <w:t>І об землю б'ється.</w:t>
      </w:r>
    </w:p>
    <w:p>
      <w:r>
        <w:br/>
        <w:t>Засіяло кругом гробу,&lt;br /&gt;</w:t>
        <w:br/>
        <w:t>Стража утікає.&lt;br /&gt;</w:t>
        <w:br/>
        <w:t>І господь наш і спаситель&lt;br /&gt;</w:t>
        <w:br/>
        <w:t>З гробу воскресає.</w:t>
      </w:r>
    </w:p>
    <w:p>
      <w:r>
        <w:br/>
        <w:t>І настав святий Великдень,&lt;br /&gt;</w:t>
        <w:br/>
        <w:t>Цілая неділя:&lt;br /&gt;</w:t>
        <w:br/>
        <w:t>Всюди радість, всюди празник&lt;br /&gt;</w:t>
        <w:br/>
        <w:t>І душі весілля.</w:t>
      </w:r>
    </w:p>
    <w:p>
      <w:r>
        <w:br/>
        <w:t>І відвідав господь матір,&lt;br /&gt;</w:t>
        <w:br/>
        <w:t>І усіх як треба,&lt;br /&gt;</w:t>
        <w:br/>
        <w:t>І на шостії неділі&lt;br /&gt;</w:t>
        <w:br/>
        <w:t>Вознісся до неба.</w:t>
      </w:r>
    </w:p>
    <w:p>
      <w:r>
        <w:br/>
        <w:t>І вознісся бог на небо,&lt;br /&gt;</w:t>
        <w:br/>
        <w:t>А ми тут жиємо;&lt;br /&gt;</w:t>
        <w:br/>
        <w:t>Но колись і ми на небі&lt;br /&gt;</w:t>
        <w:br/>
        <w:t>З господом будемо.</w:t>
      </w:r>
    </w:p>
    <w:p>
      <w:r>
        <w:br/>
        <w:t>Тілько богу тра молитись,&lt;br /&gt;</w:t>
        <w:br/>
        <w:t>Як годиться, жити,&lt;br /&gt;</w:t>
        <w:br/>
        <w:t>І святую волю божу&lt;br /&gt;</w:t>
        <w:br/>
        <w:t>Від душі чинити.</w:t>
      </w:r>
    </w:p>
    <w:p>
      <w:r>
        <w:br/>
        <w:t>(9-12 листопада 1856 р.)</w:t>
      </w:r>
    </w:p>
    <w:p>
      <w:r>
        <w:br/>
        <w:t>[1] — єгипетський пустельник і затворник (?-394).</w:t>
      </w:r>
    </w:p>
    <w:p>
      <w:r>
        <w:br/>
        <w:t>[2] — річка в західній частині Передньої Азії. З нею пов’язано багато християнських легенд, зокрема легенда про хрещення в ній Ісуса Христа.</w:t>
      </w:r>
    </w:p>
    <w:p>
      <w:r>
        <w:br/>
        <w:t>[3] — Пилипони — розкольники, що торгували іконами.</w:t>
      </w:r>
    </w:p>
    <w:p>
      <w:r>
        <w:br/>
        <w:t>[4] — Десені — узори.</w:t>
      </w:r>
    </w:p>
    <w:p>
      <w:r>
        <w:br/>
        <w:t>[5] — легендарне дерево, що мало подобу хреста; за легендою, на нім було розп’ято Ісуса Христа.</w:t>
      </w:r>
    </w:p>
    <w:p>
      <w:r>
        <w:br/>
        <w:t>[6] — міфічний біблійний "патріарх". За біблійною легендою, єдиний з своєю сім’єю врятувався в ковчезі під час "всесвітнього потопу" і став родоначальником нового людського роду. Цю легенду запозичено з давньовавілонського епосу про Гільгамеша.</w:t>
      </w:r>
    </w:p>
    <w:p>
      <w:r>
        <w:br/>
        <w:t>[7] — казковий птах з рогом на носі, який загинув під час потопу, тому що, покладаючись на свою силу, не захотів сісти у Ноїв ковчег.</w:t>
      </w:r>
    </w:p>
    <w:p>
      <w:r>
        <w:br/>
        <w:t>[8] — напівлегендарний староєврейський цар (II ст. до н. е.). Церковники приписують йому авторство Псалтиря (книги псалмів). Насправді ж ця книга складалася протягом багатьох віків.</w:t>
      </w:r>
    </w:p>
    <w:p>
      <w:r>
        <w:br/>
        <w:t>[9] — один із синів царя Давида.</w:t>
      </w:r>
    </w:p>
    <w:p>
      <w:r>
        <w:br/>
        <w:t>[10] — (староєврейське — Шимшон) — давньоєврейський міфічний герой, син царя Давида. За біблійною легендою, мав надзвичайну фізичну силу.</w:t>
      </w:r>
    </w:p>
    <w:p>
      <w:r>
        <w:br/>
        <w:t>[11] — (давньоєврейське — Шеломо; близько 976-935 до н. е.) — цар Ізраїльсько-Іудейської держави (близько 960-935 до н. е.). Син царя Давида. За традицією, йому приписують ряд творів, що входять до Біблії: "Книга притч", "Книга премудрості", цикл любовно-весільних пісень ("Пісня пісень") та ін. Ім’я Соломона в переносному значенні — синонім мудрості.</w:t>
      </w:r>
    </w:p>
    <w:p>
      <w:r>
        <w:br/>
        <w:t>[12] — І тепер іще він тисне</w:t>
      </w:r>
    </w:p>
    <w:p>
      <w:r>
        <w:br/>
        <w:t>Лева під ногою...— Йдеться про пам’ятку архітектури і гідротехнічного мистецтва "Самсон" на Червоній (колишній Контрактовій) площі у Києві. Збудована у 1748-1749 рр. архітектором Григоровичем-Барським. На початку XIX ст. усередині павільйону було поставлено дерев’яну скульптурну композицію "Самсон роздирає пащу лева". У 1981 р. фонтан було відновлено в первісному вигляді (автор проекту архітектор В. П. Шевченко). З фонтаном пов’язано багато переказів (вважалося, наприклад, що той, хто вип’є води від "лева", залишиться жити в Києві). Переказ про походження цього фонтану використав також І. С. Нечуй-Левицький у повісті "Кайдашева сім’я".</w:t>
      </w:r>
    </w:p>
    <w:p>
      <w:r>
        <w:br/>
        <w:t>[13] — тобто чоловік божий, один із семи архангелів, який, за біблійною легендою, провістив народження Ісуса Христа.</w:t>
      </w:r>
    </w:p>
    <w:p>
      <w:r>
        <w:br/>
        <w:t>[14] — невелике місто в Галілеї (одна з трьох областей, на які поділялась Палестина в часи римлян), де, за переказами, провів дитинство Ісус Христос.</w:t>
      </w:r>
    </w:p>
    <w:p>
      <w:r>
        <w:br/>
        <w:t>[15] — (староєврейське Маріам — гарна, прекрасна) — в християнстві богородиця, божа матір.</w:t>
      </w:r>
    </w:p>
    <w:p>
      <w:r>
        <w:br/>
        <w:t>[16] — Віфлієм (нині Бейт-Лахм) — невелике місто поблизу Єрусалима (Іорданія), де, за християнськими легендами, народився міфічний Ісус Христос.</w:t>
      </w:r>
    </w:p>
    <w:p>
      <w:r>
        <w:br/>
        <w:t>[17] — (Персія) — стара назва Ірану. У канонічному євангелії від Матфея сказано, що зорю бачили просто на сході.</w:t>
      </w:r>
    </w:p>
    <w:p>
      <w:r>
        <w:br/>
        <w:t>[18] — (73-4 до н. е .)— Іудейський правитель (40-4 до н. е.), ставленик римлян. Жорстоко придушував народні рухи, що знайшло відображення в біблійних легендах, зокрема в переказах про винищення ним іудейських дітей.</w:t>
      </w:r>
    </w:p>
    <w:p>
      <w:r>
        <w:br/>
        <w:t>[19] — вигадані, міфічні особи. За євангельським міфом, Ісус Христос з великої кількості своїх послідовників вибрав найкращих дванадцять учнів — апостолів, яких послав проповідувати своє вчення.</w:t>
      </w:r>
    </w:p>
    <w:p>
      <w:r>
        <w:br/>
        <w:t>[20] — апостол, один із учнів Ісуса Христа, походженням із Галілеї. Церква шанує його пам’ять 29 червня ст. ст.</w:t>
      </w:r>
    </w:p>
    <w:p>
      <w:r>
        <w:br/>
        <w:t>[21] — апостол, проповідник християнства серед язичників у І ст. Пам’ять — 29 червня, ст. ст.</w:t>
      </w:r>
    </w:p>
    <w:p>
      <w:r>
        <w:br/>
        <w:t>[22] — багат-вечір, багата кутя — вечір напередодні різдва</w:t>
      </w:r>
    </w:p>
    <w:p>
      <w:r>
        <w:br/>
        <w:t>[23] — біблійний первосвященик, один із суддів Ісуса Христа.</w:t>
      </w:r>
    </w:p>
    <w:p>
      <w:r>
        <w:br/>
        <w:t>[24] — Іуда Іскаріот, один із 12 апостолів, який продав Ісуса Христа за 30 срібняків; його образ став символом зрадництва.</w:t>
      </w:r>
    </w:p>
    <w:p>
      <w:r>
        <w:br/>
        <w:t>[25] — гора в Єрусалимі, на якій нібито розп’ято Ісуса Христа. В ті часи була за межами міста.</w:t>
      </w:r>
    </w:p>
    <w:p>
      <w:r>
        <w:br/>
        <w:t>[26] — Жильний вечір — перший понеділок великого посту.</w:t>
      </w:r>
    </w:p>
    <w:p>
      <w:r>
        <w:br/>
        <w:t>[27] — за церковним календарем 14 вересня.</w:t>
      </w:r>
    </w:p>
    <w:p>
      <w:r>
        <w:br/>
        <w:t>[28] — Діяння святих апостолів — субота перед Великоднем.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Лірникові думи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