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Ліра і лук</w:t>
      </w:r>
    </w:p>
    <w:p>
      <w:r>
        <w:br/>
        <w:t xml:space="preserve"> – Що вибереш? – спитав мене Аполльо, –&lt;br /&gt;</w:t>
        <w:br/>
        <w:t>Ось ліра злотострунна, осьде лук;&lt;br /&gt;</w:t>
        <w:br/>
        <w:t>навчу тебе найвищого мистецтва! –&lt;br /&gt;</w:t>
        <w:br/>
        <w:t>І ліру злотострунну він узявши,&lt;br /&gt;</w:t>
        <w:br/>
        <w:t>торкнувся струн. Ах, то були не струни,&lt;br /&gt;</w:t>
        <w:br/>
        <w:t>а соняшне проміння! Забриніли&lt;br /&gt;</w:t>
        <w:br/>
        <w:t>вони не звуками, а, мов би чудом&lt;br /&gt;</w:t>
        <w:br/>
        <w:t>якимсь незглибним перелиті в сяйво,&lt;br /&gt;</w:t>
        <w:br/>
        <w:t>в просторім золотилися безмежжі.&lt;br /&gt;</w:t>
        <w:br/>
        <w:t>Здавалось: сім гарячих смуг веселки&lt;br /&gt;</w:t>
        <w:br/>
        <w:t>перепліталось барвами своїми –&lt;br /&gt;</w:t>
        <w:br/>
        <w:t>могутньо, пишно, гордо, тріюмфально –&lt;br /&gt;</w:t>
        <w:br/>
        <w:t>і розкривало вічну таїну&lt;br /&gt;</w:t>
        <w:br/>
        <w:t>живого світла. Так з тих струн промінних,&lt;br /&gt;</w:t>
        <w:br/>
        <w:t>з первісносте своєї, поставали&lt;br /&gt;</w:t>
        <w:br/>
        <w:t>ті дивні звуки і плили простором...&lt;br /&gt;</w:t>
        <w:br/>
        <w:t>Я чув себе піднятим вгору, вище&lt;br /&gt;</w:t>
        <w:br/>
        <w:t>над гори, хмари, над самого себе;&lt;br /&gt;</w:t>
        <w:br/>
        <w:t>заслуханий, я аж забув себе,&lt;br /&gt;</w:t>
        <w:br/>
        <w:t>і щойно тихий голос Аполльона&lt;br /&gt;</w:t>
        <w:br/>
        <w:t>збудив мене: – Що ж, володіти так&lt;br /&gt;</w:t>
        <w:br/>
        <w:t>ти б не схотів над душами людськими? –&lt;br /&gt;</w:t>
        <w:br/>
        <w:t>І ліру геть відклавши, лука взяв&lt;br /&gt;</w:t>
        <w:br/>
        <w:t>і сіпнув тятиву: зігнувся лук&lt;br /&gt;</w:t>
        <w:br/>
        <w:t>гадючим тілом і зміїним сиком&lt;br /&gt;</w:t>
        <w:br/>
        <w:t>озвався, мов короткий свист меча,&lt;br /&gt;</w:t>
        <w:br/>
        <w:t>що протинає вітер. Мить коротку&lt;br /&gt;</w:t>
        <w:br/>
        <w:t>бринів він у страшній своїй натузі,&lt;br /&gt;</w:t>
        <w:br/>
        <w:t>немов зідхаючи – все тихше, тихше,&lt;br /&gt;</w:t>
        <w:br/>
        <w:t>ажзвук розплився зовсім, і настала&lt;br /&gt;</w:t>
        <w:br/>
        <w:t>велика тиша вижидання, так,&lt;br /&gt;</w:t>
        <w:br/>
        <w:t>неначе б серце й очі слідкували&lt;br /&gt;</w:t>
        <w:br/>
        <w:t>за полетом стріли...&lt;br /&gt;</w:t>
        <w:br/>
        <w:t>І мимовільно&lt;br /&gt;</w:t>
        <w:br/>
        <w:t>рука моя до лука простяглася:&lt;br /&gt;</w:t>
        <w:br/>
        <w:t>– Ах, дай мені ту ліру однострунну! –&lt;br /&gt;</w:t>
        <w:br/>
        <w:t>сказав я Аполльонові, – і грати&lt;br /&gt;</w:t>
        <w:br/>
        <w:t>навчи мене на ній! Нехай бриніння&lt;br /&gt;</w:t>
        <w:br/>
        <w:t>тієї ліри звуком наймилішим&lt;br /&gt;</w:t>
        <w:br/>
        <w:t>для друзів стане, а для ворогів&lt;br /&gt;</w:t>
        <w:br/>
        <w:t>нехай шипить вона змією злою!&lt;br /&gt;</w:t>
        <w:br/>
        <w:t>І стрілами погубними навчи&lt;br /&gt;</w:t>
        <w:br/>
        <w:t>мене в серця влучати – всім, хто гіден&lt;br /&gt;</w:t>
        <w:br/>
        <w:t>моєго гніву. Божеське мистецтво!&lt;br /&gt;</w:t>
        <w:br/>
        <w:t>Я хочу вміти поражати гнівом&lt;br /&gt;</w:t>
        <w:br/>
        <w:t>так, як колись ти посилати вмів&lt;br /&gt;</w:t>
        <w:br/>
        <w:t>заразу й смерть на кораблі Атридів!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Ліра і лук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