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Липень</w:t>
      </w:r>
    </w:p>
    <w:p>
      <w:r>
        <w:br/>
        <w:t xml:space="preserve"> Червоним полум'ям півоній і троянд,&lt;br /&gt;</w:t>
        <w:br/>
        <w:t>Крихкою пристрастю ірисів ледве-прянних&lt;br /&gt;</w:t>
        <w:br/>
        <w:t>Пашіло пополудня в квітнику.&lt;br /&gt;</w:t>
        <w:br/>
        <w:t>А з саду теплий легіт, мов дихання,&lt;br /&gt;</w:t>
        <w:br/>
        <w:t>Доносив мед розквітлих лип, і липень —&lt;br /&gt;</w:t>
        <w:br/>
        <w:t>У всій пишноті ніжности, у всій&lt;br /&gt;</w:t>
        <w:br/>
        <w:t>Розкоші літа степового — млосно&lt;br /&gt;</w:t>
        <w:br/>
        <w:t>Тремтів, як на високій ноті голос:&lt;br /&gt;</w:t>
        <w:br/>
        <w:t>Ще мить — і обірветься, і замре...&lt;br /&gt;</w:t>
        <w:br/>
        <w:t>Але трива блакитна кантилена&lt;br /&gt;</w:t>
        <w:br/>
        <w:t>й немає меж, немає їй кінця.</w:t>
      </w:r>
    </w:p>
    <w:p>
      <w:r>
        <w:br/>
        <w:t>І вірилось, що з тим липневим гимном&lt;br /&gt;</w:t>
        <w:br/>
        <w:t>Зростатиме затиснуте дихання,&lt;br /&gt;</w:t>
        <w:br/>
        <w:t>Що медом лип заліпляться каверни.&lt;br /&gt;</w:t>
        <w:br/>
        <w:t>Що сильні квіти, повні вщерть коханням,&lt;br /&gt;</w:t>
        <w:br/>
        <w:t>Наллють це тіло спрагою життя —?&lt;br /&gt;</w:t>
        <w:br/>
        <w:t>І наша мати... ще на рік... зостане...&lt;br /&gt;</w:t>
        <w:br/>
        <w:t>Вона сиділа в квітнику — прозора.&lt;br /&gt;</w:t>
        <w:br/>
        <w:t>Під скронею, посрібленою вчасно,&lt;br /&gt;</w:t>
        <w:br/>
        <w:t>В блакитній жилці бивсь нерівний живчик&lt;br /&gt;</w:t>
        <w:br/>
        <w:t>І зраджував симфонію сухіт,&lt;br /&gt;</w:t>
        <w:br/>
        <w:t>Що нею двиготіло схудле тіло.&lt;br /&gt;</w:t>
        <w:br/>
        <w:t>На столику лежав "Кобзар", розкритий,&lt;br /&gt;</w:t>
        <w:br/>
        <w:t>Де саме "шелестить пожовкле листя"&lt;br /&gt;</w:t>
        <w:br/>
        <w:t>(І, дійсно, сторінки були пожовклі&lt;br /&gt;</w:t>
        <w:br/>
        <w:t>Й притиснуті футляром від пенсне,&lt;br /&gt;</w:t>
        <w:br/>
        <w:t>Вони .— під легіт — злегка шелестіли).&lt;br /&gt;</w:t>
        <w:br/>
        <w:t>Ще стигло молоко в високій склянці.&lt;br /&gt;</w:t>
        <w:br/>
        <w:t>Благав даремно випити. ,,Я — потім".&lt;br /&gt;</w:t>
        <w:br/>
        <w:t>І хоч обличчя лагідно всміхалось,&lt;br /&gt;</w:t>
        <w:br/>
        <w:t>Та очі уникали мого зору:&lt;br /&gt;</w:t>
        <w:br/>
        <w:t>Були вони злегенька помутнілі&lt;br /&gt;</w:t>
        <w:br/>
        <w:t>Так, ніби за серпанком вже ховали&lt;br /&gt;</w:t>
        <w:br/>
        <w:t>Останню мудрість, неземне знаття,&lt;br /&gt;</w:t>
        <w:br/>
        <w:t>Що тут — кінець, що більше не поможуть&lt;br /&gt;</w:t>
        <w:br/>
        <w:t>Ні молоко, від туку — бурштинове,&lt;br /&gt;</w:t>
        <w:br/>
        <w:t>Ні квіти ці, зомлілі від кохання,&lt;br /&gt;</w:t>
        <w:br/>
        <w:t>Ні липи, що зідхають теплим медом,&lt;br /&gt;</w:t>
        <w:br/>
        <w:t>Ні навіть пристрасна потуга липня —&lt;br /&gt;</w:t>
        <w:br/>
        <w:t>Ця оргія надхненної природи,&lt;br /&gt;</w:t>
        <w:br/>
        <w:t>Це буйне свято пахощів і барв.</w:t>
      </w:r>
    </w:p>
    <w:p>
      <w:r>
        <w:br/>
        <w:t>І стомлена цим святом цьогобічним&lt;br /&gt;</w:t>
        <w:br/>
        <w:t>Без слова, подивившись просто в очі&lt;br /&gt;</w:t>
        <w:br/>
        <w:t>И не глянувши на торжество землі, —&lt;br /&gt;</w:t>
        <w:br/>
        <w:t>Вона пройшла у сутінки кімнати.&lt;br /&gt;</w:t>
        <w:br/>
        <w:t>Зіпершись на мою змертвілу руку,&lt;br /&gt;</w:t>
        <w:br/>
        <w:t>Що раптом очутилася від іскри:&lt;br /&gt;</w:t>
        <w:br/>
        <w:t>То впала яра матірня сльоза.&lt;br /&gt;</w:t>
        <w:br/>
        <w:t>В кімнаті гостро пахло креозотом.&lt;br /&gt;</w:t>
        <w:br/>
        <w:t>Задушну сутінь, що тісніш згущало&lt;br /&gt;</w:t>
        <w:br/>
        <w:t>Олійне сяйво синьої лямпадки,&lt;br /&gt;</w:t>
        <w:br/>
        <w:t>Що в пітьмі цій з'ясовувала все.</w:t>
      </w:r>
    </w:p>
    <w:p>
      <w:r>
        <w:br/>
        <w:t>А межи шпар недомкнутих віконниць&lt;br /&gt;</w:t>
        <w:br/>
        <w:t>Палахкотів побідно буйний липень.&lt;br /&gt;</w:t>
        <w:br/>
        <w:t>Дзвенів нещадно-пожадливий день,&lt;br /&gt;</w:t>
        <w:br/>
        <w:t>Цілуючи ненатлим сонцем землю.&lt;br /&gt;</w:t>
        <w:br/>
        <w:t>Безсоромно-прекрасну, п'яну землю,&lt;br /&gt;</w:t>
        <w:br/>
        <w:t>Що з пристрасти і любощів казилась,&lt;br /&gt;</w:t>
        <w:br/>
        <w:t>Танцюючи розпусно-тучним тілом&lt;br /&gt;</w:t>
        <w:br/>
        <w:t>Блюзнірський тан розкоші і гріха.</w:t>
      </w:r>
    </w:p>
    <w:p>
      <w:r>
        <w:br/>
        <w:t>І, обгорнувши зяблі ноги мами,&lt;br /&gt;</w:t>
        <w:br/>
        <w:t>Я вийшов з склепу чорної кімнати&lt;br /&gt;</w:t>
        <w:br/>
        <w:t>В вируючий, шалений сонцем день.</w:t>
      </w:r>
    </w:p>
    <w:p>
      <w:r>
        <w:br/>
        <w:t>Подавсь у сад, де умлівали липи,&lt;br /&gt;</w:t>
        <w:br/>
        <w:t>Де яблука й морелі наливались,&lt;br /&gt;</w:t>
        <w:br/>
        <w:t>Де, граючись з байдужно-синім небом&lt;br /&gt;</w:t>
        <w:br/>
        <w:t>Теж байдуже пливла собі Синюха.&lt;br /&gt;</w:t>
        <w:br/>
        <w:t>І там, сліпий від гніву, непритомний.&lt;br /&gt;</w:t>
        <w:br/>
        <w:t>Кидав їм всім образи і прокляття.&lt;br /&gt;</w:t>
        <w:br/>
        <w:t>Нагадував, що кожен клаптик, кожну&lt;br /&gt;</w:t>
        <w:br/>
        <w:t>Рослину викохали її руки.&lt;br /&gt;</w:t>
        <w:br/>
        <w:t>Що це ж вона важкі носила відра —&lt;br /&gt;</w:t>
        <w:br/>
        <w:t>Синюшною водою поливати.&lt;br /&gt;</w:t>
        <w:br/>
        <w:t>Що це ж її отут ступали ноги,&lt;br /&gt;</w:t>
        <w:br/>
        <w:t>Ті ноги, що тепер отам — холонуть...</w:t>
      </w:r>
    </w:p>
    <w:p>
      <w:r>
        <w:br/>
        <w:t>Сокирою б на цури порубать&lt;br /&gt;</w:t>
        <w:br/>
        <w:t>Оці пругкі, сочисті дерева!&lt;br /&gt;</w:t>
        <w:br/>
        <w:t>Сухотами Синюху покарати б,&lt;br /&gt;</w:t>
        <w:br/>
        <w:t>Щоб висохла і задушила верби&lt;br /&gt;</w:t>
        <w:br/>
        <w:t>Неплодністю гарячого піску!&lt;br /&gt;</w:t>
        <w:br/>
        <w:t>Скарати б землетрусом тучну землю,&lt;br /&gt;</w:t>
        <w:br/>
        <w:t>Щоб лява смертоносна пропалила&lt;br /&gt;</w:t>
        <w:br/>
        <w:t>На попіл квіти, листя і плоди!&lt;br /&gt;</w:t>
        <w:br/>
        <w:t>Засипать снігом степову розпусту&lt;br /&gt;</w:t>
        <w:br/>
        <w:t>Оцього липня, знищити морозом&lt;br /&gt;</w:t>
        <w:br/>
        <w:t>І вітром в дикий простір розметать!</w:t>
      </w:r>
    </w:p>
    <w:p>
      <w:r>
        <w:br/>
        <w:t>. . . Не пам'ятаю, як упав безсило,&lt;br /&gt;</w:t>
        <w:br/>
        <w:t>І сон зморив надірвану істоту...&lt;br /&gt;</w:t>
        <w:br/>
        <w:t>Прокинувсь я від свіжости трави.</w:t>
      </w:r>
    </w:p>
    <w:p>
      <w:r>
        <w:br/>
        <w:t>А коли ніч осліпленим Самсоном&lt;br /&gt;</w:t>
        <w:br/>
        <w:t>Колони дня липневого зламала,&lt;br /&gt;</w:t>
        <w:br/>
        <w:t>Світ проваливсь у зоряну безодню, —&lt;br /&gt;</w:t>
        <w:br/>
        <w:t>Одкрили вікна .—&lt;br /&gt;</w:t>
        <w:br/>
        <w:t>й вічність близька й рідна&lt;br /&gt;</w:t>
        <w:br/>
        <w:t>Останній віддих мами прийняла.&lt;br /&gt;</w:t>
        <w:br/>
        <w:t>Я бачив це, вдивлявсь — і не повірив,&lt;br /&gt;</w:t>
        <w:br/>
        <w:t>Що віддих був останній, що — скінчилось.&lt;br /&gt;</w:t>
        <w:br/>
        <w:t>Що несмертельна в мить оту померла,&lt;br /&gt;</w:t>
        <w:br/>
        <w:t>І що все те, що бачу, — називають&lt;br /&gt;</w:t>
        <w:br/>
        <w:t>Безсилим і порожнім словом: смерть.</w:t>
      </w:r>
    </w:p>
    <w:p>
      <w:r>
        <w:br/>
        <w:t>2-3.10.1931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