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Лінивий</w:t>
      </w:r>
    </w:p>
    <w:p>
      <w:r>
        <w:br/>
        <w:t xml:space="preserve"> Лежить дідич на постелі,&lt;br /&gt;</w:t>
        <w:br/>
        <w:t>Як барило, грубий…&lt;br /&gt;</w:t>
        <w:br/>
        <w:t>Його лакей сухощавий&lt;br /&gt;</w:t>
        <w:br/>
        <w:t>Заснув коло груби…</w:t>
      </w:r>
    </w:p>
    <w:p>
      <w:r>
        <w:br/>
        <w:t>Заснув лакей коло груби,&lt;br /&gt;</w:t>
        <w:br/>
        <w:t>Води не напився…&lt;br /&gt;</w:t>
        <w:br/>
        <w:t>Як захтілось йому пити –&lt;br /&gt;</w:t>
        <w:br/>
        <w:t>Бідний пробудився…</w:t>
      </w:r>
    </w:p>
    <w:p>
      <w:r>
        <w:br/>
        <w:t>"Ой питоньки, ой питоньки!" –&lt;br /&gt;</w:t>
        <w:br/>
        <w:t>Зачав промовляти,&lt;br /&gt;</w:t>
        <w:br/>
        <w:t>Але, шельма, лінується&lt;br /&gt;</w:t>
        <w:br/>
        <w:t>Із-під груби встати…</w:t>
      </w:r>
    </w:p>
    <w:p>
      <w:r>
        <w:br/>
        <w:t>Аж тут дідич із постелі:&lt;br /&gt;</w:t>
        <w:br/>
        <w:t>"Podaj wody, Janie*!"&lt;br /&gt;</w:t>
        <w:br/>
        <w:t>Лакей раптом ісхватився:&lt;br /&gt;</w:t>
        <w:br/>
        <w:t>"Зараз, – каже, – пане!.."</w:t>
      </w:r>
    </w:p>
    <w:p>
      <w:r>
        <w:br/>
        <w:t>Дає пану води шклянку:&lt;br /&gt;</w:t>
        <w:br/>
        <w:t>"Prosz&amp;#281; wody, panie**!.."&lt;br /&gt;</w:t>
        <w:br/>
        <w:t>"То ty chcia&amp;#322;e&amp;#347;***! – пан говорить, –&lt;br /&gt;</w:t>
        <w:br/>
        <w:t>Napij si&amp;#281;, ga&amp;#322;ganie!****"</w:t>
      </w:r>
    </w:p>
    <w:p>
      <w:r>
        <w:br/>
        <w:t>17 апреля [1858].</w:t>
      </w:r>
    </w:p>
    <w:p>
      <w:r>
        <w:br/>
        <w:t>* — Дай води, Іване! (пол.)&lt;br /&gt;</w:t>
        <w:br/>
        <w:t>** — Прошу води, пане (пол.)&lt;br /&gt;</w:t>
        <w:br/>
        <w:t>*** — То ти хотів (пол.)&lt;br /&gt;</w:t>
        <w:br/>
        <w:t>**** — Напийся, негіднику (пол.)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Лінивий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