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Лиха доля</w:t>
      </w:r>
    </w:p>
    <w:p>
      <w:r>
        <w:br/>
        <w:t xml:space="preserve"> Ой ти, доле, моя доле,&lt;br /&gt;</w:t>
        <w:br/>
        <w:t>Гадино їдлива,&lt;br /&gt;</w:t>
        <w:br/>
        <w:t>Переїла-сь моє щастє,&lt;br /&gt;</w:t>
        <w:br/>
        <w:t>Гіренька годино!</w:t>
      </w:r>
    </w:p>
    <w:p>
      <w:r>
        <w:br/>
        <w:t>Запустила-сь в мою душу&lt;br /&gt;</w:t>
        <w:br/>
        <w:t>Журбу і розпуку,&lt;br /&gt;</w:t>
        <w:br/>
        <w:t>Учинила-сь мому серцю&lt;br /&gt;</w:t>
        <w:br/>
        <w:t>З гараздом розлуку.</w:t>
      </w:r>
    </w:p>
    <w:p>
      <w:r>
        <w:br/>
        <w:t>Ой місяцю-місяченьку,&lt;br /&gt;</w:t>
        <w:br/>
        <w:t>Тихенько думаєш,&lt;br /&gt;</w:t>
        <w:br/>
        <w:t>Моєй тяжкой недоленьки,&lt;br /&gt;</w:t>
        <w:br/>
        <w:t>Відав, ти не знаєш.</w:t>
      </w:r>
    </w:p>
    <w:p>
      <w:r>
        <w:br/>
        <w:t>Ой не знаєш, ой не знаєш&lt;br /&gt;</w:t>
        <w:br/>
        <w:t>І не будеш знати,&lt;br /&gt;</w:t>
        <w:br/>
        <w:t>Як то тяжко сиротоньці&lt;br /&gt;</w:t>
        <w:br/>
        <w:t>В світі загибати!</w:t>
      </w:r>
    </w:p>
    <w:p>
      <w:r>
        <w:br/>
        <w:t>Сам не знаєш, ні сестричка&lt;br /&gt;</w:t>
        <w:br/>
        <w:t>Звізда ти не скаже,&lt;br /&gt;</w:t>
        <w:br/>
        <w:t>Як то гірко, сли недоля&lt;br /&gt;</w:t>
        <w:br/>
        <w:t>Світ милий зав'яже.</w:t>
      </w:r>
    </w:p>
    <w:p>
      <w:r>
        <w:br/>
        <w:t>Тобі тілько хіба смутку,&lt;br /&gt;</w:t>
        <w:br/>
        <w:t>Що хмара насуне;&lt;br /&gt;</w:t>
        <w:br/>
        <w:t>А радощів з зірочками&lt;br /&gt;</w:t>
        <w:br/>
        <w:t>З-межи вас не труне.</w:t>
      </w:r>
    </w:p>
    <w:p>
      <w:r>
        <w:br/>
        <w:t>А мені ось на сім світі&lt;br /&gt;</w:t>
        <w:br/>
        <w:t>Своє серце їсти,&lt;br /&gt;</w:t>
        <w:br/>
        <w:t>Бо з недолев ся бороти —&lt;br /&gt;</w:t>
        <w:br/>
        <w:t>Як під воду плисти.</w:t>
      </w:r>
    </w:p>
    <w:p>
      <w:r>
        <w:br/>
        <w:t>Десь за морем, за горами&lt;br /&gt;</w:t>
        <w:br/>
        <w:t>Мій гаразд здрімався,&lt;br /&gt;</w:t>
        <w:br/>
        <w:t>Десь з безвістей, з лісів темних&lt;br /&gt;</w:t>
        <w:br/>
        <w:t>Мій смуток пригнався.</w:t>
      </w:r>
    </w:p>
    <w:p>
      <w:r>
        <w:br/>
        <w:t>Ой пригнався та й вороном&lt;br /&gt;</w:t>
        <w:br/>
        <w:t>Надо мнов літає,&lt;br /&gt;</w:t>
        <w:br/>
        <w:t>Б'є ми серце тяжким крилом,&lt;br /&gt;</w:t>
        <w:br/>
        <w:t>Радость розбиває.</w:t>
      </w:r>
    </w:p>
    <w:p>
      <w:r>
        <w:br/>
        <w:t>Вчора ввечір чорна хмара&lt;br /&gt;</w:t>
        <w:br/>
        <w:t>Мені говорила:&lt;br /&gt;</w:t>
        <w:br/>
        <w:t>"Чудуєшся, побратиме,&lt;br /&gt;</w:t>
        <w:br/>
        <w:t>Де ся доля діла?</w:t>
      </w:r>
    </w:p>
    <w:p>
      <w:r>
        <w:br/>
        <w:t>Твоя доля — то я була,&lt;br /&gt;</w:t>
        <w:br/>
        <w:t>Я тя не минаю:&lt;br /&gt;</w:t>
        <w:br/>
        <w:t>Вкривала-м тя чорнов мраков&lt;br /&gt;</w:t>
        <w:br/>
        <w:t>І тепер вкриваю.</w:t>
      </w:r>
    </w:p>
    <w:p>
      <w:r>
        <w:br/>
        <w:t>І над гробом мої мраки&lt;br /&gt;</w:t>
        <w:br/>
        <w:t>Ще твоїм повиснуть!"&lt;br /&gt;</w:t>
        <w:br/>
        <w:t>Ой, надія!.. таку долю&lt;br /&gt;</w:t>
        <w:br/>
        <w:t>Най-то громи тріснуть!&lt;br /&gt;</w:t>
        <w:br/>
        <w:t>[1836]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Лиха доля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