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Лікар Бусько</w:t>
      </w:r>
    </w:p>
    <w:p>
      <w:r>
        <w:br/>
        <w:t xml:space="preserve"> &lt;p&gt;У сараї напівтемне. Двері низькі, віконця нема, і як пройдеш у дальній куток, де супляться обгризені ясла, — там зовсім поночі. В яслах щось попискує, шарудить у стінах, лускає в трухлявих дошках. Сарай аж ворушиться весь од неспокійних поселенців.</w:t>
      </w:r>
    </w:p>
    <w:p>
      <w:r>
        <w:br/>
        <w:t>Я далеко не ступаю, вмощуюсь коло дверей і жду.</w:t>
      </w:r>
    </w:p>
    <w:p>
      <w:r>
        <w:br/>
        <w:t>Падає знадвору світло. Сонце то пече мені в шию, то пригасає, — видно, почало хмаритись. Хилить на сон.</w:t>
      </w:r>
    </w:p>
    <w:p>
      <w:r>
        <w:br/>
        <w:t>Я терпеливо жду.</w:t>
      </w:r>
    </w:p>
    <w:p>
      <w:r>
        <w:br/>
        <w:t>І ось — блись! — влітав у сарай ластівка. Пірнає під самісіньким одвірком і не зачепиться. От уміє пірнати! Я бачив не раз, як ластівки граються з Бакуном. Кінь собі пасеться на лугу, а вони заходять здалека, підкрадаються до нього тихо, над землею. Низько-низенько летять і раптом — гульк під коня! Майне котрась у нього під черевом і вгору, і чигикне задьористо. Одна пролетить, тоді дві, тоді ціла низка — блискають, проносяться під конем, наче дражняться: "Чигик!.. Не піймав?" Кінь собі хрумає траву, зрідка махне хвостом, стріпне вухом і байдуже йому до ластівок, до їхнього вереску. А втім, і Бакун деколи стримано пирхне, якщо котрась вітрогонка мелькне у нього під самісіньким носом.</w:t>
      </w:r>
    </w:p>
    <w:p>
      <w:r>
        <w:br/>
        <w:t>З такою ж сміливістю пірнав ластівка і в двері. І вже ніби з вулиці бачить, що стеля в сараї підперта стовпом, — ач, круто обминає стовп, робить круг під стелею і до гнізда. Вона й не цвінькнула, й не шерхнула крилом, влетіла тихо, як тінь. А проте, наче за сигналом, прокинулись пташенята. Враз підхопились. "Вжи, вжи, вжи!" — завжикали гуртом; їх і не видно в гнізді, тільки сивенький пух і роздерті роти. Ці жовті крикливі роти ловлять, просять, благають — їсти! Якесь, нахабніше, дереться вище і вже затлинає черв'яка разом із материним дзьобом.</w:t>
      </w:r>
    </w:p>
    <w:p>
      <w:r>
        <w:br/>
        <w:t>Еге ж, напасись на таких поживи!</w:t>
      </w:r>
    </w:p>
    <w:p>
      <w:r>
        <w:br/>
        <w:t>Гулькнула ластівка в двері — впали пташенята. Заснули. Наче й нема їх у кубельці.</w:t>
      </w:r>
    </w:p>
    <w:p>
      <w:r>
        <w:br/>
        <w:t>Тихо в сараї. Тихо на вулиці. Хмарить.</w:t>
      </w:r>
    </w:p>
    <w:p>
      <w:r>
        <w:br/>
        <w:t>Я притулився до одвірка, звів на стелю очі і розглядаю знічев'я гніздо. Вам доводилось бачити, як ластівка ліпить собі гніздечко? Носить із берега тугі клубочки грязюки, і не простої грязюки, а добре змішаної з трав'яними корінцями, з волокном; принесе в хлівець і спритно клеїть, дзьобом примазує ті віхті до сволока. Гляне збоку на свою роботу й защебече: радіє, що в неї ловко виходить. А й справді, ловко. Спершу наче підкову чи скибку місяця виліплює, потім — гаманець, а далі рядок за рядком вивершує гніздо, схоже на маленьку корзинку. Висохне гніздо, стане аж біле, роками висить під стелею — не розвалюється.</w:t>
      </w:r>
    </w:p>
    <w:p>
      <w:r>
        <w:br/>
        <w:t>Частенько мені кортіло поставити драбину, полізти до гнізда і бодай впівока гля... Але ж — ви чули? Кажуть люди: пальцем торкнеш ластів'яче гніздо — птиця одразу покине ваш двір. Покине і більш не прилетить, і всім ластівкам передасть, щоб обминали хату. Ну, а якщо розваляти гніздо... Краще не робити цього! Я сам бачив: у ластівки на грудях червона смужка. То як сірник. Черкне вона грудьми по соломі, по сухій стрісі і жух — спалахне солома... Дотла згорить хата... А лелеки, мені казали, так вони, коли їм поламають гніздо, приносять у дзьобах жарину.</w:t>
      </w:r>
    </w:p>
    <w:p>
      <w:r>
        <w:br/>
        <w:t>Птахи не прощають злодюгам.</w:t>
      </w:r>
    </w:p>
    <w:p>
      <w:r>
        <w:br/>
        <w:t>От ні в нас, ні в баби Сірохи хата ніколи не горіла. А в Глипи, вже при мені, два рази була пожежа, мазанка й зараз стоїть обсмалена, а від хлівця зостались стовпи-недогарки і щербате звуглене корито.</w:t>
      </w:r>
    </w:p>
    <w:p>
      <w:r>
        <w:br/>
        <w:t>Ластівки звикли до того, що я сиджу на порозі, й літають просто через мене; а якась пікірує, ніби хоче вскубнути за чуба, шерхне над головою — і в сарай. Мені добре сидіти серед шерхоту, ластів'ячих тіней, м'якого світла, що пригасає від хмар. Хилить на сон, і крізь легку дрімоту вчувається: хтось мене кличе. "О-о-о!.. о-о-онько!" — доносить вітрець.</w:t>
      </w:r>
    </w:p>
    <w:p>
      <w:r>
        <w:br/>
        <w:t>Стривожений, підхоплююсь, зиркаю на дорогу: баба Сіроха стоїть. Маленька бабця, зігнута, чорна з лиця, в чорній рясній спідниці. Стоїть мовчазна й сувора, вичікує, поки підійду до неї.</w:t>
      </w:r>
    </w:p>
    <w:p>
      <w:r>
        <w:br/>
        <w:t>— Ходи за мною, — каже строго. — Адам тебе кличе. Я ступаю слідом за бабою (а вона дріботить хутенько) і мені трохи дивно й лячно: ніколи Сіроха не кликала мене... та ще й до Адама. Що там у них?</w:t>
      </w:r>
    </w:p>
    <w:p>
      <w:r>
        <w:br/>
        <w:t>Йдемо до ярка, минаємо Глипину хату; стежка повертає на бабин город, і ми попадаємо в синій присмерк, над нами суцільне листя і соняхи-решета. Вибрались з городу — і вже сірошинський двір. Біла маленька хата, під вікном розлога яблуня, гілля аж за димар, яблука звисають на стріху. Старезне дерево закрило своїм шатром майже весь двір. І я бачу: білий полик під білим стовбуром, і лежить на подушках Адам, і світить разками зубів, — вони в нього білі з просинню.</w:t>
      </w:r>
    </w:p>
    <w:p>
      <w:r>
        <w:br/>
        <w:t>— О-о, капітан Ленд! — помахом руки салютує Адам. — Радий вас вітати!.. Сідайте коло мене.</w:t>
      </w:r>
    </w:p>
    <w:p>
      <w:r>
        <w:br/>
        <w:t>Він киває на розхитаний стільчик, застерігає: обережно, крісло, вважай, допотопне. Я сідаю, підсовуюсь ближче донього, і мені приємно й незручно, що він так красиво балака зі мною.</w:t>
      </w:r>
    </w:p>
    <w:p>
      <w:r>
        <w:br/>
        <w:t>Тут, під яблунею, свіжо й затишно, сидиш собі в холодку, над головою ціла гора дрімотного листя, лиш де-не-де світлі віконця, і падають сонячні плями на Адамове ліжко.</w:t>
      </w:r>
    </w:p>
    <w:p>
      <w:r>
        <w:br/>
        <w:t>Адам не приховує: він радий, що прийшов сусід. Це ж нудьга зелена: в спеку, в таку благодатну пору, коли тільки гуляй, дихай, смажся на сонці, а тут... мняти подушку, давити перину, парити себе гарячим питвом... Голос в Адама слабий, і рука звисає з постелі тонка й підзеленена, а проте, він уже не той, що був навіть учора. Ожили в нього очі, з'явилось у них щось веселе, насмішкувате, неспокійне.</w:t>
      </w:r>
    </w:p>
    <w:p>
      <w:r>
        <w:br/>
        <w:t>Баба Сіроха, склавши руки на грудях, постояла, сумно й строго подивилась на Адама, зітхнула й пішла в хату. І тоді Адам по-свояцьки підморгнув мені.</w:t>
      </w:r>
    </w:p>
    <w:p>
      <w:r>
        <w:br/>
        <w:t>— Знаєш, чого кликав? Розвідка донесла, що днями відбулась баталія на броду. Дехто хотів обезножить коня. Мовляв, ми живемо без голови, то кінь проживе без ноги. І ти, кажуть, там був і все бачив, і навіть, кажуть, відзначився...</w:t>
      </w:r>
    </w:p>
    <w:p>
      <w:r>
        <w:br/>
        <w:t>"Відзначився"... То вже занадто! Я глянув на Адама: чи не підпускає він шпильки? Ні, погляд серйозний. Та все ж я спитав:</w:t>
      </w:r>
    </w:p>
    <w:p>
      <w:r>
        <w:br/>
        <w:t>— А хто вам розказував?</w:t>
      </w:r>
    </w:p>
    <w:p>
      <w:r>
        <w:br/>
        <w:t>— Як хто? Надійні люди.</w:t>
      </w:r>
    </w:p>
    <w:p>
      <w:r>
        <w:br/>
        <w:t>— Що ж це за люди?</w:t>
      </w:r>
    </w:p>
    <w:p>
      <w:r>
        <w:br/>
        <w:t>— То мій секрет... Є в мене друг, а вірніше подруга, яка ніколи й ніде не покидає мене. Ми з нею нерозлийвода з раннього дитинства. Вона й сюди припливла за мною.</w:t>
      </w:r>
    </w:p>
    <w:p>
      <w:r>
        <w:br/>
        <w:t>— Гм. Як її звати?</w:t>
      </w:r>
    </w:p>
    <w:p>
      <w:r>
        <w:br/>
        <w:t>— Ти все хочеш знать! Ну хоча б... Ніна.</w:t>
      </w:r>
    </w:p>
    <w:p>
      <w:r>
        <w:br/>
        <w:t>Ніна?! Це прозвучало так несподівано, що я відкрив рота; а відкривши рота, я завжди заглиблююсь у серйозні роздуми. Справді, було над чим замислитись. Я думав, що Ніна тутешня, що живе вона за горою, за нашим садом, де сідає сонце. А виходить, вона приїхала з Києва, і там жила в кам'яному будинку, і там зустрічалась з Адамом...</w:t>
      </w:r>
    </w:p>
    <w:p>
      <w:r>
        <w:br/>
        <w:t>Ніна... Тут мені спало на думку: може, Адам од мене перейняв це ім'я? Може, підслухав, як я розмовляю з нею? А я розмовляю з нею завжди, — і тоді, коли сиджу над річкою, і тоді, коли блукаю в зелених тунелях соняхів.</w:t>
      </w:r>
    </w:p>
    <w:p>
      <w:r>
        <w:br/>
        <w:t>Напевно, я б таки до чогось додумався, коли б не перебив Адам. Він напосів: "Ти, брат, не викручуйся, ти розкажи, як ви Глипу пошили в дурні..."</w:t>
      </w:r>
    </w:p>
    <w:p>
      <w:r>
        <w:br/>
        <w:t>Розкажи — і край.</w:t>
      </w:r>
    </w:p>
    <w:p>
      <w:r>
        <w:br/>
        <w:t>Я помнявся, порипів стільчиком, бо що ти будеш казати? Як бігав я з переляку то в степ, то до хати, неначе об'ївся пасльону? Ото й усе моє геройство. А Бакун... Бакун — то інша річ. Коняга на всі сто!</w:t>
      </w:r>
    </w:p>
    <w:p>
      <w:r>
        <w:br/>
        <w:t>— Е, ні! — посварився Адам, підправив подушку, щоб вище лежати. — Я тебе так просто не відпущу. Ось як підемо на річку, позашиваєм роти — і мовчок. Тоді вже буде не до балачок — тільки робота. Я таке-е придумав — уф!.. А зараз, шановний Ленд, ми проведемо зустріч у кают-компанії. Кожен із нас розкаже по одній історії — згода?.. Так як ти молодший, тобі випадає першому. І я просив би тебе, Ленд, оповісти що-небудь з життя славетного мандрівника Бакуна Сивогривенка. — Адам узяв мене за руку, видно, помітив, що я затинаюсь, і вже якось просто, навіть з благанням закінчив: — Льонь, серйозно, розкажи. Ти ж бо знаєш...</w:t>
      </w:r>
    </w:p>
    <w:p>
      <w:r>
        <w:br/>
        <w:t>Сонце трохи скотилося вниз, і жовто-зелене ряботиння падало вже на груди й обличчя Адама. Так, він і зараз світився. Над подушкою виступало гостре підборіддя, стирчав тонкий і гострий ніс, вони просвічувались, наче були виліплені з воску. Адам часто змочував язиком припалені губи, дихав нерівно, з хрипом. І стало мені лоскотать у горлі, і лоскотать під очима, я пригнувся, заморгав до землі і так прикинув у думці: Адам цілими днями лежить сам-самісінький, і ніхто йому, крім баби Сірохи, й слова не мовить.</w:t>
      </w:r>
    </w:p>
    <w:p>
      <w:r>
        <w:br/>
        <w:t>— Ну добре, Адаме, — для початку пришморгнув я носом. — Якось ми поїхали... Тільки це було насправжки.</w:t>
      </w:r>
    </w:p>
    <w:p>
      <w:r>
        <w:br/>
        <w:t>— А ми домовились, — кинув Адам, — без брехні. Я зручніше вмостився на стільчику, глянув на Адама,який готовий був слухати і руки склав на білім покривалі.</w:t>
      </w:r>
    </w:p>
    <w:p>
      <w:r>
        <w:br/>
        <w:t>Отже, я влаштувався й почав:</w:t>
      </w:r>
    </w:p>
    <w:p>
      <w:r>
        <w:br/>
        <w:t>— Якось ми поїхали, а перед цим щось напало на мене,. коклюш чи хтозна. Так мати взяла бричку, на ній бригадир катався, тепер у нього мотоцикл, "їжаком" називається...</w:t>
      </w:r>
    </w:p>
    <w:p>
      <w:r>
        <w:br/>
        <w:t>— Так мати взяла бричку, — підказав Адам.</w:t>
      </w:r>
    </w:p>
    <w:p>
      <w:r>
        <w:br/>
        <w:t>— Ага ж, узяла бричку, запрягла Бакуна, а мене в пальто і в кожух закутала, як дідугана, бо вже морозці вдарили, і повезла в Загатне, до лікаря. А вже вечір; постукали ми в двері, а тітка з відром і віхтем заступила дорогу. "Драсте! — вклоняється нам. — В собачу пору приїхали. Прийом був і давно закінчився". І ляснула дверима. Ну, ми переночували, не знаю в кого, а вранці ще раз постукали. І знов та ж сама тітка. "Драсте! — каже нам. — Прийому нема і не буде. Сидір Петрович на совіщанії". Так мама щось на вухо тітці закинула, пошепки, а тьотя аж у двері впала... Повернули ми бричку й поїхали додому...</w:t>
      </w:r>
    </w:p>
    <w:p>
      <w:r>
        <w:br/>
        <w:t>Я зробив передишку і глянув між тим, чи слухає Адам. Він лежав заслуханий, губи ледь-ледь розтулені, і в них притаїлась легенька журлива усмішка... Я ще помовчав. Гадаю собі: чи.попросить він?</w:t>
      </w:r>
    </w:p>
    <w:p>
      <w:r>
        <w:br/>
        <w:t>— А далі що? — таки не втерпів Адам. — Щось же про коня має бути.</w:t>
      </w:r>
    </w:p>
    <w:p>
      <w:r>
        <w:br/>
        <w:t>— О, геть забув! — спохватився я. — Бачте, хотів про коня та збився. У мене таке буває. Значить, як же воно?.. Ага! Ви були в Загатному? Ті-і, не були. Ото жаль! Річка там не те що в нас, жабі по коліно, а широка, з піщаним дном, раків повно, кишать, можна руками ловить. І брід кам'янистий, їдеш — бричку погицує. А це ж була осінь, вітер холодний, аж струже в спину. Так мати на брід поїхала, щоб швидше додому. Підкотили бричкою, глядь — річка замерзла. Вчора вода кипіла між камінням, а зараз — крига всуціль. Стала мати й журиться: "Що ж робити? На місток їхать — це ж п'ять кілометрів з гаком..." І поки вона журилась, я виліз тихенько з кожуха та на лід. А лід, наче скло, молодий, ясинцем називається. Ковзнешся — і несе тебе хтозна-куди. За мною і мати ступила на лід. Стала, підгицнула — крига тріщить, вгинається, але ні, не провалюється. А кінь?.. Копита ж у нього гострі. "Якщо провалиться кінь, — вголос міркує мати, — ноги поріже. А не провалиться, то однак по льоду не піде — не підкований". Бакун (от же кінь, щоб ви знали!), мабуть, почув, як журиться мати. Підійшов до річки, пирхнув, понюхав кригу. Дивлюся: що він робить? Став на коліна. Ноги підігнув, як полозки, і давай човгать по льоду, нам, нерозторопним, показує: підпихайте! Мати аж руками сплеснула: "От розумник!.. Aнy, Льонь, підпихаймо за бричку". Ми взялись з двох боків, штовхаємо бричку, і кінь їде навколішках, сунеться по гладенькій кризі. Крига вгинається, похрускує, але нічого... Тільки до берега — хоп, рвонувся Бакун, скочив на ноги і вже на землі... А коклюшу в мене й не було, то я просто на ковзанці застудився, от, — додав я до своєї історії, щоб Адам не переживав за мою хворобу. — Приїхали додому, мати попарила мене над гарячою картоплею, і я очуняв.</w:t>
      </w:r>
    </w:p>
    <w:p>
      <w:r>
        <w:br/>
        <w:t>— Гарна історія, — сказав Адам. — А про Бакуна просто чудесно... Тільки втямить не можу, хто більше кінь — Бакун, який переповз на колінах лід, чи та тітка, що ляскала дверима: "Прийому нема"? Як ти вважаєш, Ленд? — звернувся він до мене.</w:t>
      </w:r>
    </w:p>
    <w:p>
      <w:r>
        <w:br/>
        <w:t>— По-моєму, — наморщив я лоба, засопів, захитався на стільчику, бо дуже мудру задачку задав Адам, — по-моєму...</w:t>
      </w:r>
    </w:p>
    <w:p>
      <w:r>
        <w:br/>
        <w:t>А яблук у вас рясно, і вже бочки підспіли, червоні. Можна скуштувать... он те, що впало?</w:t>
      </w:r>
    </w:p>
    <w:p>
      <w:r>
        <w:br/>
        <w:t>— Куштуй!</w:t>
      </w:r>
    </w:p>
    <w:p>
      <w:r>
        <w:br/>
        <w:t>Я підкотив ногою падалку, носком підкинув її, як футболісти м'яч, і в рот. Уммм! — зелене, кислюще воно, слинка потекла, і Москва в очах показалась.</w:t>
      </w:r>
    </w:p>
    <w:p>
      <w:r>
        <w:br/>
        <w:t>Адам і не кусав яблука, а теж прижмурився. І наче трішки усміхнувся.</w:t>
      </w:r>
    </w:p>
    <w:p>
      <w:r>
        <w:br/>
        <w:t>— Хитрий ти чоловік! — каже мені. Повернувся на бік, підбив подушку, видно: зібрався говорити.</w:t>
      </w:r>
    </w:p>
    <w:p>
      <w:r>
        <w:br/>
        <w:t>— А тепер моя бувальщина, слухай. І раз ми зачепили медицину, то розкажу тобі, Льоню, про славного лікаря Буська... Ну от, — змінив він голос і безнадійно зітхнув, — ось і мій Айболіт.</w:t>
      </w:r>
    </w:p>
    <w:p>
      <w:r>
        <w:br/>
        <w:t>З хати вийшла баба Сіроха. Несла вона блюдце, склянку води і якісь порошки.</w:t>
      </w:r>
    </w:p>
    <w:p>
      <w:r>
        <w:br/>
        <w:t>— І вже пора? — заблагав Адам.</w:t>
      </w:r>
    </w:p>
    <w:p>
      <w:r>
        <w:br/>
        <w:t>— Пий! — сказала Сіроха.</w:t>
      </w:r>
    </w:p>
    <w:p>
      <w:r>
        <w:br/>
        <w:t>— Бабо Лізо! Я стільки випив цієї гидоти...</w:t>
      </w:r>
    </w:p>
    <w:p>
      <w:r>
        <w:br/>
        <w:t>— Через дві години... Пий! Так вона звеліла, професорша.</w:t>
      </w:r>
    </w:p>
    <w:p>
      <w:r>
        <w:br/>
        <w:t>— Ну давайте. — Адам ковтнув порошки, і від тих ліків губи у нього стали немовби ще біліші.</w:t>
      </w:r>
    </w:p>
    <w:p>
      <w:r>
        <w:br/>
        <w:t>Баба Ліза пішла, а потривожений Адам ліг правцем і задумався. Ріденький, прилизаний чуб його раптом змокрів. На обличчі виступили жовті плями. Полежав і ніби аж придрімнув Адам, потім стряхнув сонливість і повернувся до мене.</w:t>
      </w:r>
    </w:p>
    <w:p>
      <w:r>
        <w:br/>
        <w:t>— Отже, бувальщина про Буська, — сказав таким же роздумливим голосом, як і почав. — Я щаслива людина. У мене дві баби. Одна в степу живе, друга жила на Поліссі. А Полісся, дорогий мій Льоню, то царство грибів і русалок. Які там пущі, озера, які річечки... І водяться там лелеки.</w:t>
      </w:r>
    </w:p>
    <w:p>
      <w:r>
        <w:br/>
        <w:t>Була своя пара лелек і в баби Груні. Лелеку звали Бусько, лелечиху Бусиха. Ранньою весною повертались вони з чужини і кружляли над селом. Баба Груня виходила з хати. махала їм косинкою. А лелеки кружляли і все нижче й нижче спускались до неї. Баба випросила хлопців, щоб затягли на хату колесо. I на те колесо сідали лелеки, і мостили собі гніздо.</w:t>
      </w:r>
    </w:p>
    <w:p>
      <w:r>
        <w:br/>
        <w:t>Якось була холодна весна, вночі раптом завіяло. Вийшла баба у двір — по коліна мокрого снігу, і лежать у снігу Бусько й Бусиха, крила розпустили, вже й голови не зведуть. "Бідні ж ви мої!" — забідкалась баба Груня, взяла їх у хату, натопила піч, нагодувала, напоїла чаєм з травами.</w:t>
      </w:r>
    </w:p>
    <w:p>
      <w:r>
        <w:br/>
        <w:t>Видужали Бусько з Бусихою, ще більше полюбили бабу.</w:t>
      </w:r>
    </w:p>
    <w:p>
      <w:r>
        <w:br/>
        <w:t>Гніздо мостили вони високе й розкішне. І по черзі вартували його. Пам'ятаю: вже смеркло, небо зоряне, світле, а на гнізді лелека стоїть, і його наче хтось вуглиною намалював. Стоїть на одній позі, дзьоб свій задер, і здається — на Буськовому дзьобі місяць повис.</w:t>
      </w:r>
    </w:p>
    <w:p>
      <w:r>
        <w:br/>
        <w:t>Перед сном баба Груня любила поговорити з лелеками. Стане серед двору й питає:</w:t>
      </w:r>
    </w:p>
    <w:p>
      <w:r>
        <w:br/>
        <w:t>— Як воно, Бусько, не обіщаєш на завтра дощу?</w:t>
      </w:r>
    </w:p>
    <w:p>
      <w:r>
        <w:br/>
        <w:t>— Кла-кла, — стукає дзьобом Бусько.</w:t>
      </w:r>
    </w:p>
    <w:p>
      <w:r>
        <w:br/>
        <w:t>— Та воно й видно, — каже баба. — Зорі чисті, трава суха, буде спека. А я оце взяла розсаду, капусту хотіла приткнуть на вгороді, та й не здумаю, що тепер...</w:t>
      </w:r>
    </w:p>
    <w:p>
      <w:r>
        <w:br/>
        <w:t>— Кла-кла, — каже Бусько.</w:t>
      </w:r>
    </w:p>
    <w:p>
      <w:r>
        <w:br/>
        <w:t>— Ну хіба що так, — зітхає баба і йде в хату. Кожної осені баба проводжала буськів у дорогу. Виходила за ворота і махала косинкою, і наказувала: "Дивіться, тримайтеся гурту. Та де хмара — летіть високо, а де блискавка з громом — летіть низько..."</w:t>
      </w:r>
    </w:p>
    <w:p>
      <w:r>
        <w:br/>
        <w:t>А одної осені не вийшла баба на проводи. Вже зібралися лелеки з усієї околиці, зробили прощальний віраж над лісами і озерами і гурт за гуртом потяглись у вирій. А бабині птахи зостались. Кружляли й кружляли вони над селом, тривожно скрикували — ні, не виходить баба. І тоді спустився Бусько на подвір'я, бачить: двері в хату прочинені. Зайшов Бусько в хату. Карим оком блиснув на полик. От воно що! Лежить баба хвора, як дим. І голосу не витягне. "Кла-кла", — сказав Бусько і кудись запішов. Тут пішов, тут і з'явився. Підбіг до бабці і подає їй у дзьобі... жабу. Свіженьку. З болота.</w:t>
      </w:r>
    </w:p>
    <w:p>
      <w:r>
        <w:br/>
        <w:t>Ох ти мій дохтор, — застогнала баба, розчулена рідним Буськом. — Це ж ти хочеш мене підздоровить і зілля своє приніс... Доведеться встати і провести вас, бо ви ж без баби й не полетите.</w:t>
      </w:r>
    </w:p>
    <w:p>
      <w:r>
        <w:br/>
        <w:t>Баба, стогнучи,зіп'ялась на ноги і провела буськів. А скоро пормерла.</w:t>
      </w:r>
    </w:p>
    <w:p>
      <w:r>
        <w:br/>
        <w:t>І дивувались люди: весною пара лелек день у день кружляла високо в небі,ніде не хотіла сідать. А тоді таки сіла — на шутій сосні за селом, на тій сосні, що ближче до грибків, де лежить баба зі своїми синами.</w:t>
      </w:r>
    </w:p>
    <w:p>
      <w:r>
        <w:br/>
        <w:t>Адам закінчив свою бувальщину. Мабудь, стомився, руку поклав під голову і, здається, знов придрімнув. Він лежав білий і тихий. Деколи брала мене острашка: "А чи є Адам?" Глянеш — рівне покривало, ніде не горбиться, наче й немае людини в постели, тільки виглядае гостре підборіддя й ніс.І там, аж за ліжком, на підставленому стільчику — Адамові ноги, білі й нерухомі.</w:t>
      </w:r>
    </w:p>
    <w:p>
      <w:r>
        <w:br/>
        <w:t>Поволі, сонно розтулив Адам око, знайшов мене і хотів був трошки усміхнутись. Та лиш посмикнув губами.</w:t>
      </w:r>
    </w:p>
    <w:p>
      <w:r>
        <w:br/>
        <w:t>— Що, Ленд? — спитав якось винувато. — Сумна в мне бувальщина?</w:t>
      </w:r>
    </w:p>
    <w:p>
      <w:r>
        <w:br/>
        <w:t>— Про Буська?</w:t>
      </w:r>
    </w:p>
    <w:p>
      <w:r>
        <w:br/>
        <w:t>— Атож.</w:t>
      </w:r>
    </w:p>
    <w:p>
      <w:r>
        <w:br/>
        <w:t>— Ні, що ви, інтересно. Тільки я не доберу: а де лелеченята? Були ж у Буська діти?</w:t>
      </w:r>
    </w:p>
    <w:p>
      <w:r>
        <w:br/>
        <w:t>— Були. Розлетілись. Кожна пара шукає собі нове місце.</w:t>
      </w:r>
    </w:p>
    <w:p>
      <w:r>
        <w:br/>
        <w:t>— А до нас у степи вони прилітають?</w:t>
      </w:r>
    </w:p>
    <w:p>
      <w:r>
        <w:br/>
        <w:t>— Рідко. Лелеки полюбляють воду, ліси, широкі плавні...</w:t>
      </w:r>
    </w:p>
    <w:p>
      <w:r>
        <w:br/>
        <w:t>— А ви туди поїдете?.. Ну, де баба Груня жила?</w:t>
      </w:r>
    </w:p>
    <w:p>
      <w:r>
        <w:br/>
        <w:t>— Хтозна. Може, станеться диво — поїду.</w:t>
      </w:r>
    </w:p>
    <w:p>
      <w:r>
        <w:br/>
        <w:t>— От якби двійко мені... таких маленьких. А колесо я б знайшов.</w:t>
      </w:r>
    </w:p>
    <w:p>
      <w:r>
        <w:br/>
        <w:t>— Хитрий ти чоловік! — сказав Адам і таки всміхнувся. Ми тільки розбалакались, як знов вийшла із хати баба Сіроха, і в рука у неї те саме блюдечко, склянка води й порошки.</w:t>
      </w:r>
    </w:p>
    <w:p>
      <w:r>
        <w:br/>
        <w:t>— Бабо Лізо! — мов дитя, почав благати Адам. — Я думав, утечу в степи від уколів, від порошків, від медицини... Як вони остобісіли...</w:t>
      </w:r>
    </w:p>
    <w:p>
      <w:r>
        <w:br/>
        <w:t>— Пий, — сказала баба, але руки в неї затремтіли, полилась вода із склянки, і я побачив: у баби повні очі сліз, вона ковтає сухим зморщеним ротом ті непрошені сльози і, схлипуючи, говорить: — Хіба ж я хочу, сину, мучить тебе й себе?Та я ж гадаю: може, воно зарадить, може, ти встанеш-таки, підкріпишся, бо гаснеш на моїх же очах. І що воно за дурне життя: це і мої синочки були б уже такі, жили б і раділи, як людські діти, так обох забрало...</w:t>
      </w:r>
    </w:p>
    <w:p>
      <w:r>
        <w:br/>
        <w:t>— Бабо Лізо, — голос в Адама теж затремтів. — Пробачте мені. Я дубина. Я бовдур. Пробачте. Більше не буду вас катувать... Давайте сюди порошки.</w:t>
      </w:r>
    </w:p>
    <w:p>
      <w:r>
        <w:br/>
        <w:t>Почовгала баба Ліза в хату, а я довго сидів зігнувшись, щось тисло мені на плечі і тисло в душі. Бо як розібратись, то, мабуть, і я завинив; і не мабуть, а таки точно. Потяг Адама у воду, ще й радів, недотепа: ах, у мене гребля, ах, у мене млинок. А людині ті цяцьки боком вилазять.</w:t>
      </w:r>
    </w:p>
    <w:p>
      <w:r>
        <w:br/>
        <w:t>— Більше на річку не підем, — буркнув я насупившись. Адам після' того, як випив порошки, знов присмирнів, і жовті плями густо вкрили обличчя. На мої слова він зразу нічого не сказав, помовчав, продихнув важку задуху і тільки тоді обізвався:</w:t>
      </w:r>
    </w:p>
    <w:p>
      <w:r>
        <w:br/>
        <w:t>— Підем, Льоню, на річку. Бо ні річка, ні ти, мій друже, анітрохи не винні. Справа тут складніша. Як тобі розтлумачить?.. Ну, скажімо, ти вийшов на човні у море, заплив далеко і раптом — прорвало човна. Що ти робитимеш? Складеш руки і смирненько ждатимеш, поки вода заллє? Чи будеш гребти? Правда ж, ти будеш гребти, налягати на весла, доки сил, доки змоги твоєї. Так і я, Льоню. Давно, в інституті ще, прорвало мій човен. А я гребусь. Йду на дно, а гребусь. Щоб і на останній хвилі — жить, як ти, як нормальні люди. Ясно, капітане? Ми підемо з тобою на річку і збудуємо справжню гребельку — з цегли. І млинок такий поставимо, що ти і в школу підеш, а він тобі лопотітиме. І на карті світу буде наша річка — Лопотиха.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Лікар Бусько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