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Лев каже ти нікого ні не навчиш...</w:t>
      </w:r>
    </w:p>
    <w:p>
      <w:r>
        <w:br/>
        <w:t xml:space="preserve"> лев каже ти нікого ні не навчиш ні не змусиш&lt;br /&gt;</w:t>
        <w:br/>
        <w:t>себе любити хіба що сама навчишся обіймати&lt;br /&gt;</w:t>
        <w:br/>
        <w:t>вибачати й відходити ні в кого не попросиш&lt;br /&gt;</w:t>
        <w:br/>
        <w:t>дай мені хліба й води хіба що сама комусь&lt;br /&gt;</w:t>
        <w:br/>
        <w:t>віддаси свою воду й останній хліб коли будеш&lt;br /&gt;</w:t>
        <w:br/>
        <w:t>голодна коли може найдужче хотітимеш їсти&lt;br /&gt;</w:t>
        <w:br/>
        <w:t>лев говорить не поясниш нікому як добре бути&lt;br /&gt;</w:t>
        <w:br/>
        <w:t>лагідним тільки може сама часом радітимеш&lt;br /&gt;</w:t>
        <w:br/>
        <w:t>коли відчуєш яке делікатне й просте стає твоє&lt;br /&gt;</w:t>
        <w:br/>
        <w:t>серце коли ти плачеш коли твої руки не мають&lt;br /&gt;</w:t>
        <w:br/>
        <w:t>за що триматися коли твої очі повні води й коли&lt;br /&gt;</w:t>
        <w:br/>
        <w:t>твої губи не вміють сказати нічого що би могло&lt;br /&gt;</w:t>
        <w:br/>
        <w:t>зранити лев заплющує очі лев каже добре&lt;br /&gt;</w:t>
        <w:br/>
        <w:t>так добре насправді вже нічого не мати нічого&lt;br /&gt;</w:t>
        <w:br/>
        <w:t>з собою не нести ні за що не триматися&lt;br /&gt;</w:t>
        <w:br/>
        <w:t>нічого тоді тобі буде боятися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 каже ти нікого ні не навчиш...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