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і бик</w:t>
      </w:r>
    </w:p>
    <w:p>
      <w:r>
        <w:br/>
        <w:t xml:space="preserve"> &lt;p&gt;Гуляв собі якось зеленою левадою бик. За левадою починався густий, темний ліс, що широко розкинувся довкола й губився далеко в горах. В лісі водилося багато всякого звіра, і був там лев, лютий, підступний, якого боялося все живе.</w:t>
      </w:r>
    </w:p>
    <w:p>
      <w:r>
        <w:br/>
        <w:t>І треба ж було вийти левові на узлісся саме тоді, коли бик, не думаючи про небезпеку, спокійно скуб травицю.</w:t>
      </w:r>
    </w:p>
    <w:p>
      <w:r>
        <w:br/>
        <w:t>— Оце так бик! — захоплено вигукнув лев.— Такого здоровенного й гладкого я ще не бачив. Добра була б пожива! Жаль тільки, що в нього такі страшні роги, а я охляв за ці дні з голоду. Хтозна, чи й подужаю такого бицюру. А залишати шкода... Треба щось придумати.</w:t>
      </w:r>
    </w:p>
    <w:p>
      <w:r>
        <w:br/>
        <w:t>Спинився лев і став міркувати, як скрутити бикові в'язи. Думав, думав та й каже:</w:t>
      </w:r>
    </w:p>
    <w:p>
      <w:r>
        <w:br/>
        <w:t>— Ану ж заманю його до свого лігва, а там уже моя взяла. Кинусь на нього й роздеру.</w:t>
      </w:r>
    </w:p>
    <w:p>
      <w:r>
        <w:br/>
        <w:t>Не гаючи часу, подався до бика.</w:t>
      </w:r>
    </w:p>
    <w:p>
      <w:r>
        <w:br/>
        <w:t>— День добрий, биче!</w:t>
      </w:r>
    </w:p>
    <w:p>
      <w:r>
        <w:br/>
        <w:t>— День добрий! — насторожено відповів той.</w:t>
      </w:r>
    </w:p>
    <w:p>
      <w:r>
        <w:br/>
        <w:t>— Побачив я тебе й зрадів: великий ти і дужий. Тільки ти й можеш бути мені другом. Що ти на це скажеш? Заприятелюємо? Житимемо в лісі, і обом нам буде добре.</w:t>
      </w:r>
    </w:p>
    <w:p>
      <w:r>
        <w:br/>
        <w:t>Бикові сподобалося, що лев хоче товаришувати з ним. Адже він царського роду, і для кожного звіра велика честь — мати такого друга. До того, лев теж молодий та дужий, тож їм не страшні будуть ніякі вороги.</w:t>
      </w:r>
    </w:p>
    <w:p>
      <w:r>
        <w:br/>
        <w:t>— Був би щасливий з такого товариства,— відказав бик.— Мені теж обридла самота.</w:t>
      </w:r>
    </w:p>
    <w:p>
      <w:r>
        <w:br/>
        <w:t>— О, тоді треба відсвяткувати цю подію! — вигукнув лев.— Саме сьогодні мені принесли вівцю і я збирався зробити печеню. Може, й ти прийдеш, на обід?</w:t>
      </w:r>
    </w:p>
    <w:p>
      <w:r>
        <w:br/>
        <w:t>— Неодмінно прийду.</w:t>
      </w:r>
    </w:p>
    <w:p>
      <w:r>
        <w:br/>
        <w:t>— Ну, то я жду тебе опівдні біля свого лігва. Знаєш, де воно?</w:t>
      </w:r>
    </w:p>
    <w:p>
      <w:r>
        <w:br/>
        <w:t>— Ні, не знаю.</w:t>
      </w:r>
    </w:p>
    <w:p>
      <w:r>
        <w:br/>
        <w:t>— Пам'ятаєш дуплисте дерево біля джерела?</w:t>
      </w:r>
    </w:p>
    <w:p>
      <w:r>
        <w:br/>
        <w:t>— Атож.</w:t>
      </w:r>
    </w:p>
    <w:p>
      <w:r>
        <w:br/>
        <w:t>— А трохи далі за кущами є печера. Там я на тебе й чекатиму.</w:t>
      </w:r>
    </w:p>
    <w:p>
      <w:r>
        <w:br/>
        <w:t>— Згода,— сказав бик.</w:t>
      </w:r>
    </w:p>
    <w:p>
      <w:r>
        <w:br/>
        <w:t>Лев почвалав до лігва, а бик зостався на леваді. Коли сонце підбилося вище, пішов у ліс і незабаром дістався до дуплистого дерева. Лев уже чекав на нього, і невдовзі вони ввійшли до печери. Бик оглядівся. Печера була простора й висока.</w:t>
      </w:r>
    </w:p>
    <w:p>
      <w:r>
        <w:br/>
        <w:t>— Гарно тут,— промовив бик.</w:t>
      </w:r>
    </w:p>
    <w:p>
      <w:r>
        <w:br/>
        <w:t>Під величезними казанами й довжелезними рожнами горів вогонь. Але вівці ніде не видко.</w:t>
      </w:r>
    </w:p>
    <w:p>
      <w:r>
        <w:br/>
        <w:t>Бик затремтів.</w:t>
      </w:r>
    </w:p>
    <w:p>
      <w:r>
        <w:br/>
        <w:t>— Вибачай, друже, але я прийшов сказати, що не зможу сьогодні обідати з тобою.</w:t>
      </w:r>
    </w:p>
    <w:p>
      <w:r>
        <w:br/>
        <w:t>— Чому? — здивувався лев.</w:t>
      </w:r>
    </w:p>
    <w:p>
      <w:r>
        <w:br/>
        <w:t>— Забув, що треба негайно зробити одну роботу. Мені час іти.</w:t>
      </w:r>
    </w:p>
    <w:p>
      <w:r>
        <w:br/>
        <w:t>Лев насупився.</w:t>
      </w:r>
    </w:p>
    <w:p>
      <w:r>
        <w:br/>
        <w:t>— Спершу пообідаймо,— каже,— а тоді вже підеш.</w:t>
      </w:r>
    </w:p>
    <w:p>
      <w:r>
        <w:br/>
        <w:t>— Та я не від того, але, на жаль, не можу. Ще буде нагода потрапезувати разом. А зараз мушу йти.</w:t>
      </w:r>
    </w:p>
    <w:p>
      <w:r>
        <w:br/>
        <w:t>Лев розгнівався.</w:t>
      </w:r>
    </w:p>
    <w:p>
      <w:r>
        <w:br/>
        <w:t>— Слухай, друже, не віриться мені, що ти маєш таку нагальну справу. Скажи по щирості: чому не хочеш зі мною обідати? Що тобі не до вподоби? Хіба я не запросив тебе в гості? Не любо зустрів? Чому ж ти тікаєш?</w:t>
      </w:r>
    </w:p>
    <w:p>
      <w:r>
        <w:br/>
        <w:t>Бик став навпроти лева й відповів спокійно:</w:t>
      </w:r>
    </w:p>
    <w:p>
      <w:r>
        <w:br/>
        <w:t>— Кажу тобі ще раз, друже,— я таки піду. Бо, бачу, наготував ти казани не на вівцю, а на бика.</w:t>
      </w:r>
    </w:p>
    <w:p>
      <w:r>
        <w:br/>
        <w:t>І бик хутенько подався геть. Діставшися левади, знову припав до трави, думаючи:</w:t>
      </w:r>
    </w:p>
    <w:p>
      <w:r>
        <w:br/>
        <w:t>— У сто крат ліпше бути самотнім, аніж приятелювати з тим, кого гаразд не знаєш. Добре, що я повівся так з левом. Тепер таких друзів здалеку пізнаватиму.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і бик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