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лія</w:t>
      </w:r>
    </w:p>
    <w:p>
      <w:r>
        <w:br/>
        <w:t xml:space="preserve"> &lt;p&gt;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л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