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Легенда про ялину</w:t>
      </w:r>
    </w:p>
    <w:p>
      <w:r>
        <w:br/>
        <w:t xml:space="preserve"> &lt;p&gt;Колись наша земля була пустельна, непривітна. Не шуміли на ній ліси, не співали птахи, не плавали в річках риби, не цвіли барвисті квіти. Володарював у світі страшний Маракара — дух мороку й смерті. Під його рукою в непроглядній безодні жили тіні, жалюгідні й безмовні. Вони прислуговували Маракарі.</w:t>
      </w:r>
    </w:p>
    <w:p>
      <w:r>
        <w:br/>
        <w:t>А в небесному дивоколі, у краю сонця Ярила, було весело й вільно, легко й безжурно. Там лунали пісні, там жили безтурботні істоти — птахи й діти, летючі квіти, й наділені мовою риби. За старшого в тім краю був сонячний син Яровит.</w:t>
      </w:r>
    </w:p>
    <w:p>
      <w:r>
        <w:br/>
        <w:t>Якось він оглядав безмежні простори долішніх володінь і побачив жахливе царство Маракари. Засумував дуже і звернувся до батька Ярила так:</w:t>
      </w:r>
    </w:p>
    <w:p>
      <w:r>
        <w:br/>
        <w:t>— Ясноликий батьку, чи не годилося поділитися б навіть з темною прірвою Маракари нашою радістю? Негарно радіти самому, якщо хтось на світі страждає та потерпає. Подаруємо мешканцям темного царства життя й веселощі...</w:t>
      </w:r>
    </w:p>
    <w:p>
      <w:r>
        <w:br/>
        <w:t>— Сину мій,— зітхнув Ярило,— вже віки минули відтоді, як я посилаю в ущелину Маракари промені життя, але там мертво, жодного руху. Не приймає володар мороку зернят любові...</w:t>
      </w:r>
    </w:p>
    <w:p>
      <w:r>
        <w:br/>
        <w:t>— Тоді я сам піду туди,— поклав собі Яровит.— Запропоную Маракарі, хай засіється його світ квітами та деревами, живими серцями й піснями. Хай тіні, що никають там, стануть людьми.</w:t>
      </w:r>
    </w:p>
    <w:p>
      <w:r>
        <w:br/>
        <w:t>— Що ж,— згодився Ярило,— твоя воля — священна, бо вона жадає добра. Іди, мій сину, куди кличе твоє серце.</w:t>
      </w:r>
    </w:p>
    <w:p>
      <w:r>
        <w:br/>
        <w:t>Кинувся Яровит до моторошної безодні, а супроводжували сонячного принца друзі — квіти, метелики, птахи, риби й діти. Та на краю темної ущелини перед ними постав сам Маракара, насупився, дивлячись на пришельця із світлого краю.</w:t>
      </w:r>
    </w:p>
    <w:p>
      <w:r>
        <w:br/>
        <w:t>— З чим завітав до мене? — грізно запитав він.</w:t>
      </w:r>
    </w:p>
    <w:p>
      <w:r>
        <w:br/>
        <w:t>— Хочу подарувати твоєму краєві скарби серця,— лагідно всміхнувся Яровит.— Волію засіяти землю квітами, деревами, травами. Нехай у водах попливуть риби, у повітрі полетять птахи й метелики.</w:t>
      </w:r>
    </w:p>
    <w:p>
      <w:r>
        <w:br/>
        <w:t>— А ти станеш повелителем? — насмішкувато запитав Маракара.</w:t>
      </w:r>
    </w:p>
    <w:p>
      <w:r>
        <w:br/>
        <w:t>— О ні, це мій тобі дарунок!</w:t>
      </w:r>
    </w:p>
    <w:p>
      <w:r>
        <w:br/>
        <w:t>— Гаразд! — раптом згодився володар мороку.— Ввійди до мого царства. Живи тут. І твої супутники хай живуть. Тільки залишайся з ними доти, доки розквітне тут бодай одна квітка.</w:t>
      </w:r>
    </w:p>
    <w:p>
      <w:r>
        <w:br/>
        <w:t>— Залишаюся! — згодився Яровит.</w:t>
      </w:r>
    </w:p>
    <w:p>
      <w:r>
        <w:br/>
        <w:t>— Та перед тим, як зайти,— не вгавав Маракара,— залиш на брамі мого світу свої відзнаки й скарби. Стань звичайною людиною. Тільки за цієї умови зможеш жити в моєму царстві.</w:t>
      </w:r>
    </w:p>
    <w:p>
      <w:r>
        <w:br/>
        <w:t>— Хай буде так! — весело погодився принц.</w:t>
      </w:r>
    </w:p>
    <w:p>
      <w:r>
        <w:br/>
        <w:t>— Тоді входьте!</w:t>
      </w:r>
    </w:p>
    <w:p>
      <w:r>
        <w:br/>
        <w:t>Кинулися до безодні птахи й діти, риби та квіти, метелики й бджоли, трави та дерева. Увійшов у темний край і Яровит, залишивши в заклад Маракарі сонячне намисто, грізні вогняні блискавиці, самоцвітні небесні камені, що вселяли здатність передбачати, бути могутнім, пересуватись у просторі й часі. Став принц звичайною людиною.</w:t>
      </w:r>
    </w:p>
    <w:p>
      <w:r>
        <w:br/>
        <w:t>Ожила земна безодня. Розквітли пустелі, покрилися травами й гаями, полетіли в небі птахи, засміялися діти в перших селищах, наповнилися озера, моря, ріки та океани барвистими рибами.</w:t>
      </w:r>
    </w:p>
    <w:p>
      <w:r>
        <w:br/>
        <w:t>Зловтішно засміявся Маракара. І звелів слухняним тіням схопити Яровита і замкнути до високої вежі, оточеної звідусюд непрохідними болотами та ущелинами. Зсередини в'язницю вартували люті дракони, а ззовні — пустельна безодня, через яку шляху не було.</w:t>
      </w:r>
    </w:p>
    <w:p>
      <w:r>
        <w:br/>
        <w:t>І став Маракара володарем над Яровитовими друзями — птахами, рибами, метеликами, квітами та людьми. І почав їх нечувано мучити, катувати, п'ючи їхні соки та кров. Побачив батько Ярило усе те, засмутився вельми. І звернулися до нього квіти й дерева, благаючи:</w:t>
      </w:r>
    </w:p>
    <w:p>
      <w:r>
        <w:br/>
        <w:t>— Вогняний наш батьку, допоможи своєму синові Яровиту, звільни його! І тоді ми зможемо втекти від зрадливого Маракари!</w:t>
      </w:r>
    </w:p>
    <w:p>
      <w:r>
        <w:br/>
        <w:t>— Не можу,— відповів на те Ярило.— Ви своєю волею ввійшли туди. Самі ж і повинні звільнити Яровита. Якщо я ввійду у безодню — морок настане у світлих світах, погасне життя в небесному дивоколі...</w:t>
      </w:r>
    </w:p>
    <w:p>
      <w:r>
        <w:br/>
        <w:t>Зібралися квіти й дерева на велику раду — як звільнити Яровита?</w:t>
      </w:r>
    </w:p>
    <w:p>
      <w:r>
        <w:br/>
        <w:t>— Я спробую,— сказала Ялина.— Вкорінюся на скелі під темницею і дотягнуся до його вікна.</w:t>
      </w:r>
    </w:p>
    <w:p>
      <w:r>
        <w:br/>
        <w:t>Попросили квіти й дерева Вітру, щоб дихнув він над прірвою і переніс бодай кілька ялинових зернят до підніжжя похмурої вежі. Послухався Вітер.</w:t>
      </w:r>
    </w:p>
    <w:p>
      <w:r>
        <w:br/>
        <w:t>Одне зернятко склювали чорні круки. Друге висохло від спеки. Третє впало до безодні. Четверте загубилося між камінням. П'яте не проросло. Шосте змили бурхливі дощі. І лише сьоме вкоренилося в щілині й пустило паросточок.</w:t>
      </w:r>
    </w:p>
    <w:p>
      <w:r>
        <w:br/>
        <w:t>Тривожно чекали квіти й дерева, хвилювалися: чи не помітять люті вартові-дракони зеленої ялинки?</w:t>
      </w:r>
    </w:p>
    <w:p>
      <w:r>
        <w:br/>
        <w:t>За одну-однісіньку ніч виросла молода, міцненька Ялина, простягнула лапаті руки-віти до принца, прошепотіла на світанні:</w:t>
      </w:r>
    </w:p>
    <w:p>
      <w:r>
        <w:br/>
        <w:t>— Втікай, сонячний сину! Тебе чекають твої друзі, за тобою сумує батько Ярило!</w:t>
      </w:r>
    </w:p>
    <w:p>
      <w:r>
        <w:br/>
        <w:t>Протиснувся Яровит крізь віконце, ледве тримаючись виснаженими руками за каміння. Та гілки Ялини тримали принца над прірвою, і він неушкоджений приземлився до підніжжя вежі. А вже ліани сплели для нього міст над ущелиною. А вже птахи чекають його, щоб нести до батька, у вільне дивоколо, а вже простягає ласкаві руки-промені Ярило — Володар Життя й Радості, щоб обійняти коханого сина.</w:t>
      </w:r>
    </w:p>
    <w:p>
      <w:r>
        <w:br/>
        <w:t>І сказав Ярило:</w:t>
      </w:r>
    </w:p>
    <w:p>
      <w:r>
        <w:br/>
        <w:t>— Славна ти будеш між рослин, добра й мудра Ялино!</w:t>
      </w:r>
    </w:p>
    <w:p>
      <w:r>
        <w:br/>
        <w:t>Дарую ж тобі нескінченну юність. Хай твоя невмируща зелена крона нагадує всім про твій подвиг.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Легенда про ялину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