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Лечу у вирій (збірка)</w:t>
      </w:r>
    </w:p>
    <w:p>
      <w:r>
        <w:br/>
        <w:t xml:space="preserve"> Галина КИРПА&lt;br /&gt;</w:t>
        <w:br/>
        <w:t>ПОЕЗІЯ&lt;br /&gt;</w:t>
        <w:br/>
        <w:t>ЛЕЧУ У ВИРІЙ</w:t>
      </w:r>
    </w:p>
    <w:p>
      <w:r>
        <w:br/>
        <w:t>МОВА МОЯ</w:t>
      </w:r>
    </w:p>
    <w:p>
      <w:r>
        <w:br/>
        <w:t>Мова моя — мов дівчинка у віночку,&lt;br /&gt;</w:t>
        <w:br/>
        <w:t>йде полем, іде лугом,&lt;br /&gt;</w:t>
        <w:br/>
        <w:t>терновими стежками йде.&lt;br /&gt;</w:t>
        <w:br/>
        <w:t>Мова моя — мов ластівка,&lt;br /&gt;</w:t>
        <w:br/>
        <w:t>летить горою, летить долом,&lt;br /&gt;</w:t>
        <w:br/>
        <w:t>провіщає мені ясен-день.</w:t>
      </w:r>
    </w:p>
    <w:p>
      <w:r>
        <w:br/>
        <w:t>Мова моя — немов Берегиня,&lt;br /&gt;</w:t>
        <w:br/>
        <w:t>що на кожне своє дитятко&lt;br /&gt;</w:t>
        <w:br/>
        <w:t>дихає і тремтить.&lt;br /&gt;</w:t>
        <w:br/>
        <w:t>Мова моя — БУЛА! БУДЕ! А нині&lt;br /&gt;</w:t>
        <w:br/>
        <w:t>я терни в стежках визбирую,&lt;br /&gt;</w:t>
        <w:br/>
        <w:t>щоб їй було легше ходить…</w:t>
      </w:r>
    </w:p>
    <w:p>
      <w:r>
        <w:br/>
        <w:t>СКОРО — ДОМА</w:t>
      </w:r>
    </w:p>
    <w:p>
      <w:r>
        <w:br/>
        <w:t>Летить струмок з гори в долину й — мимо...&lt;br /&gt;</w:t>
        <w:br/>
        <w:t>А нагорі — Дніпро й Десна проснулись.&lt;br /&gt;</w:t>
        <w:br/>
        <w:t>Верба подумала: "Ну от і я щаслива".&lt;br /&gt;</w:t>
        <w:br/>
        <w:t>А котики на ній — мов усміхнулись.</w:t>
      </w:r>
    </w:p>
    <w:p>
      <w:r>
        <w:br/>
        <w:t>А десь через дощі, вітри і зливи&lt;br /&gt;</w:t>
        <w:br/>
        <w:t>лелека міряє доріженьку знайому&lt;br /&gt;</w:t>
        <w:br/>
        <w:t>Та й думає: "Ну от і я щасливий.&lt;br /&gt;</w:t>
        <w:br/>
        <w:t>Вже скоро — Україна. Скоро — дома".</w:t>
      </w:r>
    </w:p>
    <w:p>
      <w:r>
        <w:br/>
        <w:t>БЕРЕЗЕНЬ</w:t>
      </w:r>
    </w:p>
    <w:p>
      <w:r>
        <w:br/>
        <w:t>Зірвався сніг — до ночі не стихає.&lt;br /&gt;</w:t>
        <w:br/>
        <w:t>Невже Зима надумала вернутись?&lt;br /&gt;</w:t>
        <w:br/>
        <w:t>Шпаківню у саду вже так гойдає,&lt;br /&gt;</w:t>
        <w:br/>
        <w:t>що їй завиграшки й перевернутись.</w:t>
      </w:r>
    </w:p>
    <w:p>
      <w:r>
        <w:br/>
        <w:t>Шпаки негоду переждуть на вишні,&lt;br /&gt;</w:t>
        <w:br/>
        <w:t>гукаючи мені через дорогу:&lt;br /&gt;</w:t>
        <w:br/>
        <w:t>— Не бійся хмар — вони уже торішні!&lt;br /&gt;</w:t>
        <w:br/>
        <w:t>— Не бійся снігу — він же не надовго!</w:t>
      </w:r>
    </w:p>
    <w:p>
      <w:r>
        <w:br/>
        <w:t>У ЇЖАКІВ ПОЛЯГАЛИ СПАТИ</w:t>
      </w:r>
    </w:p>
    <w:p>
      <w:r>
        <w:br/>
        <w:t>Несу Їжачкові&lt;br /&gt;</w:t>
        <w:br/>
        <w:t>горнятко теплого молочка.&lt;br /&gt;</w:t>
        <w:br/>
        <w:t>Моросить дощик,&lt;br /&gt;</w:t>
        <w:br/>
        <w:t>а я несу.&lt;br /&gt;</w:t>
        <w:br/>
        <w:t>— У них уже не світиться,&lt;br /&gt;</w:t>
        <w:br/>
        <w:t>полягали спати, —&lt;br /&gt;</w:t>
        <w:br/>
        <w:t>каже старий кіт Мурко.&lt;br /&gt;</w:t>
        <w:br/>
        <w:t>Та й позіхає —&lt;br /&gt;</w:t>
        <w:br/>
        <w:t>на мене й на дощик.&lt;br /&gt;</w:t>
        <w:br/>
        <w:t>А на тепле молочко каже:&lt;br /&gt;</w:t>
        <w:br/>
        <w:t>— Ня-ав!</w:t>
      </w:r>
    </w:p>
    <w:p>
      <w:r>
        <w:br/>
        <w:t>ШПАКИ І ШПАЧЕНЯТА</w:t>
      </w:r>
    </w:p>
    <w:p>
      <w:r>
        <w:br/>
        <w:t>Сидять шпаки і шпаченята,&lt;br /&gt;</w:t>
        <w:br/>
        <w:t>і дощик цяпає на них.&lt;br /&gt;</w:t>
        <w:br/>
        <w:t>Вже скоро будуть відлітати,&lt;br /&gt;</w:t>
        <w:br/>
        <w:t>беруть усіх — старих, малих.</w:t>
      </w:r>
    </w:p>
    <w:p>
      <w:r>
        <w:br/>
        <w:t>Сидять і дивляться додолу,&lt;br /&gt;</w:t>
        <w:br/>
        <w:t>де що не крок — лежить горіх.&lt;br /&gt;</w:t>
        <w:br/>
        <w:t>А їм летіти завтра з дому&lt;br /&gt;</w:t>
        <w:br/>
        <w:t>о цій негодяній порі!</w:t>
      </w:r>
    </w:p>
    <w:p>
      <w:r>
        <w:br/>
        <w:t>Летіти довго і питати:&lt;br /&gt;</w:t>
        <w:br/>
        <w:t>— Чи ми побачимося ще?..</w:t>
      </w:r>
    </w:p>
    <w:p>
      <w:r>
        <w:br/>
        <w:t>Сидять шпаки і шпаченята,&lt;br /&gt;</w:t>
        <w:br/>
        <w:t>а дощик робиться дощем.</w:t>
      </w:r>
    </w:p>
    <w:p>
      <w:r>
        <w:br/>
        <w:t>ДВІСТІ ТИШ</w:t>
      </w:r>
    </w:p>
    <w:p>
      <w:r>
        <w:br/>
        <w:t>У полі тиша, як на двісті тиш.&lt;br /&gt;</w:t>
        <w:br/>
        <w:t>Кульбабку вітер зранку розпинає:&lt;br /&gt;</w:t>
        <w:br/>
        <w:t>— То ти летиш зі мною?&lt;br /&gt;</w:t>
        <w:br/>
        <w:t>Не летиш?&lt;br /&gt;</w:t>
        <w:br/>
        <w:t>Виходить, в тебе вирію немає?</w:t>
      </w:r>
    </w:p>
    <w:p>
      <w:r>
        <w:br/>
        <w:t>ВВЕЧЕРІ</w:t>
      </w:r>
    </w:p>
    <w:p>
      <w:r>
        <w:br/>
        <w:t>Пливе хмарина — сиза, наче равлик.&lt;br /&gt;</w:t>
        <w:br/>
        <w:t>Мов бджілка, наробилася земля.&lt;br /&gt;</w:t>
        <w:br/>
        <w:t>А вечір дибуляє, як журавлик.&lt;br /&gt;</w:t>
        <w:br/>
        <w:t>А матіола пахне, як своя.</w:t>
      </w:r>
    </w:p>
    <w:p>
      <w:r>
        <w:br/>
        <w:t>ЗАПЛИВАЄ РАНОК</w:t>
      </w:r>
    </w:p>
    <w:p>
      <w:r>
        <w:br/>
        <w:t>Запливає ранок&lt;br /&gt;</w:t>
        <w:br/>
        <w:t>голубим човном:&lt;br /&gt;</w:t>
        <w:br/>
        <w:t>сонце — за веслярика,&lt;br /&gt;</w:t>
        <w:br/>
        <w:t>за музику — гном.</w:t>
      </w:r>
    </w:p>
    <w:p>
      <w:r>
        <w:br/>
        <w:t>Вже година човнику&lt;br /&gt;</w:t>
        <w:br/>
        <w:t>до берега пристать.&lt;br /&gt;</w:t>
        <w:br/>
        <w:t>Запливає ранок.&lt;br /&gt;</w:t>
        <w:br/>
        <w:t>Весла хлюпотять.</w:t>
      </w:r>
    </w:p>
    <w:p>
      <w:r>
        <w:br/>
        <w:t>МАНДРІВНА КВІТКА</w:t>
      </w:r>
    </w:p>
    <w:p>
      <w:r>
        <w:br/>
        <w:t>Така у мене квітка,&lt;br /&gt;</w:t>
        <w:br/>
        <w:t>що дома не сидить,&lt;br /&gt;</w:t>
        <w:br/>
        <w:t>гасає по сусідах&lt;br /&gt;</w:t>
        <w:br/>
        <w:t>і стиха бубонить:</w:t>
      </w:r>
    </w:p>
    <w:p>
      <w:r>
        <w:br/>
        <w:t>— Я зроду мандрівниця,&lt;br /&gt;</w:t>
        <w:br/>
        <w:t>для мене, як на те,&lt;br /&gt;</w:t>
        <w:br/>
        <w:t>і громовиць немає,&lt;br /&gt;</w:t>
        <w:br/>
        <w:t>і сонечко цвіте.</w:t>
      </w:r>
    </w:p>
    <w:p>
      <w:r>
        <w:br/>
        <w:t>Смородяно! Малиново!&lt;br /&gt;</w:t>
        <w:br/>
        <w:t>По голови трава!&lt;br /&gt;</w:t>
        <w:br/>
        <w:t>Чого ж сидіти сидьма?&lt;br /&gt;</w:t>
        <w:br/>
        <w:t>Чого не мандрувать?</w:t>
      </w:r>
    </w:p>
    <w:p>
      <w:r>
        <w:br/>
        <w:t>ТОПОЛЯ І КАЛИНА</w:t>
      </w:r>
    </w:p>
    <w:p>
      <w:r>
        <w:br/>
        <w:t>Тополя — зеленька і красива —&lt;br /&gt;</w:t>
        <w:br/>
        <w:t>намистечка в калини попросила:</w:t>
      </w:r>
    </w:p>
    <w:p>
      <w:r>
        <w:br/>
        <w:t>— Чи ж до лиця намисто буде вам?&lt;br /&gt;</w:t>
        <w:br/>
        <w:t>— Та я поміряю й назад віддам!</w:t>
      </w:r>
    </w:p>
    <w:p>
      <w:r>
        <w:br/>
        <w:t>— Мені не шкода. Ось — беріть і міряйте.&lt;br /&gt;</w:t>
        <w:br/>
        <w:t>І, поки птахи не зібралися до вирію,&lt;br /&gt;</w:t>
        <w:br/>
        <w:t>в дорогу чужодальню і далеку,&lt;br /&gt;</w:t>
        <w:br/>
        <w:t>дасте мені приміряти лелеку?</w:t>
      </w:r>
    </w:p>
    <w:p>
      <w:r>
        <w:br/>
        <w:t>ЩОСЬ ЗЕЛЕНЕ</w:t>
      </w:r>
    </w:p>
    <w:p>
      <w:r>
        <w:br/>
        <w:t>— Ти диви, — каже мама, —&lt;br /&gt;</w:t>
        <w:br/>
        <w:t>знявся вітер. —&lt;br /&gt;</w:t>
        <w:br/>
        <w:t>І позачиняла всі вікна й двері.</w:t>
      </w:r>
    </w:p>
    <w:p>
      <w:r>
        <w:br/>
        <w:t>Коли це Щ о с ь З е л е н е&lt;br /&gt;</w:t>
        <w:br/>
        <w:t>сіло собі на кватирку,&lt;br /&gt;</w:t>
        <w:br/>
        <w:t>звісило ноги&lt;br /&gt;</w:t>
        <w:br/>
        <w:t>аж до підвіконня&lt;br /&gt;</w:t>
        <w:br/>
        <w:t>й просить:&lt;br /&gt;</w:t>
        <w:br/>
        <w:t>— Не жени мене звідси, дівчинко,&lt;br /&gt;</w:t>
        <w:br/>
        <w:t>я не вітер.&lt;br /&gt;</w:t>
        <w:br/>
        <w:t>Я ще тільки Вітрець.&lt;br /&gt;</w:t>
        <w:br/>
        <w:t>Я не хочу зривати листя з дерев.&lt;br /&gt;</w:t>
        <w:br/>
        <w:t>Я не хочу по квітках — потоптом.&lt;br /&gt;</w:t>
        <w:br/>
        <w:t>Я не хочу зніматись, як вітер…&lt;br /&gt;</w:t>
        <w:br/>
        <w:t>Можна мені посидіти оттутечки&lt;br /&gt;</w:t>
        <w:br/>
        <w:t>й трішечки погойдатись?</w:t>
      </w:r>
    </w:p>
    <w:p>
      <w:r>
        <w:br/>
        <w:t>ДОЛОНЯ ЛІТА</w:t>
      </w:r>
    </w:p>
    <w:p>
      <w:r>
        <w:br/>
        <w:t>На долоні літа —&lt;br /&gt;</w:t>
        <w:br/>
        <w:t>самі стежечки,&lt;br /&gt;</w:t>
        <w:br/>
        <w:t>мов сірі вужі,&lt;br /&gt;</w:t>
        <w:br/>
        <w:t>шарудять у високій траві.&lt;br /&gt;</w:t>
        <w:br/>
        <w:t>Ой і побігла б я&lt;br /&gt;</w:t>
        <w:br/>
        <w:t>тими стежечками,&lt;br /&gt;</w:t>
        <w:br/>
        <w:t>та не хочу&lt;br /&gt;</w:t>
        <w:br/>
        <w:t>на сірого вужа&lt;br /&gt;</w:t>
        <w:br/>
        <w:t>наступити.</w:t>
      </w:r>
    </w:p>
    <w:p>
      <w:r>
        <w:br/>
        <w:t>ЩОБ РАВЛИКОВІ БУЛО ГАРНО</w:t>
      </w:r>
    </w:p>
    <w:p>
      <w:r>
        <w:br/>
        <w:t>Та коли б ти, Равлику,&lt;br /&gt;</w:t>
        <w:br/>
        <w:t>виріс господариком,&lt;br /&gt;</w:t>
        <w:br/>
        <w:t>то ти б свою хатку&lt;br /&gt;</w:t>
        <w:br/>
        <w:t>ставив на горбі:&lt;br /&gt;</w:t>
        <w:br/>
        <w:t>вікнами — до соняхів,&lt;br /&gt;</w:t>
        <w:br/>
        <w:t>стінами — до ластівок,&lt;br /&gt;</w:t>
        <w:br/>
        <w:t>стріхою — до зіроньок.&lt;br /&gt;</w:t>
        <w:br/>
        <w:t>Ну, а двері,&lt;br /&gt;</w:t>
        <w:br/>
        <w:t>Равлику,&lt;br /&gt;</w:t>
        <w:br/>
        <w:t>відчини мені!</w:t>
      </w:r>
    </w:p>
    <w:p>
      <w:r>
        <w:br/>
        <w:t>ГРІМ, ЩО НЕ ВМІВ ГРИМІТИ</w:t>
      </w:r>
    </w:p>
    <w:p>
      <w:r>
        <w:br/>
        <w:t>"Зроду я так не зумію", —&lt;br /&gt;</w:t>
        <w:br/>
        <w:t>сказав Молоденький Грім,&lt;br /&gt;</w:t>
        <w:br/>
        <w:t>коли Діди Громи покотили&lt;br /&gt;</w:t>
        <w:br/>
        <w:t>свої вози аж ген до пралісу.</w:t>
      </w:r>
    </w:p>
    <w:p>
      <w:r>
        <w:br/>
        <w:t>"Коли б хто повчив,&lt;br /&gt;</w:t>
        <w:br/>
        <w:t>то я і навчився б", —&lt;br /&gt;</w:t>
        <w:br/>
        <w:t>знов сказав Молоденький Грім,&lt;br /&gt;</w:t>
        <w:br/>
        <w:t>та тільки й того, що заходився&lt;br /&gt;</w:t>
        <w:br/>
        <w:t>дрібних громенят люляти.</w:t>
      </w:r>
    </w:p>
    <w:p>
      <w:r>
        <w:br/>
        <w:t>Люляв-люляв і задрімав…&lt;br /&gt;</w:t>
        <w:br/>
        <w:t>А громенята повистрибували&lt;br /&gt;</w:t>
        <w:br/>
        <w:t>з хмарин —&lt;br /&gt;</w:t>
        <w:br/>
        <w:t>колисочок вовняних —&lt;br /&gt;</w:t>
        <w:br/>
        <w:t>та й ну в крем’яхи гратися...</w:t>
      </w:r>
    </w:p>
    <w:p>
      <w:r>
        <w:br/>
        <w:t>Сидить на призьбі дівчинка Олянка —&lt;br /&gt;</w:t>
        <w:br/>
        <w:t>усміхається:&lt;br /&gt;</w:t>
        <w:br/>
        <w:t>— Е, грому такого ні дівчата,&lt;br /&gt;</w:t>
        <w:br/>
        <w:t>ні зайці не бояться!</w:t>
      </w:r>
    </w:p>
    <w:p>
      <w:r>
        <w:br/>
        <w:t>НІЧИЄ ДЕРЕВО І МОЄ</w:t>
      </w:r>
    </w:p>
    <w:p>
      <w:r>
        <w:br/>
        <w:t>Я знаю, що всяке нічиє дерево&lt;br /&gt;</w:t>
        <w:br/>
        <w:t>хоче чиїмось бути.&lt;br /&gt;</w:t>
        <w:br/>
        <w:t>Оця ось тополя — моя.&lt;br /&gt;</w:t>
        <w:br/>
        <w:t>є у неї ім’я, —&lt;br /&gt;</w:t>
        <w:br/>
        <w:t>я сама вибирала.&lt;br /&gt;</w:t>
        <w:br/>
        <w:t>Назвала її — знаєте як? —&lt;br /&gt;</w:t>
        <w:br/>
        <w:t>Т е т я н к а!&lt;br /&gt;</w:t>
        <w:br/>
        <w:t>Цитьте… послухайте…&lt;br /&gt;</w:t>
        <w:br/>
        <w:t>Вона озивається до мене&lt;br /&gt;</w:t>
        <w:br/>
        <w:t>кожним листочком.&lt;br /&gt;</w:t>
        <w:br/>
        <w:t>А коли надворі предуже тихо,&lt;br /&gt;</w:t>
        <w:br/>
        <w:t>так от — анішелесь —&lt;br /&gt;</w:t>
        <w:br/>
        <w:t>Вона щораз промовляє:&lt;br /&gt;</w:t>
        <w:br/>
        <w:t>Те-тян-ка… Те-тян-ка…&lt;br /&gt;</w:t>
        <w:br/>
        <w:t>Ніби учиться говорити.&lt;br /&gt;</w:t>
        <w:br/>
        <w:t>А я вчуся слухати.</w:t>
      </w:r>
    </w:p>
    <w:p>
      <w:r>
        <w:br/>
        <w:t>ЯК Я КАЖУ В СВОЄМУ САДУ</w:t>
      </w:r>
    </w:p>
    <w:p>
      <w:r>
        <w:br/>
        <w:t>Калині кажу:&lt;br /&gt;</w:t>
        <w:br/>
        <w:t>— Тітко Калино!&lt;br /&gt;</w:t>
        <w:br/>
        <w:t>Горіхові кажу:&lt;br /&gt;</w:t>
        <w:br/>
        <w:t>— Дядьку Горіше!&lt;br /&gt;</w:t>
        <w:br/>
        <w:t>Нагідці кажу:&lt;br /&gt;</w:t>
        <w:br/>
        <w:t>— Сестро Нагідко!&lt;br /&gt;</w:t>
        <w:br/>
        <w:t>Барвінку кажу:&lt;br /&gt;</w:t>
        <w:br/>
        <w:t>— Брате Барвінку!&lt;br /&gt;</w:t>
        <w:br/>
        <w:t>А Хризантемі:&lt;br /&gt;</w:t>
        <w:br/>
        <w:t>— Панно!</w:t>
      </w:r>
    </w:p>
    <w:p>
      <w:r>
        <w:br/>
        <w:t>НАЙДОВШИЙ У СВІТІ ТАНЕЦЬ</w:t>
      </w:r>
    </w:p>
    <w:p>
      <w:r>
        <w:br/>
        <w:t>Це не Дощ —&lt;br /&gt;</w:t>
        <w:br/>
        <w:t>у прозорій шовковій сукні.&lt;br /&gt;</w:t>
        <w:br/>
        <w:t>Це — пані Злива.&lt;br /&gt;</w:t>
        <w:br/>
        <w:t>Це не Вітер&lt;br /&gt;</w:t>
        <w:br/>
        <w:t>у крислатому&lt;br /&gt;</w:t>
        <w:br/>
        <w:t>оксамитовім капелюсі.&lt;br /&gt;</w:t>
        <w:br/>
        <w:t>Це — пан Вихор.</w:t>
      </w:r>
    </w:p>
    <w:p>
      <w:r>
        <w:br/>
        <w:t>Кличе пан пані до танцю:&lt;br /&gt;</w:t>
        <w:br/>
        <w:t>— Потанцюймо!&lt;br /&gt;</w:t>
        <w:br/>
        <w:t>І пані Злива&lt;br /&gt;</w:t>
        <w:br/>
        <w:t>Кладе свої невидимі руки&lt;br /&gt;</w:t>
        <w:br/>
        <w:t>панові Вихрові просто на плечі.&lt;br /&gt;</w:t>
        <w:br/>
        <w:t>Пан Вихор, мабуть, усміхається,&lt;br /&gt;</w:t>
        <w:br/>
        <w:t>та його усмішки не видно&lt;br /&gt;</w:t>
        <w:br/>
        <w:t>за крислатим оксамитовим капелюхом.&lt;br /&gt;</w:t>
        <w:br/>
        <w:t>І танцюють вони цілий день.&lt;br /&gt;</w:t>
        <w:br/>
        <w:t>А я скільки сиджу біля вікна,&lt;br /&gt;</w:t>
        <w:br/>
        <w:t>стільки й дивлюся.&lt;br /&gt;</w:t>
        <w:br/>
        <w:t>Цікаво, чи є на світі&lt;br /&gt;</w:t>
        <w:br/>
        <w:t>танець, довший над цей?</w:t>
      </w:r>
    </w:p>
    <w:p>
      <w:r>
        <w:br/>
        <w:t>МІСЯЦЬ У КОЛИСЦІ</w:t>
      </w:r>
    </w:p>
    <w:p>
      <w:r>
        <w:br/>
        <w:t>Бабуся Ніч ходить&lt;br /&gt;</w:t>
        <w:br/>
        <w:t>ген-ген до Дніпра&lt;br /&gt;</w:t>
        <w:br/>
        <w:t>І при самому березі&lt;br /&gt;</w:t>
        <w:br/>
        <w:t>у срібній блискучій воді&lt;br /&gt;</w:t>
        <w:br/>
        <w:t>купає молоденького місяця-серпика.&lt;br /&gt;</w:t>
        <w:br/>
        <w:t>А тоді закутує його&lt;br /&gt;</w:t>
        <w:br/>
        <w:t>у свою прозору пелену&lt;br /&gt;</w:t>
        <w:br/>
        <w:t>і кладе у вербову колисочку —&lt;br /&gt;</w:t>
        <w:br/>
        <w:t>свого пестунчика...&lt;br /&gt;</w:t>
        <w:br/>
        <w:t>…А тоді… а тоді…&lt;br /&gt;</w:t>
        <w:br/>
        <w:t>Зорі заграють у брязкальця,&lt;br /&gt;</w:t>
        <w:br/>
        <w:t>бабуся Ніч співатиме люлі,&lt;br /&gt;</w:t>
        <w:br/>
        <w:t>а місяць у колисці чеберятиме,&lt;br /&gt;</w:t>
        <w:br/>
        <w:t>поки виросте&lt;br /&gt;</w:t>
        <w:br/>
        <w:t>в повню.</w:t>
      </w:r>
    </w:p>
    <w:p>
      <w:r>
        <w:br/>
        <w:t>ПАМ’ЯТКИЙ ВЕЧІР</w:t>
      </w:r>
    </w:p>
    <w:p>
      <w:r>
        <w:br/>
        <w:t>Той пізній вечір дуже пам’яткий:&lt;br /&gt;</w:t>
        <w:br/>
        <w:t>між зорями виблискує жар-птиця,&lt;br /&gt;</w:t>
        <w:br/>
        <w:t>під яблунями ходять їжаки.&lt;br /&gt;</w:t>
        <w:br/>
        <w:t>Сопуть і ходять.&lt;br /&gt;</w:t>
        <w:br/>
        <w:t>Їм чомусь не спиться.</w:t>
      </w:r>
    </w:p>
    <w:p>
      <w:r>
        <w:br/>
        <w:t>Вони зітхають тільки:&lt;br /&gt;</w:t>
        <w:br/>
        <w:t>"ох" та "ах",&lt;br /&gt;</w:t>
        <w:br/>
        <w:t>коли цвіркун на скрипці зацигоче…&lt;br /&gt;</w:t>
        <w:br/>
        <w:t>Жар-птиці палять світло на зірках,&lt;br /&gt;</w:t>
        <w:br/>
        <w:t>а в їжаків такі блискучі очі!</w:t>
      </w:r>
    </w:p>
    <w:p>
      <w:r>
        <w:br/>
        <w:t>ХОХА</w:t>
      </w:r>
    </w:p>
    <w:p>
      <w:r>
        <w:br/>
        <w:t>Може, я сиджу й даремно,&lt;br /&gt;</w:t>
        <w:br/>
        <w:t>може, що й побачу.&lt;br /&gt;</w:t>
        <w:br/>
        <w:t>За вікном — нікого. Темно.&lt;br /&gt;</w:t>
        <w:br/>
        <w:t>Там лиш Хоха плаче.</w:t>
      </w:r>
    </w:p>
    <w:p>
      <w:r>
        <w:br/>
        <w:t>Так півночі десь никає&lt;br /&gt;</w:t>
        <w:br/>
        <w:t>у саду… В городі…&lt;br /&gt;</w:t>
        <w:br/>
        <w:t>Де буває — не буває,&lt;br /&gt;</w:t>
        <w:br/>
        <w:t>а все тільки в шкоді.</w:t>
      </w:r>
    </w:p>
    <w:p>
      <w:r>
        <w:br/>
        <w:t>Не нагримають на Хоху&lt;br /&gt;</w:t>
        <w:br/>
        <w:t>ні мама, ні тато.&lt;br /&gt;</w:t>
        <w:br/>
        <w:t>Через те вона нітрохи&lt;br /&gt;</w:t>
        <w:br/>
        <w:t>не йде ночувати.</w:t>
      </w:r>
    </w:p>
    <w:p>
      <w:r>
        <w:br/>
        <w:t>Гульма цілу ніч гуляє,&lt;br /&gt;</w:t>
        <w:br/>
        <w:t>до самої втоми…&lt;br /&gt;</w:t>
        <w:br/>
        <w:t>Може, Хоха і не знає,&lt;br /&gt;</w:t>
        <w:br/>
        <w:t>що я сама вдома?</w:t>
      </w:r>
    </w:p>
    <w:p>
      <w:r>
        <w:br/>
        <w:t>Х о х а — образ давнього українського фольклору. Хохою лякали дітей.</w:t>
      </w:r>
    </w:p>
    <w:p>
      <w:r>
        <w:br/>
        <w:t>ХОЛОДНА НІЧ</w:t>
      </w:r>
    </w:p>
    <w:p>
      <w:r>
        <w:br/>
        <w:t>Хлющать дощі — і тут, і вдалині.&lt;br /&gt;</w:t>
        <w:br/>
        <w:t>Громи стоять, як вартові, над ними.&lt;br /&gt;</w:t>
        <w:br/>
        <w:t>Щовечора лягає спати ніч&lt;br /&gt;</w:t>
        <w:br/>
        <w:t>під мокрими кущами горобини.</w:t>
      </w:r>
    </w:p>
    <w:p>
      <w:r>
        <w:br/>
        <w:t>На неї блима чорним оком птах,&lt;br /&gt;</w:t>
        <w:br/>
        <w:t>немовби то не око, а безодня.&lt;br /&gt;</w:t>
        <w:br/>
        <w:t>І зайчик іспросоння запитав:&lt;br /&gt;</w:t>
        <w:br/>
        <w:t>— Ти, мабуть, змерзла,&lt;br /&gt;</w:t>
        <w:br/>
        <w:t>що така холодна?</w:t>
      </w:r>
    </w:p>
    <w:p>
      <w:r>
        <w:br/>
        <w:t>СИДЬКО Й ТИНЬКО</w:t>
      </w:r>
    </w:p>
    <w:p>
      <w:r>
        <w:br/>
        <w:t>Сидько сидів, Тинько — тинявся.&lt;br /&gt;</w:t>
        <w:br/>
        <w:t>Сидько читав собі й сміявся.</w:t>
      </w:r>
    </w:p>
    <w:p>
      <w:r>
        <w:br/>
        <w:t>Аби ж сміявся тишком-нишком, —&lt;br /&gt;</w:t>
        <w:br/>
        <w:t>Тинько б не знав про тії книжки.</w:t>
      </w:r>
    </w:p>
    <w:p>
      <w:r>
        <w:br/>
        <w:t>А то сидить, немов на лихо,&lt;br /&gt;</w:t>
        <w:br/>
        <w:t>і просто лускає від сміху.</w:t>
      </w:r>
    </w:p>
    <w:p>
      <w:r>
        <w:br/>
        <w:t>Тинько і місця не знаходить —&lt;br /&gt;</w:t>
        <w:br/>
        <w:t>з кутка в куток все ходить, ходить…</w:t>
      </w:r>
    </w:p>
    <w:p>
      <w:r>
        <w:br/>
        <w:t>Вже геть не хочеться тинятись.&lt;br /&gt;</w:t>
        <w:br/>
        <w:t>І він сказав: "Давай мінятись!</w:t>
      </w:r>
    </w:p>
    <w:p>
      <w:r>
        <w:br/>
        <w:t>Іди ще ти, Сидьку, в Тиньки,&lt;br /&gt;</w:t>
        <w:br/>
        <w:t>а я читатиму книжки!"</w:t>
      </w:r>
    </w:p>
    <w:p>
      <w:r>
        <w:br/>
        <w:t>ПРОХОЖИЙ СЕРПЕНЬ</w:t>
      </w:r>
    </w:p>
    <w:p>
      <w:r>
        <w:br/>
        <w:t>Вже на троянді — лише спомин цвіту.&lt;br /&gt;</w:t>
        <w:br/>
        <w:t>До неї в гості не приходять маки.&lt;br /&gt;</w:t>
        <w:br/>
        <w:t>І наш Дніпро поплакує за літом,&lt;br /&gt;</w:t>
        <w:br/>
        <w:t>Я трішки помагаю йому плакать.</w:t>
      </w:r>
    </w:p>
    <w:p>
      <w:r>
        <w:br/>
        <w:t>Троянді — і незатишно, й нестерпно,&lt;br /&gt;</w:t>
        <w:br/>
        <w:t>Хоч сонце й зазирає їй у вічі.&lt;br /&gt;</w:t>
        <w:br/>
        <w:t>Куди ти чимчикуєш, друже Серпню?&lt;br /&gt;</w:t>
        <w:br/>
        <w:t>Хіба уже й спинити тебе нічим?</w:t>
      </w:r>
    </w:p>
    <w:p>
      <w:r>
        <w:br/>
        <w:t>Не чує Серпень. Він тепер — прохожий.&lt;br /&gt;</w:t>
        <w:br/>
        <w:t>Він знай біжить.. біжить... не набіжиться...&lt;br /&gt;</w:t>
        <w:br/>
        <w:t>Коли й вернувся б, то навряд чи зможе&lt;br /&gt;</w:t>
        <w:br/>
        <w:t>На літо ще хоч раз та подивиться.</w:t>
      </w:r>
    </w:p>
    <w:p>
      <w:r>
        <w:br/>
        <w:t>Бо на троянді — лише спомин цвіту.&lt;br /&gt;</w:t>
        <w:br/>
        <w:t>І маки так стоять, немов не маки.&lt;br /&gt;</w:t>
        <w:br/>
        <w:t>І наш Дніпро поплакує за літом, —&lt;br /&gt;</w:t>
        <w:br/>
        <w:t>Я трішки помагаю йому плакать.</w:t>
      </w:r>
    </w:p>
    <w:p>
      <w:r>
        <w:br/>
        <w:t>ЛЕЧУ У ВИРІЙ</w:t>
      </w:r>
    </w:p>
    <w:p>
      <w:r>
        <w:br/>
        <w:t>Полетіли аж за море&lt;br /&gt;</w:t>
        <w:br/>
        <w:t>і гусята, й лелечата.&lt;br /&gt;</w:t>
        <w:br/>
        <w:t>А чого б то нам за ними&lt;br /&gt;</w:t>
        <w:br/>
        <w:t>в теплий край не відлітати?</w:t>
      </w:r>
    </w:p>
    <w:p>
      <w:r>
        <w:br/>
        <w:t>Вже я був пішов до річки,&lt;br /&gt;</w:t>
        <w:br/>
        <w:t>щоб із нею попрощатись.&lt;br /&gt;</w:t>
        <w:br/>
        <w:t>Вже сказав своїй сестричці,&lt;br /&gt;</w:t>
        <w:br/>
        <w:t>що збираюсь відлітати.</w:t>
      </w:r>
    </w:p>
    <w:p>
      <w:r>
        <w:br/>
        <w:t>Почала вона для мене&lt;br /&gt;</w:t>
        <w:br/>
        <w:t>в небі хмарку вибирати:&lt;br /&gt;</w:t>
        <w:br/>
        <w:t>— Ти ж, Мишко, пиши частіше&lt;br /&gt;</w:t>
        <w:br/>
        <w:t>і мені, і мамі. Й тату!</w:t>
      </w:r>
    </w:p>
    <w:p>
      <w:r>
        <w:br/>
        <w:t>І який він, отой В и р і й ,&lt;br /&gt;</w:t>
        <w:br/>
        <w:t>де ти будеш зимувати?&lt;br /&gt;</w:t>
        <w:br/>
        <w:t>Чи там часто ходять в школу?&lt;br /&gt;</w:t>
        <w:br/>
        <w:t>Чи щодня, чи тільки в свято?</w:t>
      </w:r>
    </w:p>
    <w:p>
      <w:r>
        <w:br/>
        <w:t>— Не журись, — кажу сестричці, —&lt;br /&gt;</w:t>
        <w:br/>
        <w:t>опишу усе підряд.&lt;br /&gt;</w:t>
        <w:br/>
        <w:t>А коли листів не буде, —&lt;br /&gt;</w:t>
        <w:br/>
        <w:t>значить, вже лечу назад!</w:t>
      </w:r>
    </w:p>
    <w:p>
      <w:r>
        <w:br/>
        <w:t>ВЕРБА І ЧОВЕН</w:t>
      </w:r>
    </w:p>
    <w:p>
      <w:r>
        <w:br/>
        <w:t>Заснув старенький човен під вербою.&lt;br /&gt;</w:t>
        <w:br/>
        <w:t>Верба й собі — старенька, як зима:&lt;br /&gt;</w:t>
        <w:br/>
        <w:t>ніким не снить, а тільки що — собою.&lt;br /&gt;</w:t>
        <w:br/>
        <w:t>Старого човна в снах її — нема.</w:t>
      </w:r>
    </w:p>
    <w:p>
      <w:r>
        <w:br/>
        <w:t>А тільки й є: листочки та листочки,&lt;br /&gt;</w:t>
        <w:br/>
        <w:t>що падають на воду і в траву.&lt;br /&gt;</w:t>
        <w:br/>
        <w:t>Верба старенька досинає мовчки,&lt;br /&gt;</w:t>
        <w:br/>
        <w:t>а біля неї човничок заснув.</w:t>
      </w:r>
    </w:p>
    <w:p>
      <w:r>
        <w:br/>
        <w:t>ЩОСЬ ЗАЦВІТЕ</w:t>
      </w:r>
    </w:p>
    <w:p>
      <w:r>
        <w:br/>
        <w:t>Ще не було снігів. Ще тільки вітер&lt;br /&gt;</w:t>
        <w:br/>
        <w:t>в саду останнє яблучко гойдав.&lt;br /&gt;</w:t>
        <w:br/>
        <w:t>А прилетів горобчик і про квіти&lt;br /&gt;</w:t>
        <w:br/>
        <w:t>своїм горобенятам заспівав:</w:t>
      </w:r>
    </w:p>
    <w:p>
      <w:r>
        <w:br/>
        <w:t>"Вже аніде ні айстрочки немає,&lt;br /&gt;</w:t>
        <w:br/>
        <w:t>немає чорнобривця і гвоздики.&lt;br /&gt;</w:t>
        <w:br/>
        <w:t>Та скоро зацвіте щось, я не знаю,&lt;br /&gt;</w:t>
        <w:br/>
        <w:t>щось дуже-дуже біле і велике.</w:t>
      </w:r>
    </w:p>
    <w:p>
      <w:r>
        <w:br/>
        <w:t>Цвістиме день, цвістиме два, аж поки…&lt;br /&gt;</w:t>
        <w:br/>
        <w:t>Аж поки скільки хоч не нацвітеться…"&lt;br /&gt;</w:t>
        <w:br/>
        <w:t>Лоскоче вітер яблучко за боки —&lt;br /&gt;</w:t>
        <w:br/>
        <w:t>воно впаде і долі засміється.</w:t>
      </w:r>
    </w:p>
    <w:p>
      <w:r>
        <w:br/>
        <w:t>МАЛИЙ-МАЛЕНЬКИЙ СНІГ</w:t>
      </w:r>
    </w:p>
    <w:p>
      <w:r>
        <w:br/>
        <w:t>Малий-маленький сніг, біленький чудасій,&lt;br /&gt;</w:t>
        <w:br/>
        <w:t>на лаві у садку сідає відпочити.&lt;br /&gt;</w:t>
        <w:br/>
        <w:t>Він перший син Зими, він не такий, як всі,&lt;br /&gt;</w:t>
        <w:br/>
        <w:t>боїться він себе украй перетомити</w:t>
      </w:r>
    </w:p>
    <w:p>
      <w:r>
        <w:br/>
        <w:t>І я йому шепчу: "Ти, сніженьку, сиди&lt;br /&gt;</w:t>
        <w:br/>
        <w:t>і не літай кудись за вітром слідом!"&lt;br /&gt;</w:t>
        <w:br/>
        <w:t>А сніг недочува: "Куди? Куди? Куди?&lt;br /&gt;</w:t>
        <w:br/>
        <w:t>Я вперше тут, і я нікуди не поїду!</w:t>
      </w:r>
    </w:p>
    <w:p>
      <w:r>
        <w:br/>
        <w:t>Я краще полічу всім яблуням отут&lt;br /&gt;</w:t>
        <w:br/>
        <w:t>гілки, і гілочки, й тоненькі гілченята.&lt;br /&gt;</w:t>
        <w:br/>
        <w:t>А ще полоскочу я хвостика коту&lt;br /&gt;</w:t>
        <w:br/>
        <w:t>і крильця відбілю чорненьким галченятам.</w:t>
      </w:r>
    </w:p>
    <w:p>
      <w:r>
        <w:br/>
        <w:t>А потім ти гукнеш Олесю і Юрка,&lt;br /&gt;</w:t>
        <w:br/>
        <w:t>і станете ви всі мене гуртом качати.&lt;br /&gt;</w:t>
        <w:br/>
        <w:t>Й поставите собі Сніговика,&lt;br /&gt;</w:t>
        <w:br/>
        <w:t>щоб веселіше зиму зимувати..."</w:t>
      </w:r>
    </w:p>
    <w:p>
      <w:r>
        <w:br/>
        <w:t>І я сміюсь. Еге! Ну й балакучий сніг!&lt;br /&gt;</w:t>
        <w:br/>
        <w:t>Він справді не такий, як ті сніги усі.&lt;br /&gt;</w:t>
        <w:br/>
        <w:t>Він перший син Зими, що прилетів і ліг, —&lt;br /&gt;</w:t>
        <w:br/>
        <w:t>малий-маленький сніг, біленький чудасій.</w:t>
      </w:r>
    </w:p>
    <w:p>
      <w:r>
        <w:br/>
        <w:t>ХМАРЕЗНІ ХМАРИ</w:t>
      </w:r>
    </w:p>
    <w:p>
      <w:r>
        <w:br/>
        <w:t>Хмарезні хмари в небі за селом.&lt;br /&gt;</w:t>
        <w:br/>
        <w:t>А я пасу ті хмари, наче гуси.&lt;br /&gt;</w:t>
        <w:br/>
        <w:t>Я так не хочу, щоб це стало сном.&lt;br /&gt;</w:t>
        <w:br/>
        <w:t>Я навіть спати через це боюся.</w:t>
      </w:r>
    </w:p>
    <w:p>
      <w:r>
        <w:br/>
        <w:t>Хмарезні хмари йдуть через Дніпро&lt;br /&gt;</w:t>
        <w:br/>
        <w:t>і на воді, як гусоньки, сідають.&lt;br /&gt;</w:t>
        <w:br/>
        <w:t>Я так не хочу, щоб це стало сном.&lt;br /&gt;</w:t>
        <w:br/>
        <w:t>Я навіть їх додому завертаю.</w:t>
      </w:r>
    </w:p>
    <w:p>
      <w:r>
        <w:br/>
        <w:t>Гукаю їм: "Гиля-гиля-гиля!&lt;br /&gt;</w:t>
        <w:br/>
        <w:t>Дивіться, хмареня не загубіте!"&lt;br /&gt;</w:t>
        <w:br/>
        <w:t>Та я для них далеко, як земля, —&lt;br /&gt;</w:t>
        <w:br/>
        <w:t>їм слів моїх не перекаже вітер!</w:t>
      </w:r>
    </w:p>
    <w:p>
      <w:r>
        <w:br/>
        <w:t>ПРОЩАЙ, СНІЖИНКО!</w:t>
      </w:r>
    </w:p>
    <w:p>
      <w:r>
        <w:br/>
        <w:t>Прощай, сніжинко! Ти була красива.&lt;br /&gt;</w:t>
        <w:br/>
        <w:t>Ще краща, як торік твоя сестра.&lt;br /&gt;</w:t>
        <w:br/>
        <w:t>Ми ще зустрінемось на тую зиму.&lt;br /&gt;</w:t>
        <w:br/>
        <w:t>А цій зимі уже пора… Пора!</w:t>
      </w:r>
    </w:p>
    <w:p>
      <w:r>
        <w:br/>
        <w:t>Уже по неї човники приїхали.&lt;br /&gt;</w:t>
        <w:br/>
        <w:t>Вітрила білі видно там і тут.&lt;br /&gt;</w:t>
        <w:br/>
        <w:t>Сідайте, Зимо! Та сідайте ж, Віхоло!&lt;br /&gt;</w:t>
        <w:br/>
        <w:t>У вирій вас, як птаху, повезуть.</w:t>
      </w:r>
    </w:p>
    <w:p>
      <w:r>
        <w:br/>
        <w:t>Там будуть вам морози і льоди.&lt;br /&gt;</w:t>
        <w:br/>
        <w:t>І квіти зацвітуть вам біло й сиво…&lt;br /&gt;</w:t>
        <w:br/>
        <w:t>Прощай, сніжинко! Відлетиш і ти.&lt;br /&gt;</w:t>
        <w:br/>
        <w:t>Ми ще зустрінемось на тую зиму.</w:t>
      </w:r>
    </w:p>
    <w:p>
      <w:r>
        <w:br/>
        <w:t>МОЯ ЯЛИНКА</w:t>
      </w:r>
    </w:p>
    <w:p>
      <w:r>
        <w:br/>
        <w:t>Ялинко, Новий рік, а ти така сумна.&lt;br /&gt;</w:t>
        <w:br/>
        <w:t>Зірки гірляндами на сукні в тебе сяють.&lt;br /&gt;</w:t>
        <w:br/>
        <w:t>— Ой, дівчинко, нехай ця ніч хутчій мина,&lt;br /&gt;</w:t>
        <w:br/>
        <w:t>а то, гляди, мене ще знайдуть і зрубають.</w:t>
      </w:r>
    </w:p>
    <w:p>
      <w:r>
        <w:br/>
        <w:t>Ялинко, не журись!&lt;br /&gt;</w:t>
        <w:br/>
        <w:t>Осьо дивися — я.&lt;br /&gt;</w:t>
        <w:br/>
        <w:t>Ще й принесла тобі гостинців&lt;br /&gt;</w:t>
        <w:br/>
        <w:t>півторбинки.&lt;br /&gt;</w:t>
        <w:br/>
        <w:t>Тебе не продадуть. Ти ниньки вже моя.&lt;br /&gt;</w:t>
        <w:br/>
        <w:t>У мене не було ніколи ще ялинки.</w:t>
      </w:r>
    </w:p>
    <w:p>
      <w:r>
        <w:br/>
        <w:t>Такої, щоб в зірках. Живих.&lt;br /&gt;</w:t>
        <w:br/>
        <w:t>Аж мерехтять.&lt;br /&gt;</w:t>
        <w:br/>
        <w:t>Такої, щоб на ній сиділо дві сороки.&lt;br /&gt;</w:t>
        <w:br/>
        <w:t>І вчилися весь день&lt;br /&gt;</w:t>
        <w:br/>
        <w:t>так гарно промовлять:&lt;br /&gt;</w:t>
        <w:br/>
        <w:t>— Ял-линко, не жур-рись!&lt;br /&gt;</w:t>
        <w:br/>
        <w:t>Ял-линко, з Новим р-роком!</w:t>
      </w:r>
    </w:p>
    <w:p>
      <w:r>
        <w:br/>
        <w:t>ДЕ ХОДИТЬ КОЛЯДИН</w:t>
      </w:r>
    </w:p>
    <w:p>
      <w:r>
        <w:br/>
        <w:t>У лісі у нетемному,&lt;br /&gt;</w:t>
        <w:br/>
        <w:t>Де ходить Колядин,&lt;br /&gt;</w:t>
        <w:br/>
        <w:t>Літають білі янголи&lt;br /&gt;</w:t>
        <w:br/>
        <w:t>Між сосон і ялин.</w:t>
      </w:r>
    </w:p>
    <w:p>
      <w:r>
        <w:br/>
        <w:t>Шепочуться ялиноньки,&lt;br /&gt;</w:t>
        <w:br/>
        <w:t>Голівками хить-хить:&lt;br /&gt;</w:t>
        <w:br/>
        <w:t>Нарешті поріздвуємо!&lt;br /&gt;</w:t>
        <w:br/>
        <w:t>Вже цілий світ дзвенить!</w:t>
      </w:r>
    </w:p>
    <w:p>
      <w:r>
        <w:br/>
        <w:t>Як шурхотять тихесенько&lt;br /&gt;</w:t>
        <w:br/>
        <w:t>Крилята в янголят!&lt;br /&gt;</w:t>
        <w:br/>
        <w:t>А скільки позбігалося&lt;br /&gt;</w:t>
        <w:br/>
        <w:t>Зайчат і лисенят!</w:t>
      </w:r>
    </w:p>
    <w:p>
      <w:r>
        <w:br/>
        <w:t>Зірки вгорі поблискують —&lt;br /&gt;</w:t>
        <w:br/>
        <w:t>Ну чисто серпантин!&lt;br /&gt;</w:t>
        <w:br/>
        <w:t>Кладе різдвяну стежечку&lt;br /&gt;</w:t>
        <w:br/>
        <w:t>Дідуньо Колядин.</w:t>
      </w:r>
    </w:p>
    <w:p>
      <w:r>
        <w:br/>
        <w:t>А я ступаю нищечком,&lt;br /&gt;</w:t>
        <w:br/>
        <w:t>Аби не зарипіть.&lt;br /&gt;</w:t>
        <w:br/>
        <w:t>Якщо мене побачите,&lt;br /&gt;</w:t>
        <w:br/>
        <w:t>То мамі не кажіть!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Лечу у вирій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