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Ландвійт скинувся</w:t>
      </w:r>
    </w:p>
    <w:p>
      <w:r>
        <w:br/>
        <w:t xml:space="preserve"> &lt;p&gt;І в. Бурблеві на спомин</w:t>
      </w:r>
    </w:p>
    <w:p>
      <w:r>
        <w:br/>
        <w:t>Перед корчмою стояли завалівці та й балакали.</w:t>
      </w:r>
    </w:p>
    <w:p>
      <w:r>
        <w:br/>
        <w:t>— Хто ж би був гадав, що ландвійт та й сам скинеться.</w:t>
      </w:r>
    </w:p>
    <w:p>
      <w:r>
        <w:br/>
        <w:t>— Сам не сам. Може, наказали? Де ви бачили, щоби від меду та й відставав хто!</w:t>
      </w:r>
    </w:p>
    <w:p>
      <w:r>
        <w:br/>
        <w:t>— Та й мід нудкий.</w:t>
      </w:r>
    </w:p>
    <w:p>
      <w:r>
        <w:br/>
        <w:t>— Але не для Романишиних.</w:t>
      </w:r>
    </w:p>
    <w:p>
      <w:r>
        <w:br/>
        <w:t>— А ще й муха тне.</w:t>
      </w:r>
    </w:p>
    <w:p>
      <w:r>
        <w:br/>
        <w:t>— Не знаєте, то не кажіть. Був люстратор з повіту та й величав ландвійта на всю губу.</w:t>
      </w:r>
    </w:p>
    <w:p>
      <w:r>
        <w:br/>
        <w:t>— Се небагато коштує, не більше як 25 срібних.</w:t>
      </w:r>
    </w:p>
    <w:p>
      <w:r>
        <w:br/>
        <w:t>— Що коштує, то коштує, але вже ж його не всилував люстратор скидатися, коли гроші від него взяв.</w:t>
      </w:r>
    </w:p>
    <w:p>
      <w:r>
        <w:br/>
        <w:t>— Знак тому, що ні, але якась причина мусила бути. Вибір дорого коштував, нема ще року, а тут диви — та й скинувся.</w:t>
      </w:r>
    </w:p>
    <w:p>
      <w:r>
        <w:br/>
        <w:t>— Не знаю, що вам до того. Послухайте, що я вам скажу. Я не люблю кождого, хто з буком.ходить. Староста — поляк і судія — пОляк; адвокат і геометер — жиди; жандарм і посесор— жиди; війт, хоч русин,—то хрунь, а радні, хоч русини,— то підсвинки. Один другому палицю передають, а все на кого — на хлопа. Чи лях б'є, чи жид б'є, чи хрунь б'є — все одно,' бо все болить. А хто кому палицю передав, а що ж мені до того? Мене все бV&lt;a^e боліти. Справедливий русин живе на те, щоби платити податок, давати рекрута та й підставляти плечі під бук.</w:t>
      </w:r>
    </w:p>
    <w:p>
      <w:r>
        <w:br/>
        <w:t>• — Таже Дацко все був диштифрант, хто ж би йому противився?</w:t>
      </w:r>
    </w:p>
    <w:p>
      <w:r>
        <w:br/>
        <w:t>— Ви, Рубчак, можете також мовчати. — А чо' ж я маю мовчати?</w:t>
      </w:r>
    </w:p>
    <w:p>
      <w:r>
        <w:br/>
        <w:t>— Бо ви так само не станете ландвійтом, як би й я, а то най сі журяться, кому інтерес.</w:t>
      </w:r>
    </w:p>
    <w:p>
      <w:r>
        <w:br/>
        <w:t>— Ви ауанадто розумні.</w:t>
      </w:r>
    </w:p>
    <w:p>
      <w:r>
        <w:br/>
        <w:t>— Але він правду каже.</w:t>
      </w:r>
    </w:p>
    <w:p>
      <w:r>
        <w:br/>
        <w:t>На тс надійшли два брати Воробці, а з ними Лисак, усі три — багачики. Махнули рукою на десятника та й посунули в корчму.</w:t>
      </w:r>
    </w:p>
    <w:p>
      <w:r>
        <w:br/>
        <w:t>— От сі — то раз,— говорив Дацко.— Сим4то й журба іпіср: вони вже й тогід водилися залоб з Романишиними.</w:t>
      </w:r>
    </w:p>
    <w:p>
      <w:r>
        <w:br/>
        <w:t>Тим часом багачики засіли у ванькирі, казали собі дати нива, а десятникові цілого оселедця й чвертку руму та й заморгають йому голову, буцімто наймуть його їхати до Львова " сіном.</w:t>
      </w:r>
    </w:p>
    <w:p>
      <w:r>
        <w:br/>
        <w:t>Як уже десятник поглодав ості і облизав пальці та й ді-гтав пива, тоді почали багачики говорити про ландвійта, так, якби десятника й не було межи ними.</w:t>
      </w:r>
    </w:p>
    <w:p>
      <w:r>
        <w:br/>
        <w:t>— Я чув таке,— почав Лисак,— що Романишин таку лише штуку втяв, бо хоче, щоби його просити, а ландвійтом то він лишиться.</w:t>
      </w:r>
    </w:p>
    <w:p>
      <w:r>
        <w:br/>
        <w:t>— Ба, а якби не просили, якби так хтось другий підсунувся? Романишин не дурний.</w:t>
      </w:r>
    </w:p>
    <w:p>
      <w:r>
        <w:br/>
        <w:t>— Я таке чув від професора, а професор — перший приятель Романишиному.</w:t>
      </w:r>
    </w:p>
    <w:p>
      <w:r>
        <w:br/>
        <w:t>— Перший собі, а другий Романишиному. Мені не треба професора при тім. Якби хто сказав, через що Романишин скинувся, я вже більше не хочу знати. Бо як знаєш, від чого йде, то можеш знати, до чого йде. Добре я кажу?</w:t>
      </w:r>
    </w:p>
    <w:p>
      <w:r>
        <w:br/>
        <w:t>— Та добре, але нема такого, аби се слово знав. Професор каже, що не знає. А вже як Лейба не знає та й десятник не знає — то вже не може ніхто знати.</w:t>
      </w:r>
    </w:p>
    <w:p>
      <w:r>
        <w:br/>
        <w:t>— Лейба як Лейба, але десятник! Чи добре я кажу?</w:t>
      </w:r>
    </w:p>
    <w:p>
      <w:r>
        <w:br/>
        <w:t>— Ні, ви не добре кажете, бо десятник не може сего знати, що знають тамті оба.</w:t>
      </w:r>
    </w:p>
    <w:p>
      <w:r>
        <w:br/>
        <w:t>— А ви ж питали професора?</w:t>
      </w:r>
    </w:p>
    <w:p>
      <w:r>
        <w:br/>
        <w:t>— Питав, а він зразу зацукався та й став гей фізик, а далі каже: "Так він вас дурить, бо хоче, щоби просили".</w:t>
      </w:r>
    </w:p>
    <w:p>
      <w:r>
        <w:br/>
        <w:t>— А Лейба як казав?</w:t>
      </w:r>
    </w:p>
    <w:p>
      <w:r>
        <w:br/>
        <w:t>Жид нічого не знає, а далі каже, що се може лиш десятник знати, бо він,— каже,— у ландвійта і днює, і ночує і ландвійт,— каже,— собі так не вірить, як десятникові.</w:t>
      </w:r>
    </w:p>
    <w:p>
      <w:r>
        <w:br/>
        <w:t>— Ба, коли й десятник не знає. Правда, татусю, що не знаєте? Чи добре я кажу? Ми собі вже говорили: чого ніхто в селі не знає, те десятник вам повість, але й ви тепер не знаєте. Чи добре я кажу?</w:t>
      </w:r>
    </w:p>
    <w:p>
      <w:r>
        <w:br/>
        <w:t>— А хто ж мене питав, хто вам казав?</w:t>
      </w:r>
    </w:p>
    <w:p>
      <w:r>
        <w:br/>
        <w:t>— Писар. —</w:t>
      </w:r>
    </w:p>
    <w:p>
      <w:r>
        <w:br/>
        <w:t>— А хто ж би такому пиякові сказав коли правду?</w:t>
      </w:r>
    </w:p>
    <w:p>
      <w:r>
        <w:br/>
        <w:t>Е, ви розумний чоловік, знаєте, як і щож говорити з ким. Вам не тра казати.</w:t>
      </w:r>
    </w:p>
    <w:p>
      <w:r>
        <w:br/>
        <w:t>— На то мене люди мають за люди. Може, я не служу громаді? Таже служу. І най там хто буде ландвійтом, то не може на мене наставати, бо я дурно хліба не їм. А якби я так не дивився, що до-кого та й як, то треба колись відгавкати. А нащо мені такого?</w:t>
      </w:r>
    </w:p>
    <w:p>
      <w:r>
        <w:br/>
        <w:t>Правда, правда, ви старий чоловік і вас не треба</w:t>
      </w:r>
    </w:p>
    <w:p>
      <w:r>
        <w:br/>
        <w:t>вчити.</w:t>
      </w:r>
    </w:p>
    <w:p>
      <w:r>
        <w:br/>
        <w:t>— Шкода, що не знаєте того,, чого мені треба. Ви знаєте, з ким говорите, татусюг</w:t>
      </w:r>
    </w:p>
    <w:p>
      <w:r>
        <w:br/>
        <w:t>— А я ж би чому не знав? Бігме, знаю.</w:t>
      </w:r>
    </w:p>
    <w:p>
      <w:r>
        <w:br/>
        <w:t>— То може, скажете,, га?</w:t>
      </w:r>
    </w:p>
    <w:p>
      <w:r>
        <w:br/>
        <w:t>— Вам скажу.</w:t>
      </w:r>
    </w:p>
    <w:p>
      <w:r>
        <w:br/>
        <w:t>— Ану. вип'ємо ще; кінчіть-но— свою гальбу. Та й я вам того не забуду. Хто знає, може, вам тепер придасться до мене.</w:t>
      </w:r>
    </w:p>
    <w:p>
      <w:r>
        <w:br/>
        <w:t>— І я так гадаю, що придасться. Для того я з вами говорю.</w:t>
      </w:r>
    </w:p>
    <w:p>
      <w:r>
        <w:br/>
        <w:t>— Через що ж він скинувся?</w:t>
      </w:r>
    </w:p>
    <w:p>
      <w:r>
        <w:br/>
        <w:t>— Через бабу.</w:t>
      </w:r>
    </w:p>
    <w:p>
      <w:r>
        <w:br/>
        <w:t>— Та через свою?</w:t>
      </w:r>
    </w:p>
    <w:p>
      <w:r>
        <w:br/>
        <w:t>— А через чию ж? Він з чужими собі не заходить.</w:t>
      </w:r>
    </w:p>
    <w:p>
      <w:r>
        <w:br/>
        <w:t>— А що ж їй бракувало, як по руках її цілують? Не хотіла бути ландвійтихою?</w:t>
      </w:r>
    </w:p>
    <w:p>
      <w:r>
        <w:br/>
        <w:t>— А видите, що найшлася і така. Поміж бабами всіляка віра. Не вгадаєш.</w:t>
      </w:r>
    </w:p>
    <w:p>
      <w:r>
        <w:br/>
        <w:t>— Таже невгадно. Але як то було? Ви мали чути?</w:t>
      </w:r>
    </w:p>
    <w:p>
      <w:r>
        <w:br/>
        <w:t>— І чув, і видів. То так було. Як прощався з русинами судія Ромко в Народнім домі, бо йшов на інший суд, то ланд-війт, і вона, і професор їздили всі троє на одній фірі, а мене взяли за погонича. Забавлялися вони, кілько забавлялися, і мені кельнер виносив пару раз, а нарешті вийшли всі троє на підсінє. Ландвійтиха кудись там поза вози засунулася, а професор до него: "Що мені з їх вина та й пива; ходіть, Дмитруню, шарнемо собі оковитки або руму на бесерунок". Правда, що недовго були і не дуже прийшли п'яні, але ландвійтиха сидить на возі та й кленеся, що мусить раз тому дати лад, бо професор ландвійта на всьо зле наводить.</w:t>
      </w:r>
    </w:p>
    <w:p>
      <w:r>
        <w:br/>
        <w:t>— Вона святу правду казала..</w:t>
      </w:r>
    </w:p>
    <w:p>
      <w:r>
        <w:br/>
        <w:t>— Правду чи неправду, але як вони прийшли, то ландвійтиха хоч би одно слово вимовила. Сама в собі з'їдалася... Дорога погана, бо ні возом, ні саньми, та й треба їхати нога за ногою... Взяли професор та й ландвійт судити тих панів, що з ними забавлялися, а найбільше городиславського професора за його бесіду до Ромка. Ніби городиславський професор казав перед собором, що деякі з професорів, щоби мали помагати, то вони псують Ромкову роботу, бо притягають село до горівки та й до фальшивих, виборів.</w:t>
      </w:r>
    </w:p>
    <w:p>
      <w:r>
        <w:br/>
        <w:t>— Се було до нашого Качурковського та й справедливо.</w:t>
      </w:r>
    </w:p>
    <w:p>
      <w:r>
        <w:br/>
        <w:t>— Не знаю, до кого було, але казав Качурковський, що до самої смерті буде на городиславського писати листи ло пана старости, поки його хліба не позбавить. Та й на тім іамовк, лиш зубами заскреготав, як жорнами. Але по хвилі іачинає Дмитро герштикатися. Вона його відтрутила раз та й другий раз, аж він розсердився.</w:t>
      </w:r>
    </w:p>
    <w:p>
      <w:r>
        <w:br/>
        <w:t>— Вже я,— каже,— виджу, що не буде мені житя з моєю жінкою.</w:t>
      </w:r>
    </w:p>
    <w:p>
      <w:r>
        <w:br/>
        <w:t>На се Дмитриха підскочила.</w:t>
      </w:r>
    </w:p>
    <w:p>
      <w:r>
        <w:br/>
        <w:t>— Що ти говориш? — питаєся.</w:t>
      </w:r>
    </w:p>
    <w:p>
      <w:r>
        <w:br/>
        <w:t>— Не буде мені житя з тобою,— каже ландвійт другий раз.</w:t>
      </w:r>
    </w:p>
    <w:p>
      <w:r>
        <w:br/>
        <w:t>— Тому, що на возі при людях не даю себе щипати?</w:t>
      </w:r>
    </w:p>
    <w:p>
      <w:r>
        <w:br/>
        <w:t>— Ей ні, але так мені житя з тобою не буде.</w:t>
      </w:r>
    </w:p>
    <w:p>
      <w:r>
        <w:br/>
        <w:t>— Так, як мені з моєю,— каже Качурковський.</w:t>
      </w:r>
    </w:p>
    <w:p>
      <w:r>
        <w:br/>
        <w:t>А ландвійтиху взяв жаль за серце, та й говорить вона:</w:t>
      </w:r>
    </w:p>
    <w:p>
      <w:r>
        <w:br/>
        <w:t>— Неправда твоя. Я в тебе не три угли тримаю, але всі чотири. Чи ти знаєш, що діється в хаті, що в стайні, а що на полі? Ой, бігме, не знаєш. Таже я другий рік з тобою живу* а за той час я сама ряд даю, я з курми разом устаю, щоби твого добра пантрувати і остатна лягаю, бо ще твої діти обходжу. Рідна мама не була для них така, як я, бо рідна мама вдарить, а я боюся. А від тебе я не маю того, що за нігтем, бо я свого добра поназношувала до тебе. Таже нині не найдеш навіть такої наймички,* щоби тобі за самий харч служила.</w:t>
      </w:r>
    </w:p>
    <w:p>
      <w:r>
        <w:br/>
        <w:t>— Ай, бо робітниця.з неї. Ех, коби мені така жінка, я би з нею півсела придбав.</w:t>
      </w:r>
    </w:p>
    <w:p>
      <w:r>
        <w:br/>
        <w:t>— А ти мені,— каже Дмитриха,— до того харчу не додаш свого серця ні крішки за мою працю. Таж-но порахуй, що ти мені не принаймив нікого, а вас з наймитом осьмеро челяді в хаті, бо ще й твоя мама при тобі, що також лише готовому дивиться. Може, хто сперечить?</w:t>
      </w:r>
    </w:p>
    <w:p>
      <w:r>
        <w:br/>
        <w:t>— Ти правду кажеш, але мені житя з тобою не буде.</w:t>
      </w:r>
    </w:p>
    <w:p>
      <w:r>
        <w:br/>
        <w:t>— Так, як мені з моєю, Дмитруню,— доповідає Качурковський.</w:t>
      </w:r>
    </w:p>
    <w:p>
      <w:r>
        <w:br/>
        <w:t>— Агі на тебе., чоловіче. А ви, Качурковський, мовчіть, поки терплю, поки вам добре. Що з тобою, Дмитре? — каже знов до чоловіка.— Таже рахуй, що я маю лиш осьмеро шматя кождого тижня випрати, та й не раз треба вас обшити і облатати... А може, не знаю до людей губи втворити? Не бійся: був ти з панами, то правда* але ш я прийму тобі в хаті чи попа, чи панів, та й, певне, сорому не наїв .би ся за ;мене. І зварити для них умію, і честь віддати, і побалакати, як належить.,,. Може,, лабаля маю на той^час, як ти пропадаєш днями й ночами? Не бійся, ні. Присягати можу і в суді на хрест, і шід Ромкогву ири"сягу можу шти, і в церкві на євангеліє можу присягати— Правда, я мала жандарма, що ходив до меле, бо одно, що кров іще в мене грає, а друге, що обіцяв зо мною женитися. Але тобі до того зась, бо я тебе також не питаю, що ти робив перед шлюбом. А за мене ти міг чути, бо Заярків не за горами.</w:t>
      </w:r>
    </w:p>
    <w:p>
      <w:r>
        <w:br/>
        <w:t>— Та що там говорити,— каже Дмитро,— був хабаль, то був, а було два, то було два, я тим не журюся.</w:t>
      </w:r>
    </w:p>
    <w:p>
      <w:r>
        <w:br/>
        <w:t>— За що ти мене маєш,— каже ландвійтиха,— я не така негідниця, як Качурковський, що має дві жінці.</w:t>
      </w:r>
    </w:p>
    <w:p>
      <w:r>
        <w:br/>
        <w:t>А Качурковський вам мовчить, ані пари з рота.</w:t>
      </w:r>
    </w:p>
    <w:p>
      <w:r>
        <w:br/>
        <w:t>— Я давала жандармові,— каже Дмитриха,— гроші, я,— каже,— пропила з ним яких ЗО срібних та й чекала часу. Але як час минає, а він не жениться, я поклонилася вахмай-строві з дарунком та й питаюся, щоби сказав по правді. Ей, як я вже знала всьо, що жандармові ще десять років не вольно женитися, тоді я свого любчика та й у лице і з одного боку, і з другого та й за двері в сіни, а з сіней надвір. Та й ще за ворота гонила, як пса. Най я сором маю, але най він стиду наїсться.</w:t>
      </w:r>
    </w:p>
    <w:p>
      <w:r>
        <w:br/>
        <w:t>— То всьо фрашки, але мені не буде з тобою житя,— промовляє Дмитро.</w:t>
      </w:r>
    </w:p>
    <w:p>
      <w:r>
        <w:br/>
        <w:t>— Ей, мовчи, небоже, або зараз мені кажи, задля чого нема тобі житя зо мною.</w:t>
      </w:r>
    </w:p>
    <w:p>
      <w:r>
        <w:br/>
        <w:t>— Не знаю, але не буде.</w:t>
      </w:r>
    </w:p>
    <w:p>
      <w:r>
        <w:br/>
        <w:t>— Як не знаєш, то мовчи.</w:t>
      </w:r>
    </w:p>
    <w:p>
      <w:r>
        <w:br/>
        <w:t>— Так мені буде, як мому приятелеві пану Качур-ковському.</w:t>
      </w:r>
    </w:p>
    <w:p>
      <w:r>
        <w:br/>
        <w:t>— А на ж тобі за се слово! — та й як трісне його в лице— аж я підскочив. Ландвійта в лице — при людях! — Мало тобі,— каже,— маєш другий раз! — Та й як лопне, аж меці у вухах ляснуло.— За то,— каже,— що хочеш з мене зробити Качурковську...-— А Дмитро ані пікнув. Я ще такого твердого чоловіка не бачив. Я гадав, що він уб'є її, що віз переверне, а він — як з каміня... І вже я від него не чув ані півслова аж до самого дому та й дома за цілий день.</w:t>
      </w:r>
    </w:p>
    <w:p>
      <w:r>
        <w:br/>
        <w:t>Але Качурковський замішався до них.</w:t>
      </w:r>
    </w:p>
    <w:p>
      <w:r>
        <w:br/>
        <w:t>— Ви, мамусю, не бийте,— каже,— чоловіка та й навіть не дивуйтеся його бесіді, бо то якось так заболить одного коло серця, та й нема йому житя, Я на своє окате опудало не можу дивитися, хоч воно золоте буде, хоч мене заріжете*</w:t>
      </w:r>
    </w:p>
    <w:p>
      <w:r>
        <w:br/>
        <w:t>— Ти, чорте з болота, мовчи! Ти мені чоловіка розпиячив, на нінащо його зводиш, а тепер наважився житє нам збавити? Ах, душогубе!</w:t>
      </w:r>
    </w:p>
    <w:p>
      <w:r>
        <w:br/>
        <w:t>— Ей, мамусю,— каже професор,— таж я душі ніякої не згубив, чого мене так називаєте?</w:t>
      </w:r>
    </w:p>
    <w:p>
      <w:r>
        <w:br/>
        <w:t>— А свою, та й жінчину, та й Явдохи!.. Що то пан мужикові ворог лютий. Вже всьо від нас забрали, та й мусите и се брати, що чоловікові наймиліше? Свої панни зберігаєте, а мужицьким дівкам вінка збавляєте? Вже я надивилася у попа. Там паничі до паннів приїздили та й водилися з ними по цілих днях, а вечорами по сему за дівками або піддячий приводив їм у садок. А. попович так само: привіз собі панну до батька і вженився потому з нею, але за тих два роки, ніж шлюб з нею взяв, то одній мужицькій дівці мусив дати корову за вінок, а що тихцем пішло, то лиш піддячий знає та й він. Вам ще лиш одного бракує, щоби пані любилася, а мужичка щоби за неї діти родила.</w:t>
      </w:r>
    </w:p>
    <w:p>
      <w:r>
        <w:br/>
        <w:t>А ти, пане, не хочеш своєї жінки шанувати — твоя воля. Ллє чому'ти не шукаєш собі потіхи у другої пані, лише у мужички Явдохи? Знов заношуєте своє свинство межи нас, мужиків. Лиш я не дам свому слабувати на панську слабість. Як я йому ґаздиня, як ми собі присягали, має бути по-божому, а ні — то на чотири вітри, я в один бік, а ти в другий.</w:t>
      </w:r>
    </w:p>
    <w:p>
      <w:r>
        <w:br/>
        <w:t>— Мамусю, я вам кажу, що то чари. На мене хтось кинув чари та й на вашого Дмитра.</w:t>
      </w:r>
    </w:p>
    <w:p>
      <w:r>
        <w:br/>
        <w:t>— На, маєш Дмитрові чари в твоє погане лице!..— та й як му заїхала в щетину, аж мене тевкнув, бо він до мене сидів плечима, а до них лицем. Він там пірвався до неї, а вона другий раз трас та й каже:— Семене, стійте!</w:t>
      </w:r>
    </w:p>
    <w:p>
      <w:r>
        <w:br/>
        <w:t>— Чиї коні, того правда,— кажу. Птрр... та й став.</w:t>
      </w:r>
    </w:p>
    <w:p>
      <w:r>
        <w:br/>
        <w:t>— Гайда, злази мені з фіри, антихристе, та й не переступай мого порога в хату, бо мені кримінал, а тобі смерть.</w:t>
      </w:r>
    </w:p>
    <w:p>
      <w:r>
        <w:br/>
        <w:t>Качурковський воркотить, а вона його хап, як оберемок соломи, та й, як був у толубі, струтила його з воза, а мені каже гонити. Він біжить за возом, але де там! Кожух тяжкий, а я гоню. Він ще закричав до Дмитра, щоби прийшов до него рано, але Дмитро мовчав.</w:t>
      </w:r>
    </w:p>
    <w:p>
      <w:r>
        <w:br/>
        <w:t>— Ей, таж вона баба, як грім; яка люта, така моцна. Чи добре я кажу?</w:t>
      </w:r>
    </w:p>
    <w:p>
      <w:r>
        <w:br/>
        <w:t>— Щастє, що місяць світив, бо хто знає, чи був би Качурковський тої півтори милі приповзався додому та —й були би мене за свідка тягали, якби був загиб.</w:t>
      </w:r>
    </w:p>
    <w:p>
      <w:r>
        <w:br/>
        <w:t>— А то він тоді приліз пізно додому та й не вчив у школі.</w:t>
      </w:r>
    </w:p>
    <w:p>
      <w:r>
        <w:br/>
        <w:t>— Але з Дмитром що було! Приїхали ми, а він пустив з себе пару. Я гадав, що тепер зробить лаидвійтисі суд, а він каже, що мусить іти до Качурковського. Але вона не дурна... "Поступлю я тобі тепер, то вже твоє буде верхи мого, а там би ти, може, і бити зважився. Ні. Гей, Семене, визуйте його". Що було робити? Кажу я: "Ландвійте, наставте ногу, бо буде і вам, і мені!" Визув я його, вона сховала чоботи та й каже: "Продам коралі, продам свою хату в Заяркові, а ти в касі гроші заложи і маєш мені скинутися з війтівства. Не будеш ландвійтом, то будеш порядний ґазда, бо професор, і писар, і всі лайдаки покинуть тебе".</w:t>
      </w:r>
    </w:p>
    <w:p>
      <w:r>
        <w:br/>
        <w:t>— Та й продала хату в Заяркові, продала, то правда. Я торгував для сина або й на гиндель, а жид купив на корчму.</w:t>
      </w:r>
    </w:p>
    <w:p>
      <w:r>
        <w:br/>
        <w:t>— І Дмитро не пускає жадної штуки, він ландвійтом уже не буде. Не на те гроші в касі заложив.</w:t>
      </w:r>
    </w:p>
    <w:p>
      <w:r>
        <w:br/>
        <w:t>— А чорні штани кравець йому пошив; таж сім років уже війтував, уже на восьмий. Як же тепер він піде у чорних штанах жати? Таж тріснуть йому в кроці, ніж один сніп зв'яже.</w:t>
      </w:r>
    </w:p>
    <w:p>
      <w:r>
        <w:br/>
        <w:t>— Ей, куди йому до того. Йому вже й мозолі з рук злізли.</w:t>
      </w:r>
    </w:p>
    <w:p>
      <w:r>
        <w:br/>
        <w:t>— Не бійся, поростуть наново. Хто таку бабу має, той мусить з мозолями в домовину піти.</w:t>
      </w:r>
    </w:p>
    <w:p>
      <w:r>
        <w:br/>
        <w:t>— Але маєток не розлізеся. Щось Дмитро і дітям лишить, у домовину йдучи. Чи добре я кажу?</w:t>
      </w:r>
    </w:p>
    <w:p>
      <w:r>
        <w:br/>
        <w:t>— На всьо божа воля, а ми можемо ще випити пива або гараку.</w:t>
      </w:r>
    </w:p>
    <w:p>
      <w:r>
        <w:br/>
        <w:t>— Хіба вип'єм гараку на кінець, бо там надворі добра студінь.</w:t>
      </w:r>
    </w:p>
    <w:p>
      <w:r>
        <w:br/>
        <w:t>І подав їм Лейба чвертку гараку.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Ландвійт скинувся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