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 belle dame sans merci</w:t>
      </w:r>
    </w:p>
    <w:p>
      <w:r>
        <w:br/>
        <w:t xml:space="preserve"> "Нещасний, чом ти помарнів,&lt;br /&gt;</w:t>
        <w:br/>
        <w:t>Чом день у день блукаєш сам?&lt;br /&gt;</w:t>
        <w:br/>
        <w:t>Зів'яв комиш, у лісі змовк&lt;br /&gt;</w:t>
        <w:br/>
        <w:t>Пташиний гам.</w:t>
      </w:r>
    </w:p>
    <w:p>
      <w:r>
        <w:br/>
        <w:t>Нещасний, що тебе в'ялить,&lt;br /&gt;</w:t>
        <w:br/>
        <w:t>Чому ти сохнеш, як трава?&lt;br /&gt;</w:t>
        <w:br/>
        <w:t>Набила білка свій ванькир,&lt;br /&gt;</w:t>
        <w:br/>
        <w:t>Пройшли жнива.</w:t>
      </w:r>
    </w:p>
    <w:p>
      <w:r>
        <w:br/>
        <w:t>Я бачу лілію бліду&lt;br /&gt;</w:t>
        <w:br/>
        <w:t>Твого чола, де жар і піт;&lt;br /&gt;</w:t>
        <w:br/>
        <w:t>Жовтіє на щоках твоїх&lt;br /&gt;</w:t>
        <w:br/>
        <w:t>Рожевий цвіт".</w:t>
      </w:r>
    </w:p>
    <w:p>
      <w:r>
        <w:br/>
        <w:t>"Зустрів я панну у лугах,&lt;br /&gt;</w:t>
        <w:br/>
        <w:t>Красу гаїв, дитину фей;&lt;br /&gt;</w:t>
        <w:br/>
        <w:t>З-під довгих локонів палав&lt;br /&gt;</w:t>
        <w:br/>
        <w:t>Огонь очей.</w:t>
      </w:r>
    </w:p>
    <w:p>
      <w:r>
        <w:br/>
        <w:t>Я вбрав ту панну у квітки&lt;br /&gt;</w:t>
        <w:br/>
        <w:t>Від голови до білих ніг;&lt;br /&gt;</w:t>
        <w:br/>
        <w:t>Кохання в погляді її&lt;br /&gt;</w:t>
        <w:br/>
        <w:t>Я постеріг.</w:t>
      </w:r>
    </w:p>
    <w:p>
      <w:r>
        <w:br/>
        <w:t>Я посадив її в сідло&lt;br /&gt;</w:t>
        <w:br/>
        <w:t>I біля неї все забув,&lt;br /&gt;</w:t>
        <w:br/>
        <w:t>Бо дивну співанку із уст&lt;br /&gt;</w:t>
        <w:br/>
        <w:t>її почув.</w:t>
      </w:r>
    </w:p>
    <w:p>
      <w:r>
        <w:br/>
        <w:t>Вона для мене дикий мед,&lt;br /&gt;</w:t>
        <w:br/>
        <w:t>Солодкий корінь добула;&lt;br /&gt;</w:t>
        <w:br/>
        <w:t>В її нечуваних словах&lt;br /&gt;</w:t>
        <w:br/>
        <w:t>Любов була.</w:t>
      </w:r>
    </w:p>
    <w:p>
      <w:r>
        <w:br/>
        <w:t>Вона ввела мене в свій грот,&lt;br /&gt;</w:t>
        <w:br/>
        <w:t>I сум їй серце огорнув,&lt;br /&gt;</w:t>
        <w:br/>
        <w:t>I поцілунком дикий зір&lt;br /&gt;</w:t>
        <w:br/>
        <w:t>Я їй зімкнув.</w:t>
      </w:r>
    </w:p>
    <w:p>
      <w:r>
        <w:br/>
        <w:t>Ми спали поряд у моху,&lt;br /&gt;</w:t>
        <w:br/>
        <w:t>I там я сон побачив... Ах!&lt;br /&gt;</w:t>
        <w:br/>
        <w:t>Останній мій, останній сон&lt;br /&gt;</w:t>
        <w:br/>
        <w:t>У цих лугах!</w:t>
      </w:r>
    </w:p>
    <w:p>
      <w:r>
        <w:br/>
        <w:t>Я бачив пишних вояків,&lt;br /&gt;</w:t>
        <w:br/>
        <w:t>Блідих, як смерть, легких, як мла;&lt;br /&gt;</w:t>
        <w:br/>
        <w:t>Я чув: "La belle dame sans merci&lt;br /&gt;</w:t>
        <w:br/>
        <w:t>Тебе звела".</w:t>
      </w:r>
    </w:p>
    <w:p>
      <w:r>
        <w:br/>
        <w:t>Я бачив висохлі уста,&lt;br /&gt;</w:t>
        <w:br/>
        <w:t>В яких темнів і зяяв жах,&lt;br /&gt;</w:t>
        <w:br/>
        <w:t>I я прочнувсь, і опинивсь&lt;br /&gt;</w:t>
        <w:br/>
        <w:t>У цих лугах.</w:t>
      </w:r>
    </w:p>
    <w:p>
      <w:r>
        <w:br/>
        <w:t>Тому-то я й зостався тут,&lt;br /&gt;</w:t>
        <w:br/>
        <w:t>Тому й блукаю в полі сам,&lt;br /&gt;</w:t>
        <w:br/>
        <w:t>Хоч голо скрізь і в лісі змовк&lt;br /&gt;</w:t>
        <w:br/>
        <w:t>Пташиний гам".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belle dame sans merci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