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Квіток, квіток…</w:t>
      </w:r>
    </w:p>
    <w:p>
      <w:r>
        <w:br/>
        <w:t xml:space="preserve"> "Квіток, квіток, як можна більше квітів&lt;br /&gt;</w:t>
        <w:br/>
        <w:t>І білого серпанку на обличчя,&lt;br /&gt;</w:t>
        <w:br/>
        <w:t>Того, що звуть ілюзією&amp;hellip;" Боже!&lt;br /&gt;</w:t>
        <w:br/>
        <w:t>Як часто ті слова вчуваються мені&lt;br /&gt;</w:t>
        <w:br/>
        <w:t>Посеред ночі: "Квітів, безліч квітів!&lt;br /&gt;</w:t>
        <w:br/>
        <w:t>Я ж так любив красу!.." Мій бідний друже,&lt;br /&gt;</w:t>
        <w:br/>
        <w:t>Я принесла тобі всі квіти, що дала&lt;br /&gt;</w:t>
        <w:br/>
        <w:t>Скупа весна твого скупого краю,&lt;br /&gt;</w:t>
        <w:br/>
        <w:t>Я всі зібрала і в труну вложила,&lt;br /&gt;</w:t>
        <w:br/>
        <w:t>Всю ту весну убогу поховала.&lt;br /&gt;</w:t>
        <w:br/>
        <w:t>Ти спиш в землі між мертвими квітками,&lt;br /&gt;</w:t>
        <w:br/>
        <w:t>І страшно думати мені про них&lt;br /&gt;</w:t>
        <w:br/>
        <w:t>І про твій сон, я краще знов укрию&lt;br /&gt;</w:t>
        <w:br/>
        <w:t>Серпанками ілюзії твій сон,&lt;br /&gt;</w:t>
        <w:br/>
        <w:t>Щоб не чіпать страшних містерій смерті.&lt;br /&gt;</w:t>
        <w:br/>
        <w:t>Я досить слухала її прелюдій,&lt;br /&gt;</w:t>
        <w:br/>
        <w:t>Вони мені морозили всю кров,&lt;br /&gt;</w:t>
        <w:br/>
        <w:t>Вони мене у камінь обертали;&lt;br /&gt;</w:t>
        <w:br/>
        <w:t>Я досі того вимовить не можу,&lt;br /&gt;</w:t>
        <w:br/>
        <w:t>Чого мене навчила пісня смерті.&lt;br /&gt;</w:t>
        <w:br/>
        <w:t>Ні, ні, мій друже, спи спокійно, спи,&lt;br /&gt;</w:t>
        <w:br/>
        <w:t>Я не скажу нікому слів таємних.&lt;br /&gt;</w:t>
        <w:br/>
        <w:t>Квіток просив ти? дам тобі їх більше,&lt;br /&gt;</w:t>
        <w:br/>
        <w:t>Ніж та ворожая весна дала,&lt;br /&gt;</w:t>
        <w:br/>
        <w:t>Весна та люта, що тебе забрала.&lt;br /&gt;</w:t>
        <w:br/>
        <w:t>Я дам живих квіток, зрошу їх кров'ю,&lt;br /&gt;</w:t>
        <w:br/>
        <w:t>І заблищать вони, немов рубіни, &amp;ndash;&lt;br /&gt;</w:t>
        <w:br/>
        <w:t>Не так, як ті бліді, убогі квіти&lt;br /&gt;</w:t>
        <w:br/>
        <w:t>Весни лихої, &amp;ndash; і не будуть в'януть,&lt;br /&gt;</w:t>
        <w:br/>
        <w:t>І в землю не підуть, і не умруть,&lt;br /&gt;</w:t>
        <w:br/>
        <w:t>І ти знов оживеш в вінку живому&lt;br /&gt;</w:t>
        <w:br/>
        <w:t>Живих квіток; ілюзії серпанок,&lt;br /&gt;</w:t>
        <w:br/>
        <w:t>Серпанок мрій моїх тебе скрасить,&lt;br /&gt;</w:t>
        <w:br/>
        <w:t>Та не закриє, будеш ти сіяти,&lt;br /&gt;</w:t>
        <w:br/>
        <w:t>Як промінь сонця в мареві легенькім,&lt;br /&gt;</w:t>
        <w:br/>
        <w:t>Що стелеться по золотому полі.&lt;br /&gt;</w:t>
        <w:br/>
        <w:t>Нехай собі минає рік за роком,&lt;br /&gt;</w:t>
        <w:br/>
        <w:t>Нехай мій вік уплине за водою,&lt;br /&gt;</w:t>
        <w:br/>
        <w:t>Ти житимеш красою серед квітів,&lt;br /&gt;</w:t>
        <w:br/>
        <w:t>Я житиму сльозою серед співів.</w:t>
      </w:r>
    </w:p>
    <w:p>
      <w:r>
        <w:br/>
        <w:t>7.06.1901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Квіток, квіток…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