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на руїнах</w:t>
      </w:r>
    </w:p>
    <w:p>
      <w:r>
        <w:br/>
        <w:t xml:space="preserve"> &lt;blockquote&gt;В Києві на руїнах Хрещатика&lt;br /&gt;</w:t>
        <w:br/>
        <w:t>посаджено квіти.&lt;/blockquote&gt;</w:t>
      </w:r>
    </w:p>
    <w:p>
      <w:r>
        <w:br/>
        <w:t>То не очі, сльозами обтяжені,&lt;br /&gt;</w:t>
        <w:br/>
        <w:t>Задивились на нас звідусіль,&lt;br /&gt;</w:t>
        <w:br/>
        <w:t>То не іскри пожарів незгашені&lt;br /&gt;</w:t>
        <w:br/>
        <w:t>Закрутили вогненну метіль,</w:t>
      </w:r>
    </w:p>
    <w:p>
      <w:r>
        <w:br/>
        <w:t>То не кров тут струмками розлитими&lt;br /&gt;</w:t>
        <w:br/>
        <w:t>Червоніє й горить,— то не кров,&lt;br /&gt;</w:t>
        <w:br/>
        <w:t>То червоними, пишними квітами&lt;br /&gt;</w:t>
        <w:br/>
        <w:t>Застелились руїни будов.</w:t>
      </w:r>
    </w:p>
    <w:p>
      <w:r>
        <w:br/>
        <w:t>Вітерцем бистрокрилим схвильовані,&lt;br /&gt;</w:t>
        <w:br/>
        <w:t>Посміхаються квіти мені,&lt;br /&gt;</w:t>
        <w:br/>
        <w:t>Хоч над ними будинки зруйновані&lt;br /&gt;</w:t>
        <w:br/>
        <w:t>Ще мовчазно стримлять в вишині.</w:t>
      </w:r>
    </w:p>
    <w:p>
      <w:r>
        <w:br/>
        <w:t>Знаю я: ці руїни відродяться,&lt;br /&gt;</w:t>
        <w:br/>
        <w:t>Пережитого зникне і слід.&lt;br /&gt;</w:t>
        <w:br/>
        <w:t>Над Дніпром горде місто підводиться&lt;br /&gt;</w:t>
        <w:br/>
        <w:t>В риштуванні великих робіт.</w:t>
      </w:r>
    </w:p>
    <w:p>
      <w:r>
        <w:br/>
        <w:t>Ні, не довго ще зяяти ранами&lt;br /&gt;</w:t>
        <w:br/>
        <w:t>Почорнілим, згорілим домам!&lt;br /&gt;</w:t>
        <w:br/>
        <w:t>Пелюстками, устами духмяними&lt;br /&gt;</w:t>
        <w:br/>
        <w:t>Квітники вже всміхаються нам.</w:t>
      </w:r>
    </w:p>
    <w:p>
      <w:r>
        <w:br/>
        <w:t>Так поранений воїн всміхається,&lt;br /&gt;</w:t>
        <w:br/>
        <w:t>Переможець в тяжкому бою,-&lt;br /&gt;</w:t>
        <w:br/>
        <w:t>Він бадьоро в майбутність вдивляється,&lt;br /&gt;</w:t>
        <w:br/>
        <w:t>В світлосяйну майбутність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на руїнах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