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Кульбабка</w:t>
      </w:r>
    </w:p>
    <w:p>
      <w:r>
        <w:br/>
        <w:t xml:space="preserve"> &lt;p&gt;Почалося це тоді, коли висока тополя, що росте край дороги і бачить далеко-далеко навкруги, була маленькою, тоненькою тополинкою. Значить, це було дуже багато років, тому!</w:t>
      </w:r>
    </w:p>
    <w:p>
      <w:r>
        <w:br/>
        <w:t>Але й тоді, як і тепер, щороку раптом сніг робився водою, і вона швидкими струмками навперегонки бігла вниз по долинах. І вже всі знали, що разом із струмками біжить весна.</w:t>
      </w:r>
    </w:p>
    <w:p>
      <w:r>
        <w:br/>
        <w:t>На небі сонце сміялося так, що не відповісти йому усмішкою було б просто нечемно. Тому всі ходили і сміялися.</w:t>
      </w:r>
    </w:p>
    <w:p>
      <w:r>
        <w:br/>
        <w:t>І ось що трапилося, коли тополинка була ще маленькою і тоненькою, а після зими прибігла весна.</w:t>
      </w:r>
    </w:p>
    <w:p>
      <w:r>
        <w:br/>
        <w:t>Струмки нишпорили по левадах, по луках, і один з них вирішив навіть побігти під землю. Там він усім сказав, що вже весна, і всіх переполошив.</w:t>
      </w:r>
    </w:p>
    <w:p>
      <w:r>
        <w:br/>
        <w:t>Звичайно, зернятам, що потрапили туди торік, було дуже нудно лежати. Куди не повернешся — скрізь земля: і згори, і внизу, і праворуч, і ліворуч. Навіть і повертатися було не варто, тому зернята лежали не рухаючись.</w:t>
      </w:r>
    </w:p>
    <w:p>
      <w:r>
        <w:br/>
        <w:t>Але від струмка земля стала м’якою — швидше, швидше в невідомий сонячний світ! Потяглися з зерняток тонкі зелені паростки й обережно, щоб не забруднити своїх свіжих листочків, почали витикатися з чорної землі.</w:t>
      </w:r>
    </w:p>
    <w:p>
      <w:r>
        <w:br/>
        <w:t>Вилізла і маленька кульбабка.</w:t>
      </w:r>
    </w:p>
    <w:p>
      <w:r>
        <w:br/>
        <w:t>її насіння лежало глибше від інших, їй було далі йти.</w:t>
      </w:r>
    </w:p>
    <w:p>
      <w:r>
        <w:br/>
        <w:t>Коли вона вилізла, вже все навколо було зелене.</w:t>
      </w:r>
    </w:p>
    <w:p>
      <w:r>
        <w:br/>
        <w:t>Тільки такої кульбабки вона не побачила. Вона була одна.</w:t>
      </w:r>
    </w:p>
    <w:p>
      <w:r>
        <w:br/>
        <w:t>— Добридень! — сказала вона привітно травичці.</w:t>
      </w:r>
    </w:p>
    <w:p>
      <w:r>
        <w:br/>
        <w:t>— Добридень! — сказала вона тополинці.</w:t>
      </w:r>
    </w:p>
    <w:p>
      <w:r>
        <w:br/>
        <w:t>— Добридень! — сказала вона сонцю.</w:t>
      </w:r>
    </w:p>
    <w:p>
      <w:r>
        <w:br/>
        <w:t>— Чому ж ти не вітаєшся до мене, до вітру? — раптом почула вона сердитий голос, і її ніби хтось штовхнув.</w:t>
      </w:r>
    </w:p>
    <w:p>
      <w:r>
        <w:br/>
        <w:t>— Але ж я не бачу вас! — відповіла скромно кульбабка. — Коли б я бачила вас так, як сонце, як тополю, як траву, я б, звичайно, і вас привітала.</w:t>
      </w:r>
    </w:p>
    <w:p>
      <w:r>
        <w:br/>
        <w:t>— Хіба ти не знаєш, що я найдужчий у світі!— закричав вітер. — От я захочу й зірву тебе і занесу ген-ген!</w:t>
      </w:r>
    </w:p>
    <w:p>
      <w:r>
        <w:br/>
        <w:t>— Не треба мене рвати, вітре! — заговорила благально кульбабка. — Мені тут так добре, я познайомилася з усіма квітками й деревами, а коли ти зірвеш мене — я зав’яну, умру.</w:t>
      </w:r>
    </w:p>
    <w:p>
      <w:r>
        <w:br/>
        <w:t>Та вітер не послухав, заметався, загойдав усі дерева і квіти.</w:t>
      </w:r>
    </w:p>
    <w:p>
      <w:r>
        <w:br/>
        <w:t>— Пригинайся до землі! Пригинайся до землі! Тримайся міцніше! — шепотіла тополинка. — Ти така маленька, і стеблинка в тебе м’яка — він не зломить тебе. Тримайся міцніше.</w:t>
      </w:r>
    </w:p>
    <w:p>
      <w:r>
        <w:br/>
        <w:t>І справді, нічого не вдіяв вітер з кульбабкою, повіяв, посердився і полетів собі далі, а вона стала тільки міцнішою. За ніч ще трошки підросла кульбабка і ще трохи підросли всі квіти, що жили на луках, — медок, сон-квітка, дзвіночки, зірочки.</w:t>
      </w:r>
    </w:p>
    <w:p>
      <w:r>
        <w:br/>
        <w:t>Стеріг їхнє поле старий жук. Вранці загудів він, і прилетіло в гості багато метеликів, бджіл, жуків.</w:t>
      </w:r>
    </w:p>
    <w:p>
      <w:r>
        <w:br/>
        <w:t>— Доброго ранку, бджілки! — закричала кульбабка. — Доброго ранку, метелики! Доброго ранку, жуки й бабки!</w:t>
      </w:r>
    </w:p>
    <w:p>
      <w:r>
        <w:br/>
        <w:t>І всі квіти привітно порозкривали СВОЇ чашечки і давали гостям солодкого квітчаного соку досхочу.</w:t>
      </w:r>
    </w:p>
    <w:p>
      <w:r>
        <w:br/>
        <w:t>Раптом низько-низько пролетів над квітами старий жук-сторож. Полохливо прислухалися до нього всі: і комашня, і квіти, і навіть тополинка. Вона знала, що жук-сторож так сповіщає їх усіх, коли змінюється погода, і одразу кульбабка почула, як щось захитало її, і вітер заговорив до не :</w:t>
      </w:r>
    </w:p>
    <w:p>
      <w:r>
        <w:br/>
        <w:t>— Ти знову не привіталася до мене!</w:t>
      </w:r>
    </w:p>
    <w:p>
      <w:r>
        <w:br/>
        <w:t>Досадно йому було, що така гарна кульбабка не помічає його, вітру!</w:t>
      </w:r>
    </w:p>
    <w:p>
      <w:r>
        <w:br/>
        <w:t>Я ж не бачила вас! — знову відповіла йому кульбабка.</w:t>
      </w:r>
    </w:p>
    <w:p>
      <w:r>
        <w:br/>
        <w:t>— От нажену я зараз хмари, поллє дощ — і ти загинеш — закричав вітер і полетів гнати хмари.</w:t>
      </w:r>
    </w:p>
    <w:p>
      <w:r>
        <w:br/>
        <w:t>Я не хочу гинути! Мені так добре жити! — затремтіла кульбабка.</w:t>
      </w:r>
    </w:p>
    <w:p>
      <w:r>
        <w:br/>
        <w:t>— Нічого, ти тільки нап’єшся води, умиєшся і освіжишся! — заспокоююче прошепотіла тополинка.</w:t>
      </w:r>
    </w:p>
    <w:p>
      <w:r>
        <w:br/>
        <w:t>І справді — раптом почав падати прямий дощ. Він лив, і половина сонця заховалася за хмари, а половина визирала: а що робиться на землі, бо там весною завжди дуже весело, і сонцю хотілося все бачити. Всі краплинки сяяли на сонці від його проміння і сліпили очі. Це був веселий сліпий дощик!</w:t>
      </w:r>
    </w:p>
    <w:p>
      <w:r>
        <w:br/>
        <w:t>Прилетів після дощу вітер, а кульбабка, вмита, свіжа, ще краща стоїть і сміється. Не може витримати вітер.</w:t>
      </w:r>
    </w:p>
    <w:p>
      <w:r>
        <w:br/>
        <w:t>— Я зірву тебе,— каже він,— мені сумно літати самому по горах і по луках. Полетімо разом!</w:t>
      </w:r>
    </w:p>
    <w:p>
      <w:r>
        <w:br/>
        <w:t>— Я не хочу літати з тобою,— засумувала кульбабка,— я зав’яну, умру.</w:t>
      </w:r>
    </w:p>
    <w:p>
      <w:r>
        <w:br/>
        <w:t>— А, так ти не хочеш літати зі мною, з найдужчим у світі! — закричав вітер. — Так я полечу геть, і хай сонце пригріє так, що ти сама покличеш мене. Подивлюсь, як ти розмовлятимеш зі мною завтра! — і подався ген за гору.</w:t>
      </w:r>
    </w:p>
    <w:p>
      <w:r>
        <w:br/>
        <w:t>Злякалася кульбабка — і вірить, і не вірить вітрові.</w:t>
      </w:r>
    </w:p>
    <w:p>
      <w:r>
        <w:br/>
        <w:t>— Ну, що ж,— каже, — прилітай завтра!</w:t>
      </w:r>
    </w:p>
    <w:p>
      <w:r>
        <w:br/>
        <w:t>Прилітає вітер назавтра, бачить — нема кульбабки, на її стеблинці якась кулька з пушинок.</w:t>
      </w:r>
    </w:p>
    <w:p>
      <w:r>
        <w:br/>
        <w:t>— А, так ти обдурила мене!</w:t>
      </w:r>
    </w:p>
    <w:p>
      <w:r>
        <w:br/>
        <w:t>Залютував вітер, дмухнув, і розлетілися пушинки по всій луці.</w:t>
      </w:r>
    </w:p>
    <w:p>
      <w:r>
        <w:br/>
        <w:t>Забули всі кульбабку: і трави, і квіти, і метелики, і старий жук-сторож. Адже старий він був, йому найлегше було забути.</w:t>
      </w:r>
    </w:p>
    <w:p>
      <w:r>
        <w:br/>
        <w:t>Одна тополинка згадувала та сумувала за кульбабкою, бо ніколи раніше не бачила вона такої сонячної привітної квітки.</w:t>
      </w:r>
    </w:p>
    <w:p>
      <w:r>
        <w:br/>
        <w:t>Минуло літо, настала осінь, прийшла зима, і раптом знову пригріло сонце, із снігу зробилася вода, і прибігла весела весна. Ще стрункішою стала тополинка, була вже вища за всіх дівчат, що підходили до неї.</w:t>
      </w:r>
    </w:p>
    <w:p>
      <w:r>
        <w:br/>
        <w:t>Зазеленіли луки. І раптом побачила вона, що скрізь, де впали торік пушинки з кульбабки, виросли жовті кульбабки, такі точнісінько, як її подруга.</w:t>
      </w:r>
    </w:p>
    <w:p>
      <w:r>
        <w:br/>
        <w:t>— Добридень, сонце! Добридень, травичко! Добридень, тополинко! — закричали всі вони разом, і всі дзвіночки задзвеніли їм у відповідь, і все листя загомоніло.</w:t>
      </w:r>
    </w:p>
    <w:p>
      <w:r>
        <w:br/>
        <w:t>— А, вас багато тепер! — закричав вітер. — І ви знову не шануєте мене! Я зірву вас!</w:t>
      </w:r>
    </w:p>
    <w:p>
      <w:r>
        <w:br/>
        <w:t>Але, як і торік маленьку кульбабку, не зірвав їх вітер, не змив їх дощ, не схотіло палити сонце, а зробилися вони за кілька день легкими пушинками. Тільки тоді вітер спересердя розніс їх навколо.</w:t>
      </w:r>
    </w:p>
    <w:p>
      <w:r>
        <w:br/>
        <w:t>Це було багато років тому...</w:t>
      </w:r>
    </w:p>
    <w:p>
      <w:r>
        <w:br/>
        <w:t>Тепер тополинка висока-висока, її й тополинкою незручно називати, а всі звуть тополею, і вона бачить далеко-далеко навколо, що рік — то далі. І цього року вона побачила: навіть на сірій далекій скелі зацвіли жовті сонечка — кульбабки.</w:t>
      </w:r>
    </w:p>
    <w:p>
      <w:r>
        <w:br/>
        <w:t>А вітер уже пересердився. Не можна ж стільки сердитися! То він уже за звичкою їх скрізь розносить.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Кульбабка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