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Кукурікали півні на рушниках</w:t>
      </w:r>
    </w:p>
    <w:p>
      <w:r>
        <w:br/>
        <w:t xml:space="preserve"> &lt;p&gt;В Ониськи дерев'яніли ноги, коли десь поруч дзвенів його голос. Вона завжди йшла повз нього ледве жива і не сміла повести навіть бровою в його бік.</w:t>
      </w:r>
    </w:p>
    <w:p>
      <w:r>
        <w:br/>
        <w:t>А Віктор кричав:</w:t>
      </w:r>
    </w:p>
    <w:p>
      <w:r>
        <w:br/>
        <w:t>— Онисько! Коли ти скажеш, що я для тебе найкращий?</w:t>
      </w:r>
    </w:p>
    <w:p>
      <w:r>
        <w:br/>
        <w:t>— Як надоїш од цапа повну дійницю молока, — шмагонула дівчина.</w:t>
      </w:r>
    </w:p>
    <w:p>
      <w:r>
        <w:br/>
        <w:t>— Я не буду бігати за тобою, — кепкував парубок. — Я просто прийду сватацця.</w:t>
      </w:r>
    </w:p>
    <w:p>
      <w:r>
        <w:br/>
        <w:t>— Приходь, гарбузи вродили добрі, — мов крізь цідилку, пропускала слова, тамуючи за білизною зубів і образу, і біль, і надію.</w:t>
      </w:r>
    </w:p>
    <w:p>
      <w:r>
        <w:br/>
        <w:t>Іноді дояркам уривався терпець, і вони починали заступатися за Ониську.</w:t>
      </w:r>
    </w:p>
    <w:p>
      <w:r>
        <w:br/>
        <w:t>— Ти її мізинця негоден! — казали йому.</w:t>
      </w:r>
    </w:p>
    <w:p>
      <w:r>
        <w:br/>
        <w:t>— Ов-ва! Аби тільки сказав "ціп-ціп", то прибіжить, мов квочка, — не вгавав обліковець.</w:t>
      </w:r>
    </w:p>
    <w:p>
      <w:r>
        <w:br/>
        <w:t>— Гляди, щоб не довелося самому на яйцях сидіти, — рубала Ониська під загальний регіт.</w:t>
      </w:r>
    </w:p>
    <w:p>
      <w:r>
        <w:br/>
        <w:t>Тільки татові могла Ониська довірити, чого коштувала їй та розв'язність. Тато був зовсім юний. Він пішов на війну тридцятилітнім і таким залишився навіки. Ониська часто хотіла побачити його сивим і вусатим. Не виходило. Мати поздоровкалася зі старістю, а тато залишився молодим. Час уже втратив над ним владу.</w:t>
      </w:r>
    </w:p>
    <w:p>
      <w:r>
        <w:br/>
        <w:t>— Ой, як мені важко, тату, — казала Ониська, опускаючи до пояса чорну тугу своїх кіс. — Як я його люблю і як… ненавиджу! — тупала маленькою ніжкою. — Що мені робити, тату?</w:t>
      </w:r>
    </w:p>
    <w:p>
      <w:r>
        <w:br/>
        <w:t>Але батько мовчав, і тоді дуги дівочих брів сповзалися до кирпатого носа, а виї швидко-швидко кліпали, заганяючи назад неслухняні сльози.</w:t>
      </w:r>
    </w:p>
    <w:p>
      <w:r>
        <w:br/>
        <w:t>Осінні світанки тривожні, як марення. Ониська заспаними очима обмацувала їх сиву бездонність і пірнала в їхню тривогу. По дорозі до ферми вона додивлялася свої дівочі сни.</w:t>
      </w:r>
    </w:p>
    <w:p>
      <w:r>
        <w:br/>
        <w:t>Одного разу її розбудив Віктор.</w:t>
      </w:r>
    </w:p>
    <w:p>
      <w:r>
        <w:br/>
        <w:t>— Чого йдеш, мов лунатик? — засміявся він біля самого вуха, і Ониська знов відчула, як терпнуть ноги. Але голова і язик у неї ніколи не терпли.</w:t>
      </w:r>
    </w:p>
    <w:p>
      <w:r>
        <w:br/>
        <w:t>— Скажи краще, а чого ти так рано з пелюшок виліз?</w:t>
      </w:r>
    </w:p>
    <w:p>
      <w:r>
        <w:br/>
        <w:t>Він змовчав, а потім якось несміливо взяв за руку. Онисьці зовсім не хотілося випручувати її.</w:t>
      </w:r>
    </w:p>
    <w:p>
      <w:r>
        <w:br/>
        <w:t>— Ніколи не думав, що в тебе такі тендітні руки…</w:t>
      </w:r>
    </w:p>
    <w:p>
      <w:r>
        <w:br/>
        <w:t>— Мужик не повірить, поки не помацає, — сховала досаду в посмішці.</w:t>
      </w:r>
    </w:p>
    <w:p>
      <w:r>
        <w:br/>
        <w:t>— Підеш за мене? — раптом ні сіло ні впало запитав Віктор. — Підеш?</w:t>
      </w:r>
    </w:p>
    <w:p>
      <w:r>
        <w:br/>
        <w:t>— Може, й піду за тебе… обліковцем працювати — Вона таки випручила руку і йшла немов по гострих лезах.</w:t>
      </w:r>
    </w:p>
    <w:p>
      <w:r>
        <w:br/>
        <w:t>— То я прийду сватацця, — сказав, ніби не чув її слів, і так само раптово, як з'явився, розтанув у сизій прозорості.</w:t>
      </w:r>
    </w:p>
    <w:p>
      <w:r>
        <w:br/>
        <w:t>Цілий тиждень за Ониською, куди б не йшла, повзли перешіптування та хихоньки. Під неприховане цікавими поглядами її плечі сутулилися, а думки гнітила образа: "На все село розцвірінькав". Мука туго стискувала груди.</w:t>
      </w:r>
    </w:p>
    <w:p>
      <w:r>
        <w:br/>
        <w:t>Віктор прийшов у суботу. В кепці набакир, у начищених до блиску хромовиках, вродливий і прилизаний, мов плакат. Він розсівся на лаві, закинув ногу на ногу, ніби виставляючи напоказ нові чоботи. І відразу ж завів якусь порожню розмову з матір'ю. Говорив довго і одверто хизувався, а потім, наче між іншим, мовив:</w:t>
      </w:r>
    </w:p>
    <w:p>
      <w:r>
        <w:br/>
        <w:t>— Я оце, тітко, прийшов сватати вашу Ониську…</w:t>
      </w:r>
    </w:p>
    <w:p>
      <w:r>
        <w:br/>
        <w:t>Мати здивовано звела голову і сказала ображено:</w:t>
      </w:r>
    </w:p>
    <w:p>
      <w:r>
        <w:br/>
        <w:t>— Хіба, Вікторе, тепер про це з батьками торгуються? В Ониськи своя голова на в'язах. — І, ніби підкреслюючи свою непричетність до того, що діється в хаті, повільно видибала на подвір'я.</w:t>
      </w:r>
    </w:p>
    <w:p>
      <w:r>
        <w:br/>
        <w:t>Вони довго сиділи вдвох у хаті і мовчали. Кукурікали півні на рушниках, і од їхнього мовчазною співу дзвеніло у вухах.</w:t>
      </w:r>
    </w:p>
    <w:p>
      <w:r>
        <w:br/>
        <w:t>— То що ж ти скажеш мені, Онисько? — здалеку хлюпнув тривогою Вікторів голос.</w:t>
      </w:r>
    </w:p>
    <w:p>
      <w:r>
        <w:br/>
        <w:t>— А ти в мене нічого не питав.</w:t>
      </w:r>
    </w:p>
    <w:p>
      <w:r>
        <w:br/>
        <w:t>— Ти ж знаєш, чого я тут. — Він дивився так благальне і винувато, що в неї все тіло сповнилося лінивою жагою.</w:t>
      </w:r>
    </w:p>
    <w:p>
      <w:r>
        <w:br/>
        <w:t>— Ти ще не втоптав стежки і до моїх воріт, а вже стукаєш у серце, — струснула з себе млявість.</w:t>
      </w:r>
    </w:p>
    <w:p>
      <w:r>
        <w:br/>
        <w:t>— Але ж ти кохаєш мене…</w:t>
      </w:r>
    </w:p>
    <w:p>
      <w:r>
        <w:br/>
        <w:t>— Звідки ти знаєш? — насмішкувато підвела очі.</w:t>
      </w:r>
    </w:p>
    <w:p>
      <w:r>
        <w:br/>
        <w:t>— Про це говорить усе село…</w:t>
      </w:r>
    </w:p>
    <w:p>
      <w:r>
        <w:br/>
        <w:t>— Але одна людина цього не говорить. — Ониська відкинула на покуть вишивання і не знала, що робити з своїми руками. Гнівом спалахнули карі зіниці.</w:t>
      </w:r>
    </w:p>
    <w:p>
      <w:r>
        <w:br/>
        <w:t>Віктор немов уперше побачив її.</w:t>
      </w:r>
    </w:p>
    <w:p>
      <w:r>
        <w:br/>
        <w:t>— І ти осоромиш мене на все село? — зразу ж збагнув безглузду жалюгідність свого запитання.</w:t>
      </w:r>
    </w:p>
    <w:p>
      <w:r>
        <w:br/>
        <w:t>— Який ти, Вікторе, — не слова, а сльози текли з її вуст. — Іди звідси геть і можеш набрати на грядці скільки завгодно гарбузів. Хоч підводою приїжджай. — Ониська глумилася над своєю мукою. — Одного тобі мало, бери цілий віз і годуй ними свою пиху…</w:t>
      </w:r>
    </w:p>
    <w:p>
      <w:r>
        <w:br/>
        <w:t>Він пішов згорбившись, ніби й справді ніс на своїх плечах підводу гарбузів.</w:t>
      </w:r>
    </w:p>
    <w:p>
      <w:r>
        <w:br/>
        <w:t>Ониська ридала над вишиванням.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Кукурікали півні на рушниках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