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Кучерявий вечір</w:t>
      </w:r>
    </w:p>
    <w:p>
      <w:r>
        <w:br/>
        <w:t xml:space="preserve"> Кучерявий вечір&lt;br /&gt;</w:t>
        <w:br/>
        <w:t>Чеше чорний чуб,&lt;br /&gt;</w:t>
        <w:br/>
        <w:t>Притуливсь до мене&lt;br /&gt;</w:t>
        <w:br/>
        <w:t>До гарячих губ.</w:t>
      </w:r>
    </w:p>
    <w:p>
      <w:r>
        <w:br/>
        <w:t>Зорі мої, зорі,&lt;br /&gt;</w:t>
        <w:br/>
        <w:t>Золоті шляхи,&lt;br /&gt;</w:t>
        <w:br/>
        <w:t>Я ще так ніколи&lt;br /&gt;</w:t>
        <w:br/>
        <w:t>Нічки не любив.</w:t>
      </w:r>
    </w:p>
    <w:p>
      <w:r>
        <w:br/>
        <w:t>Ти моя,&lt;br /&gt;</w:t>
        <w:br/>
        <w:t>Ну що я,&lt;br /&gt;</w:t>
        <w:br/>
        <w:t>Я ж тебе не знаю,&lt;br /&gt;</w:t>
        <w:br/>
        <w:t>Люба моя мила,&lt;br /&gt;</w:t>
        <w:br/>
        <w:t>Уста мої п’януть.</w:t>
      </w:r>
    </w:p>
    <w:p>
      <w:r>
        <w:br/>
        <w:t>Де це і коли це,&lt;br /&gt;</w:t>
        <w:br/>
        <w:t>В якій стороні&lt;br /&gt;</w:t>
        <w:br/>
        <w:t>Гукнула гітара&lt;br /&gt;</w:t>
        <w:br/>
        <w:t>На якій струні.</w:t>
      </w:r>
    </w:p>
    <w:p>
      <w:r>
        <w:br/>
        <w:t>Вітер віти хиле,&lt;br /&gt;</w:t>
        <w:br/>
        <w:t>Вітер віти клоне,&lt;br /&gt;</w:t>
        <w:br/>
        <w:t>Не найду тебе я,&lt;br /&gt;</w:t>
        <w:br/>
        <w:t>Не найду ніколи.</w:t>
      </w:r>
    </w:p>
    <w:p>
      <w:r>
        <w:br/>
        <w:t>Впала ти на роси&lt;br /&gt;</w:t>
        <w:br/>
        <w:t>Ранком голубим,&lt;br /&gt;</w:t>
        <w:br/>
        <w:t>Розпустила коси&lt;br /&gt;</w:t>
        <w:br/>
        <w:t>У білявий дим.</w:t>
      </w:r>
    </w:p>
    <w:p>
      <w:r>
        <w:br/>
        <w:t>Ти моя,&lt;br /&gt;</w:t>
        <w:br/>
        <w:t>Ну що я,&lt;br /&gt;</w:t>
        <w:br/>
        <w:t>Я ж тебе не знаю,&lt;br /&gt;</w:t>
        <w:br/>
        <w:t>Люба моя мила,&lt;br /&gt;</w:t>
        <w:br/>
        <w:t>Уста мої п’януть.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Кучерявий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