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Крук, велика птиця</w:t>
      </w:r>
    </w:p>
    <w:p>
      <w:r>
        <w:br/>
        <w:t xml:space="preserve"> Жив собі колись на світі&lt;br /&gt;</w:t>
        <w:br/>
        <w:t>Крук, велика птиця,&lt;br /&gt;</w:t>
        <w:br/>
        <w:t>Звик собі він тихо жити,&lt;br /&gt;</w:t>
        <w:br/>
        <w:t>Тим та сим живиться.</w:t>
      </w:r>
    </w:p>
    <w:p>
      <w:r>
        <w:br/>
        <w:t>Всі птахи його у лісі&lt;br /&gt;</w:t>
        <w:br/>
        <w:t>Дуже поважали,&lt;br /&gt;</w:t>
        <w:br/>
        <w:t>Як збирались у громаду,&lt;br /&gt;</w:t>
        <w:br/>
        <w:t>На покуть[1] пускали —</w:t>
      </w:r>
    </w:p>
    <w:p>
      <w:r>
        <w:br/>
        <w:t>І питалися поради&lt;br /&gt;</w:t>
        <w:br/>
        <w:t>Про діла у нього,&lt;br /&gt;</w:t>
        <w:br/>
        <w:t>І всі крука шанували,&lt;br /&gt;</w:t>
        <w:br/>
        <w:t>Як батька старого.</w:t>
      </w:r>
    </w:p>
    <w:p>
      <w:r>
        <w:br/>
        <w:t>Жив би й жив собі любенько&lt;br /&gt;</w:t>
        <w:br/>
        <w:t>Крук, велика птиця,&lt;br /&gt;</w:t>
        <w:br/>
        <w:t>Якби раз не довелося&lt;br /&gt;</w:t>
        <w:br/>
        <w:t>Із раком зустріться...</w:t>
      </w:r>
    </w:p>
    <w:p>
      <w:r>
        <w:br/>
        <w:t>Був колись наш крук голодний,—&lt;br /&gt;</w:t>
        <w:br/>
        <w:t>З ранку аж самого&lt;br /&gt;</w:t>
        <w:br/>
        <w:t>Ані ріски ще у роті&lt;br /&gt;</w:t>
        <w:br/>
        <w:t>Не було у нього.</w:t>
      </w:r>
    </w:p>
    <w:p>
      <w:r>
        <w:br/>
        <w:t>Довго він літав у лісі&lt;br /&gt;</w:t>
        <w:br/>
        <w:t>Та шугав степами&lt;br /&gt;</w:t>
        <w:br/>
        <w:t>І надвечір сів, знемігшись.&lt;br /&gt;</w:t>
        <w:br/>
        <w:t>Між очеретами.</w:t>
      </w:r>
    </w:p>
    <w:p>
      <w:r>
        <w:br/>
        <w:t>Коли гляне — рак великий&lt;br /&gt;</w:t>
        <w:br/>
        <w:t>В воду хоче лізти.&lt;br /&gt;</w:t>
        <w:br/>
        <w:t>Крук до нього — хап у рота! —&lt;br /&gt;</w:t>
        <w:br/>
        <w:t>Буде попоїсти!</w:t>
      </w:r>
    </w:p>
    <w:p>
      <w:r>
        <w:br/>
        <w:t>Се на березі робилось&lt;br /&gt;</w:t>
        <w:br/>
        <w:t>Долі під вербою;&lt;br /&gt;</w:t>
        <w:br/>
        <w:t>Крук злетів та й сів на гілку&lt;br /&gt;</w:t>
        <w:br/>
        <w:t>Саме над водою.</w:t>
      </w:r>
    </w:p>
    <w:p>
      <w:r>
        <w:br/>
        <w:t>Бачить рак тоді, що лихо,&lt;br /&gt;</w:t>
        <w:br/>
        <w:t>Та й ну мудрувати,&lt;br /&gt;</w:t>
        <w:br/>
        <w:t>Як би тут обрятуватись,&lt;br /&gt;</w:t>
        <w:br/>
        <w:t>Щоб не пропадати?</w:t>
      </w:r>
    </w:p>
    <w:p>
      <w:r>
        <w:br/>
        <w:t>От подумав він та й каже:&lt;br /&gt;</w:t>
        <w:br/>
        <w:t>"Ой вороне-брате!&lt;br /&gt;</w:t>
        <w:br/>
        <w:t>Довелося батька й матір&lt;br /&gt;</w:t>
        <w:br/>
        <w:t>Твоїх мені знати.</w:t>
      </w:r>
    </w:p>
    <w:p>
      <w:r>
        <w:br/>
        <w:t>Ну, та й гарні ж були птиці,&lt;br /&gt;</w:t>
        <w:br/>
        <w:t>Вже таких немає,&lt;br /&gt;</w:t>
        <w:br/>
        <w:t>Що розумні вже, що добрі&lt;br /&gt;</w:t>
        <w:br/>
        <w:t>Так хто його й знає!"</w:t>
      </w:r>
    </w:p>
    <w:p>
      <w:r>
        <w:br/>
        <w:t>Крук те чує, слухать гарно,&lt;br /&gt;</w:t>
        <w:br/>
        <w:t>Що рак батька славить.&lt;br /&gt;</w:t>
        <w:br/>
        <w:t>Та: "Угу!" на те мугика,&lt;br /&gt;</w:t>
        <w:br/>
        <w:t>Рота не роззявить.</w:t>
      </w:r>
    </w:p>
    <w:p>
      <w:r>
        <w:br/>
        <w:t>Рак ізнову починає:&lt;br /&gt;</w:t>
        <w:br/>
        <w:t>"Правду як сказати.&lt;br /&gt;</w:t>
        <w:br/>
        <w:t>То твоїх ще довелося&lt;br /&gt;</w:t>
        <w:br/>
        <w:t>І братів зазнати.</w:t>
      </w:r>
    </w:p>
    <w:p>
      <w:r>
        <w:br/>
        <w:t>Удалися в батька діти!&lt;br /&gt;</w:t>
        <w:br/>
        <w:t>А та й птиці ж гарні!&lt;br /&gt;</w:t>
        <w:br/>
        <w:t>Що вже добрі, що розумні&lt;br /&gt;</w:t>
        <w:br/>
        <w:t>Чисті та чупарні!"</w:t>
      </w:r>
    </w:p>
    <w:p>
      <w:r>
        <w:br/>
        <w:t>Крук те чує, слухать гарно,&lt;br /&gt;</w:t>
        <w:br/>
        <w:t>Що рак рідних славить,&lt;br /&gt;</w:t>
        <w:br/>
        <w:t>Та: "Угу!" — на те мугика,&lt;br /&gt;</w:t>
        <w:br/>
        <w:t>Рота не роззявить.</w:t>
      </w:r>
    </w:p>
    <w:p>
      <w:r>
        <w:br/>
        <w:t>Рак же знову починає:&lt;br /&gt;</w:t>
        <w:br/>
        <w:t>"Але що казати!&lt;br /&gt;</w:t>
        <w:br/>
        <w:t>Хоч були брати і гарні,&lt;br /&gt;</w:t>
        <w:br/>
        <w:t>Гарні батько й мати,</w:t>
      </w:r>
    </w:p>
    <w:p>
      <w:r>
        <w:br/>
        <w:t>Та куди вже їм до тебе!&lt;br /&gt;</w:t>
        <w:br/>
        <w:t>Вроди й не рівняти,&lt;br /&gt;</w:t>
        <w:br/>
        <w:t>А за розум — тобі б треба&lt;br /&gt;</w:t>
        <w:br/>
        <w:t>В лісі царювати!"</w:t>
      </w:r>
    </w:p>
    <w:p>
      <w:r>
        <w:br/>
        <w:t>"Ага!" — скрикнув крук, зрадівши,&lt;br /&gt;</w:t>
        <w:br/>
        <w:t>Та й роззявив рота,&lt;br /&gt;</w:t>
        <w:br/>
        <w:t>А рак бульк тоді у воду —&lt;br /&gt;</w:t>
        <w:br/>
        <w:t>Пропала робота!</w:t>
      </w:r>
    </w:p>
    <w:p>
      <w:r>
        <w:br/>
        <w:t>А сороки білобокі&lt;br /&gt;</w:t>
        <w:br/>
        <w:t>На вербі скакали,&lt;br /&gt;</w:t>
        <w:br/>
        <w:t>Як те вздріли, полетіли&lt;br /&gt;</w:t>
        <w:br/>
        <w:t>Та скрізь розказали.</w:t>
      </w:r>
    </w:p>
    <w:p>
      <w:r>
        <w:br/>
        <w:t>З того часу вже минулась&lt;br /&gt;</w:t>
        <w:br/>
        <w:t>І повага, й шана,&lt;br /&gt;</w:t>
        <w:br/>
        <w:t>І на крука грима кожна&lt;br /&gt;</w:t>
        <w:br/>
        <w:t>І галка погана.</w:t>
      </w:r>
    </w:p>
    <w:p>
      <w:r>
        <w:br/>
        <w:t>З того часу, як в громаді&lt;br /&gt;</w:t>
        <w:br/>
        <w:t>Стане крук навчати,&lt;br /&gt;</w:t>
        <w:br/>
        <w:t>Зараз птаство: "Годі! Годі!&lt;br /&gt;</w:t>
        <w:br/>
        <w:t>Навчись царювати!"</w:t>
      </w:r>
    </w:p>
    <w:p>
      <w:r>
        <w:br/>
        <w:t>Так йому те прикро стане,&lt;br /&gt;</w:t>
        <w:br/>
        <w:t>Хоч піти втопиться,&lt;br /&gt;</w:t>
        <w:br/>
        <w:t>Тож замовкне й сяде збоку&lt;br /&gt;</w:t>
        <w:br/>
        <w:t>Крук, велика птиця.&lt;br /&gt;</w:t>
        <w:br/>
        <w:t>[1] Покуть — почесне місце в хаті під іконами.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Крук, велика птиця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