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Кроки на смерековім помості...</w:t>
      </w:r>
    </w:p>
    <w:p>
      <w:r>
        <w:br/>
        <w:t xml:space="preserve"> Орестові Новаківському</w:t>
      </w:r>
    </w:p>
    <w:p>
      <w:r>
        <w:br/>
        <w:t>Стережіться, щоб ви не погордували&lt;br /&gt;</w:t>
        <w:br/>
        <w:t>ні одним із малих сих, бо їх ангели у небі&lt;br /&gt;</w:t>
        <w:br/>
        <w:t>видять лице Отця мого, що на небі.&lt;br /&gt;</w:t>
        <w:br/>
        <w:t>(Мтв. 18:10)</w:t>
      </w:r>
    </w:p>
    <w:p>
      <w:r>
        <w:br/>
        <w:t>Кроки на смерековім помості.&lt;br /&gt;</w:t>
        <w:br/>
        <w:t>Звуки темні й теплі — як рілля.&lt;br /&gt;</w:t>
        <w:br/>
        <w:t>В сутінках прийшли до мене гості.&lt;br /&gt;</w:t>
        <w:br/>
        <w:t>Не сказали:</w:t>
      </w:r>
    </w:p>
    <w:p>
      <w:r>
        <w:br/>
        <w:t>хто і звідкіля.</w:t>
      </w:r>
    </w:p>
    <w:p>
      <w:r>
        <w:br/>
        <w:t>Ось один — найстарший — ликом дивен:&lt;br /&gt;</w:t>
        <w:br/>
        <w:t>зранене повітря — дотик вій,&lt;br /&gt;</w:t>
        <w:br/>
        <w:t>ніби вийшов з храмів, мов з катівень —&lt;br /&gt;</w:t>
        <w:br/>
        <w:t>ізодвіку сивий і чужий.</w:t>
      </w:r>
    </w:p>
    <w:p>
      <w:r>
        <w:br/>
        <w:t>Другий ось. Він інший, інший зовсім.&lt;br /&gt;</w:t>
        <w:br/>
        <w:t>Молодості, старості — нема.&lt;br /&gt;</w:t>
        <w:br/>
        <w:t>Тільки погляд вив'язаний.</w:t>
      </w:r>
    </w:p>
    <w:p>
      <w:r>
        <w:br/>
        <w:t>Ось він</w:t>
      </w:r>
    </w:p>
    <w:p>
      <w:r>
        <w:br/>
        <w:t>дивиться на старця крадькома.</w:t>
      </w:r>
    </w:p>
    <w:p>
      <w:r>
        <w:br/>
        <w:t>Третій ось. Він клопоту не має.&lt;br /&gt;</w:t>
        <w:br/>
        <w:t>Сам співає, сам горілку п'є.&lt;br /&gt;</w:t>
        <w:br/>
        <w:t>Соплі по столу не розтирає —&lt;br /&gt;</w:t>
        <w:br/>
        <w:t>навчений, що кожному — своє.</w:t>
      </w:r>
    </w:p>
    <w:p>
      <w:r>
        <w:br/>
        <w:t>Перший не змигне,</w:t>
      </w:r>
    </w:p>
    <w:p>
      <w:r>
        <w:br/>
        <w:t>а другий стежить,</w:t>
      </w:r>
    </w:p>
    <w:p>
      <w:r>
        <w:br/>
        <w:t>третій п'є, співає, як співав.&lt;br /&gt;</w:t>
        <w:br/>
        <w:t>Може б, їх прийняти, як належить?&lt;br /&gt;</w:t>
        <w:br/>
        <w:t>Ніби я просив їх, ніби ждав.</w:t>
      </w:r>
    </w:p>
    <w:p>
      <w:r>
        <w:br/>
        <w:t>Дивна ця гостина, ця година,&lt;br /&gt;</w:t>
        <w:br/>
        <w:t>світ оцей за вікнами трьома.&lt;br /&gt;</w:t>
        <w:br/>
        <w:t>Може б, нам до столу — як родина —&lt;br /&gt;</w:t>
        <w:br/>
        <w:t>молодості, старості — нема?</w:t>
      </w:r>
    </w:p>
    <w:p>
      <w:r>
        <w:br/>
        <w:t>Я дістав би винце пурпурове,&lt;br /&gt;</w:t>
        <w:br/>
        <w:t>я по вінця винця би налив,&lt;br /&gt;</w:t>
        <w:br/>
        <w:t>я сказав би: випиймо, братове!&lt;br /&gt;</w:t>
        <w:br/>
        <w:t>Ви прийшли, бо я вас запросив.</w:t>
      </w:r>
    </w:p>
    <w:p>
      <w:r>
        <w:br/>
        <w:t>Але чом це старець тихо плаче?&lt;br /&gt;</w:t>
        <w:br/>
        <w:t>Але чом це другий — зирк та зирк?&lt;br /&gt;</w:t>
        <w:br/>
        <w:t>І хмеліє третій.</w:t>
      </w:r>
    </w:p>
    <w:p>
      <w:r>
        <w:br/>
        <w:t>Капле, старче.</w:t>
      </w:r>
    </w:p>
    <w:p>
      <w:r>
        <w:br/>
        <w:t>Скапується великодній віск.</w:t>
      </w:r>
    </w:p>
    <w:p>
      <w:r>
        <w:br/>
        <w:t>Старче, старче, змилуйся над нами,&lt;br /&gt;</w:t>
        <w:br/>
        <w:t>доки ангел пильний — зирк та зирк.&lt;br /&gt;</w:t>
        <w:br/>
        <w:t>Ми веселі з кіньми й киптарями&lt;br /&gt;</w:t>
        <w:br/>
        <w:t>під вечірні виверти музик.</w:t>
      </w:r>
    </w:p>
    <w:p>
      <w:r>
        <w:br/>
        <w:t>Ми такі, як завше, душе-враже?!&lt;br /&gt;</w:t>
        <w:br/>
        <w:t>Ми такі, як сто світів тому?!&lt;br /&gt;</w:t>
        <w:br/>
        <w:t>Той не скаже, хто сльозу розмаже&lt;br /&gt;</w:t>
        <w:br/>
        <w:t>дланню,</w:t>
      </w:r>
    </w:p>
    <w:p>
      <w:r>
        <w:br/>
        <w:t>що ділила світло й тьму.</w:t>
      </w:r>
    </w:p>
    <w:p>
      <w:r>
        <w:br/>
        <w:t>Душе-пташе в пурпуровім пір'ї,&lt;br /&gt;</w:t>
        <w:br/>
        <w:t>де твоє безумство молоде?&lt;br /&gt;</w:t>
        <w:br/>
        <w:t>Старче, старче, я тобі не вірю!&lt;br /&gt;</w:t>
        <w:br/>
        <w:t>Пильний ангел погляд відведе!</w:t>
      </w:r>
    </w:p>
    <w:p>
      <w:r>
        <w:br/>
        <w:t>Півжиття залишить, як провину&lt;br /&gt;</w:t>
        <w:br/>
        <w:t>й тоскну приворотність ранніх ран.&lt;br /&gt;</w:t>
        <w:br/>
        <w:t>Ми вже відіграли Україну —&lt;br /&gt;</w:t>
        <w:br/>
        <w:t>той, хто платить, не замовив тан.</w:t>
      </w:r>
    </w:p>
    <w:p>
      <w:r>
        <w:br/>
        <w:t>Що тепер ті кроки на помості!&lt;br /&gt;</w:t>
        <w:br/>
        <w:t>Що тепер ті звуки золоті!&lt;br /&gt;</w:t>
        <w:br/>
        <w:t>В сутінках прийшли до мене гості.&lt;br /&gt;</w:t>
        <w:br/>
        <w:t>Я не ждав,</w:t>
      </w:r>
    </w:p>
    <w:p>
      <w:r>
        <w:br/>
        <w:t>але й прийшли не 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Кроки на смерековім помості...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