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Крючковар</w:t>
      </w:r>
    </w:p>
    <w:p>
      <w:r>
        <w:br/>
        <w:t xml:space="preserve"> &lt;p&gt;КРЮЧКОВАР</w:t>
      </w:r>
    </w:p>
    <w:p>
      <w:r>
        <w:br/>
        <w:t>Восени поліські дороги бубнявіють од дощу, а пісок, вимитий на поверхню торфу, з сірого робиться заленкува-то-сизий. Такою само піщано-сизою пеленою обволікаються ліси, а притишений шум шамотить старечо-осінніми губами за ялинами та соснами на оболонях.</w:t>
      </w:r>
    </w:p>
    <w:p>
      <w:r>
        <w:br/>
        <w:t>Невиразною димкою обволікається й свідомість людини, що в такі дні попала в Полісся. І думає людина і не Думає. Шматочки думок розпливаються, і ніяк не зведеш їх докупи!</w:t>
      </w:r>
    </w:p>
    <w:p>
      <w:r>
        <w:br/>
        <w:t>Не міг звести докупи думок і Крючковар. Думав обміркувати дорогою, що йому робити далі, та нічого не виходило. Поліський шум сточував думку, як пісок пустельний сточує камінь.</w:t>
      </w:r>
    </w:p>
    <w:p>
      <w:r>
        <w:br/>
        <w:t>Сковзаючись по багнистій лісовій дорозі, обходячи калюжі обніжками, прямував Крючковар до залізничної станції — треба було шукати роботи, бо зима — не свій брат.</w:t>
      </w:r>
    </w:p>
    <w:p>
      <w:r>
        <w:br/>
        <w:t>На лісових розробітках, де він працював у конторі, його викинули за скороченням штату, а чого варта люди-на без роду і без племені, без штатної посади, з єдиним умінням писати ордери. Крючковар був переконаний, щ0 така людина нічого не варта.</w:t>
      </w:r>
    </w:p>
    <w:p>
      <w:r>
        <w:br/>
        <w:t>Надуваючи щоки до синяків, хмари прискали дощем у неголене Крючковарове обличчя, а часом трусили білу пудру снігу.</w:t>
      </w:r>
    </w:p>
    <w:p>
      <w:r>
        <w:br/>
        <w:t>Черевики втратили здатність набирати нові порції води так само, як тіло Крючковарове не відчувало нових неприємностей. Всьому є межі!</w:t>
      </w:r>
    </w:p>
    <w:p>
      <w:r>
        <w:br/>
        <w:t>Проміряв верстов із десять, а ще стільки ж лишилося до станції.</w:t>
      </w:r>
    </w:p>
    <w:p>
      <w:r>
        <w:br/>
        <w:t>Нудно й одноманітно.</w:t>
      </w:r>
    </w:p>
    <w:p>
      <w:r>
        <w:br/>
        <w:t>Незабаром мусить бути сторожка знайомого лісничого. Дійде до неї Крючковар, а лежанка гаряча... Заляже на цілу ніч і так засне, так засне...</w:t>
      </w:r>
    </w:p>
    <w:p>
      <w:r>
        <w:br/>
        <w:t>Ноги ступали автоматично і каламутили прозорі лісові калюжі. Так можна пройти десятки верстов, не помітивши труднощів переходу.</w:t>
      </w:r>
    </w:p>
    <w:p>
      <w:r>
        <w:br/>
        <w:t>З хаосу думок вивів Крючковара грубий голос, що вигукував про "той цвяшок, на якому господь бог ризу вішає", та про маму в різних варіаціях...</w:t>
      </w:r>
    </w:p>
    <w:p>
      <w:r>
        <w:br/>
        <w:t>Крючковар підвів голову. Гурт людей з рушницями напоготові обступав його.</w:t>
      </w:r>
    </w:p>
    <w:p>
      <w:r>
        <w:br/>
        <w:t>— Звідки й куди йдеш? — запитав один, скінчивши вихилясту лайку.</w:t>
      </w:r>
    </w:p>
    <w:p>
      <w:r>
        <w:br/>
        <w:t>— З розробітків на станцію...</w:t>
      </w:r>
    </w:p>
    <w:p>
      <w:r>
        <w:br/>
        <w:t>— А, так учотчик,— і нагай гостро в'ївся в Крючко-варову тімницю. Він упав непритомний край дороги, ударившись головою об пеньок.</w:t>
      </w:r>
    </w:p>
    <w:p>
      <w:r>
        <w:br/>
        <w:t>Все це трапилося так швидко, що Крючковар не встиг навіть як слід розглянути озброєних людей.</w:t>
      </w:r>
    </w:p>
    <w:p>
      <w:r>
        <w:br/>
        <w:t>Холодний дощ вивів його з непритомності. Збоку чулась притишена розмова, і він позирнув туди. Всі восьмеро, сховавши рушниці від дощу під поли, сиділи під старою сосною й розмовляли. Вухо Крючковарове вловило прізвище Кобця, відомого бандита, що безкарно гуляв у цьому глухому закутку Придніпрового Полісся.</w:t>
      </w:r>
    </w:p>
    <w:p>
      <w:r>
        <w:br/>
        <w:t>"Мають мене за учотчика, певне, уб'ють",— апатично думав Крючковар. Учотчиками називали робітників на державних підприємствах, які були взяті на військовий облік (учот), що й звільняло їх од служби в Червоній Армії. Це були переважно місцеві парубки, що здобули собі право на легальне існування обліковою роботою. Води не мали потреби ховатись у лісі, як то робили дезертири, а через це одрізався приплив людського поповнення банд, чому бандити й ставились до учотчиків з незвичайною жорстокістю.</w:t>
      </w:r>
    </w:p>
    <w:p>
      <w:r>
        <w:br/>
        <w:t>Крючковар став прислухатись до розмови, і те, що він почув, сколихнуло його апатію — приговореної до смерті людини.</w:t>
      </w:r>
    </w:p>
    <w:p>
      <w:r>
        <w:br/>
        <w:t>— Він так собі — ні риба ні м'ясо... вроді начеб придуркуватий...</w:t>
      </w:r>
    </w:p>
    <w:p>
      <w:r>
        <w:br/>
        <w:t>— А ти його давно знаєш?</w:t>
      </w:r>
    </w:p>
    <w:p>
      <w:r>
        <w:br/>
        <w:t>— Та він на розробітках місяців зо три квитки писав...</w:t>
      </w:r>
    </w:p>
    <w:p>
      <w:r>
        <w:br/>
        <w:t>Справа кращала. Крючковар зрозумів, що то про нього мова мовиться, а коли так, то його не вб'ють.</w:t>
      </w:r>
    </w:p>
    <w:p>
      <w:r>
        <w:br/>
        <w:t>— Що з ним робити? Не пустить же його до станції? — говорив, видимо, ватажок.</w:t>
      </w:r>
    </w:p>
    <w:p>
      <w:r>
        <w:br/>
        <w:t>Крючковар тим часом підвівся й сидів, схилившись на пенька^ Бандити помітили це і заговорили тихше. Нарешті встали й закинули рушниці на плечі.</w:t>
      </w:r>
    </w:p>
    <w:p>
      <w:r>
        <w:br/>
        <w:t>— гіу, ходім з нами! — гукнув ватажок Крючковаро-ві.— Та швидше!</w:t>
      </w:r>
    </w:p>
    <w:p>
      <w:r>
        <w:br/>
        <w:t>Безнадійна річ було протестувати, безнадійна й небез-. печна.</w:t>
      </w:r>
    </w:p>
    <w:p>
      <w:r>
        <w:br/>
        <w:t>Сама звичайна балачка могла змінити ставлення бандитів на гірше. Крючковар розумів це добре і мовчки, почуваючи неміч у ногах, підвівся з землі.</w:t>
      </w:r>
    </w:p>
    <w:p>
      <w:r>
        <w:br/>
        <w:t>Звернувши з проїжджої дороги, пішли ледве помітними стежками. З наближенням вечора хмари скупчувались над лісом сіро-брудною вовною. Дощ більшав, і шелест щодалі підносив тон, аж доки не став одноманітно рівний, присипляючий.</w:t>
      </w:r>
    </w:p>
    <w:p>
      <w:r>
        <w:br/>
        <w:t>Ішли мовчки, зрідка перекидаючись увагами та потворно сороміцькою лайкою.</w:t>
      </w:r>
    </w:p>
    <w:p>
      <w:r>
        <w:br/>
        <w:t>Куди його вели, Крючковар не міг зрозуміти. Місця були незнайомі, а до того ж у лісі зовсім уже стемніло, 1 сосни злились у важку чорну масу, що, здавалось, нескінченно всмоктувала цей гурт людей.</w:t>
      </w:r>
    </w:p>
    <w:p>
      <w:r>
        <w:br/>
        <w:t>Коли спереду темна маса лісу трохи розступилась, ОДин із ватаги коротко свиснув. У відповідь почувся такий саме свист ліворуч, і за хвилю весь гурт зупинився коло хати, зо всіма ознаками лісової сторожки.</w:t>
      </w:r>
    </w:p>
    <w:p>
      <w:r>
        <w:br/>
        <w:t>— Хто йде? — озвався молодий голос.</w:t>
      </w:r>
    </w:p>
    <w:p>
      <w:r>
        <w:br/>
        <w:t>— Свої... Чечель...</w:t>
      </w:r>
    </w:p>
    <w:p>
      <w:r>
        <w:br/>
        <w:t>При світлі з вікна було видно, як фігура пішла в сіни і звідти почулось:</w:t>
      </w:r>
    </w:p>
    <w:p>
      <w:r>
        <w:br/>
        <w:t>— Пане отамане, Чечель із хлопцями прийшов!</w:t>
      </w:r>
    </w:p>
    <w:p>
      <w:r>
        <w:br/>
        <w:t>— Нехай заходить до хати.</w:t>
      </w:r>
    </w:p>
    <w:p>
      <w:r>
        <w:br/>
        <w:t>— Зараз!</w:t>
      </w:r>
    </w:p>
    <w:p>
      <w:r>
        <w:br/>
        <w:t>Чечель пішов до хати, а коло Крючковара лишився один бандит, якому, видимо, доручено стерегти його. Решта з ватаги розійшлися хто куди: одні в сіни, другі до повітки.</w:t>
      </w:r>
    </w:p>
    <w:p>
      <w:r>
        <w:br/>
        <w:t>— Петре, веди його сюди! — гукнув Чечель із сіней.</w:t>
      </w:r>
    </w:p>
    <w:p>
      <w:r>
        <w:br/>
        <w:t>— Ходім! — Вони ввійшли до хати і зупинилися біля порога. На широкій лаві лежав дужий чорнобородий чолов'яга, накинувши на себе кожуха. Його, видимо, недавно розбудили, він мружив очі від світла підсліпуватої лампи й уважно розглядав Крючковара.</w:t>
      </w:r>
    </w:p>
    <w:p>
      <w:r>
        <w:br/>
        <w:t>Чечель сидів біля столу на ослоні, перед ним стояла пляшка самогону і нарізане великими шматками сало.</w:t>
      </w:r>
    </w:p>
    <w:p>
      <w:r>
        <w:br/>
        <w:t>— Комуніст? — раптом запитав — той, що лежав на лаві.</w:t>
      </w:r>
    </w:p>
    <w:p>
      <w:r>
        <w:br/>
        <w:t>Крючковар мовчав. Петро сіпнув його за рукав, мовляв, тебе питають.</w:t>
      </w:r>
    </w:p>
    <w:p>
      <w:r>
        <w:br/>
        <w:t>— Ні,— відповів Крючковар.</w:t>
      </w:r>
    </w:p>
    <w:p>
      <w:r>
        <w:br/>
        <w:t>— Жид?</w:t>
      </w:r>
    </w:p>
    <w:p>
      <w:r>
        <w:br/>
        <w:t>— Ні...</w:t>
      </w:r>
    </w:p>
    <w:p>
      <w:r>
        <w:br/>
        <w:t>— А що ж ти за опудало таке?</w:t>
      </w:r>
    </w:p>
    <w:p>
      <w:r>
        <w:br/>
        <w:t>— Я був на розробітках... діловодом... мене звільнили.:.— несміливо промовив Крючковар.</w:t>
      </w:r>
    </w:p>
    <w:p>
      <w:r>
        <w:br/>
        <w:t>— Це, пане отамане, правда. Петро його знає,— підтвердив Чечель.</w:t>
      </w:r>
    </w:p>
    <w:p>
      <w:r>
        <w:br/>
        <w:t>— Так...— промовив отаман.— А як же ж твоє прізвище?</w:t>
      </w:r>
    </w:p>
    <w:p>
      <w:r>
        <w:br/>
        <w:t>— Крючковар... Онисим Крючковар... Климович по батькові...</w:t>
      </w:r>
    </w:p>
    <w:p>
      <w:r>
        <w:br/>
        <w:t>— Крю-чко-вар? Цебто крючки вариш? — Отаман зареготався, задоволений своїм жартом.— А кашу варить умієш?</w:t>
      </w:r>
    </w:p>
    <w:p>
      <w:r>
        <w:br/>
        <w:t>— Умію...</w:t>
      </w:r>
    </w:p>
    <w:p>
      <w:r>
        <w:br/>
        <w:t>— А борщ?</w:t>
      </w:r>
    </w:p>
    <w:p>
      <w:r>
        <w:br/>
        <w:t>— І... борщ...</w:t>
      </w:r>
    </w:p>
    <w:p>
      <w:r>
        <w:br/>
        <w:t>Отаман, усміхаючись, подивився на Чечеля, потім перевів погляд на Крючковара.</w:t>
      </w:r>
    </w:p>
    <w:p>
      <w:r>
        <w:br/>
        <w:t>— Так от, Онисиме Крючковаровичу,— отаман знов зареготався з власного дотепу,— завтра навариш нам пс крючків, а доброго борщу. Розумієш? А зараз іди спати, тільки не подумай тікати! — зробив він натиск на останньому.</w:t>
      </w:r>
    </w:p>
    <w:p>
      <w:r>
        <w:br/>
        <w:t>Коли Крючковар з Петром повернулись до дверей, щоб іти, отаман зупинив:</w:t>
      </w:r>
    </w:p>
    <w:p>
      <w:r>
        <w:br/>
        <w:t>— Стійте,— і, діставши зі столу пляшку самогону, налив обом по шклянці: — Пийте.</w:t>
      </w:r>
    </w:p>
    <w:p>
      <w:r>
        <w:br/>
        <w:t>Під повіткою у сіні Крючковар заснув важким сном знесиленої людини. Тут же спало чоловіка з двадцять бандитів, а коло ясел стояли осідлані коні</w:t>
      </w:r>
    </w:p>
    <w:p>
      <w:r>
        <w:br/>
        <w:t>Вранці прокинувся, коли всі ще спали. Дощ, не перестаючи, шелестів у лісі. Люди лежали в підсумках з патронами і з рушницями поблизу.</w:t>
      </w:r>
    </w:p>
    <w:p>
      <w:r>
        <w:br/>
        <w:t>"Ускочив,— думав Крючковар,— до самого Кобця попав у руки, а далі що робить — не знаю... І надало мені ще кухарем назватись... Ой, погані твої діла, Онисиме!" — проказував він сам собі.</w:t>
      </w:r>
    </w:p>
    <w:p>
      <w:r>
        <w:br/>
        <w:t>З усіх страв, які Крючковар умів готувати, була печена картопля та смажене сало. Тайна приготування борщу обіцяла лишитись для нього навіки тайною. Він знав, що в борщі є буряк, капуста і картопля, але яким способом усе те перетворювалось в страву?</w:t>
      </w:r>
    </w:p>
    <w:p>
      <w:r>
        <w:br/>
        <w:t>"Ой, і всиплють же мені шомполів,— думав свою невеселу думку Крючковар,— бач, яке мурляччя лежить!"</w:t>
      </w:r>
    </w:p>
    <w:p>
      <w:r>
        <w:br/>
        <w:t>Помітивши, що один заворушився, він заплющив очі. Нехай думають, що спить.</w:t>
      </w:r>
    </w:p>
    <w:p>
      <w:r>
        <w:br/>
        <w:t>Двоє розмовляли:</w:t>
      </w:r>
    </w:p>
    <w:p>
      <w:r>
        <w:br/>
        <w:t>— Курить є?</w:t>
      </w:r>
    </w:p>
    <w:p>
      <w:r>
        <w:br/>
        <w:t>— Є... на/ крути... Пауза.</w:t>
      </w:r>
    </w:p>
    <w:p>
      <w:r>
        <w:br/>
        <w:t>— Так шепетівський поїзд сьогодні вночі буде?</w:t>
      </w:r>
    </w:p>
    <w:p>
      <w:r>
        <w:br/>
        <w:t>— Чечель казав, що так...</w:t>
      </w:r>
    </w:p>
    <w:p>
      <w:r>
        <w:br/>
        <w:t>— На сімдесят восьмій верстві?</w:t>
      </w:r>
    </w:p>
    <w:p>
      <w:r>
        <w:br/>
        <w:t>— Так.</w:t>
      </w:r>
    </w:p>
    <w:p>
      <w:r>
        <w:br/>
        <w:t>— Всі поїдемо?</w:t>
      </w:r>
    </w:p>
    <w:p>
      <w:r>
        <w:br/>
        <w:t>— Певне, що всі... Який же дурень лишиться... Пауза.</w:t>
      </w:r>
    </w:p>
    <w:p>
      <w:r>
        <w:br/>
        <w:t>—— Звечора поїдемо. Зупинимо на переїзді, коло Ховрашків... Вже й червоного ліхтаря приготували... &amp;#9632;—&amp;#9632; А як не зупиниться?</w:t>
      </w:r>
    </w:p>
    <w:p>
      <w:r>
        <w:br/>
        <w:t>— Та, крім ліхтаря, рельс и розберем. Пауза.</w:t>
      </w:r>
    </w:p>
    <w:p>
      <w:r>
        <w:br/>
        <w:t>— Темно... Ще тра поспать...</w:t>
      </w:r>
    </w:p>
    <w:p>
      <w:r>
        <w:br/>
        <w:t>Голоси стихли, а в Крючковаровій голові пропливала °Дна картина за другою, одна жахливіша ніж друга...</w:t>
      </w:r>
    </w:p>
    <w:p>
      <w:r>
        <w:br/>
        <w:t>Сумніву не могло бути — бандити готували цієї ночі напад на поїзд. Щось треба було робити, але що міг удіяти маленький чоловік, він, Крючковар, скорочений по штату писарчук, а зараз записаний кухарем банди?</w:t>
      </w:r>
    </w:p>
    <w:p>
      <w:r>
        <w:br/>
        <w:t>"Ховрашки,— це за сім верстов од роз'їзду сімдесят восьмої верстви, а звідси, певне, не далі, як верстов десять. Коли б знати дорогу, можна б туди за три-чотири години дістатись... Але кудою йти?"</w:t>
      </w:r>
    </w:p>
    <w:p>
      <w:r>
        <w:br/>
        <w:t>Доки Крючковар міркував, бандити почали прокидатись.</w:t>
      </w:r>
    </w:p>
    <w:p>
      <w:r>
        <w:br/>
        <w:t>— Гей, ти, вставай! Чого вилежуєшся? — штовхнув один під бік, і Крючковар підвівся, протираючи очі.</w:t>
      </w:r>
    </w:p>
    <w:p>
      <w:r>
        <w:br/>
        <w:t>— Це звідки? — спитав один, оглядаючи Крючковара.</w:t>
      </w:r>
    </w:p>
    <w:p>
      <w:r>
        <w:br/>
        <w:t>— Це наш кухар, вчора отаман опреділив,— пояснив Петро.</w:t>
      </w:r>
    </w:p>
    <w:p>
      <w:r>
        <w:br/>
        <w:t>— А коли кухар, то якого чорта не куховарить?</w:t>
      </w:r>
    </w:p>
    <w:p>
      <w:r>
        <w:br/>
        <w:t>Крючковар вже не боявся шомполів. Він винайшов спосіб уникнути їх. План був простий — тут, у лісі, певне, немає ні капусти, ні буряків, а тому й борщу варити не можна...</w:t>
      </w:r>
    </w:p>
    <w:p>
      <w:r>
        <w:br/>
        <w:t>Отаманові так і сказав:</w:t>
      </w:r>
    </w:p>
    <w:p>
      <w:r>
        <w:br/>
        <w:t>— Картоплі немає, та й буряків теж... А отаман на це:</w:t>
      </w:r>
    </w:p>
    <w:p>
      <w:r>
        <w:br/>
        <w:t>— Коли немає — дістань. Бери коня та щоб з тобою хтось із хлопців поїхав.</w:t>
      </w:r>
    </w:p>
    <w:p>
      <w:r>
        <w:br/>
        <w:t>Справа оберталась на краще. "Швидше б до Ховрашків, а там видно буде..."</w:t>
      </w:r>
    </w:p>
    <w:p>
      <w:r>
        <w:br/>
        <w:t>Дощу вже не було, але вітер гнав по небу важку вовну хмар, а сосни шуміли войовничо-тривожно.</w:t>
      </w:r>
    </w:p>
    <w:p>
      <w:r>
        <w:br/>
        <w:t>— В село не поїдемо... видадуть, сволочі... Я почекаю, а ти підещ... Кажи, що з розробітків...</w:t>
      </w:r>
    </w:p>
    <w:p>
      <w:r>
        <w:br/>
        <w:t>— Добре!</w:t>
      </w:r>
    </w:p>
    <w:p>
      <w:r>
        <w:br/>
        <w:t>— Тільки гляди не тікай, бо все одно піймаєм... Крючковар пішов у село, а бандит прив'язав коней У</w:t>
      </w:r>
    </w:p>
    <w:p>
      <w:r>
        <w:br/>
        <w:t>кущах, скинув шаблю й рушницю і з одним наганом У кишені пішов у село. Ховаючись поза хатами, він стежив за Крючковаром, який, видимо, й не думав до когось заходити. Пройшовши до залізниці, Крючковар повернув У бік сімдесят восьмої верстви...</w:t>
      </w:r>
    </w:p>
    <w:p>
      <w:r>
        <w:br/>
        <w:t>Бандит не погнався за ним, а повернувся до коней, узяв кращого і поскакав до переїзду в напрямі сімдесят восьмої верстви...</w:t>
      </w:r>
    </w:p>
    <w:p>
      <w:r>
        <w:br/>
        <w:t>Дроти гули побідними трубами, ліс привітно хитав гіллям Крючковарові.</w:t>
      </w:r>
    </w:p>
    <w:p>
      <w:r>
        <w:br/>
        <w:t>дле раптом... Що це? Крючковар нічого не розумів-</w:t>
      </w:r>
    </w:p>
    <w:p>
      <w:r>
        <w:br/>
        <w:t>— Що, сволоч, попався? — Його мщно тримав за руку знайомий бандит.</w:t>
      </w:r>
    </w:p>
    <w:p>
      <w:r>
        <w:br/>
        <w:t>"Пропав!" — промайнуло в голові.</w:t>
      </w:r>
    </w:p>
    <w:p>
      <w:r>
        <w:br/>
        <w:t>— Так ти, сукин син, тікати? Га?.. Тікати? — Іскри посипалися з очей...— Кажи, куди біг? Кажи, а то...— бандит приставив нагана до грудей.</w:t>
      </w:r>
    </w:p>
    <w:p>
      <w:r>
        <w:br/>
        <w:t>Виснажене Крючковарове тіло не могло чинити опору добре вигодованому та ще й до того озброєному бандитові. Треба було братись до захисту безсиллям та хитрощами.</w:t>
      </w:r>
    </w:p>
    <w:p>
      <w:r>
        <w:br/>
        <w:t>— Жінка... діти малі... без шматка хліба...— Він став голосити і причитувати з такою проникливістю та чуттям, що не лишалось жодного сумніву в правдивості його слів.</w:t>
      </w:r>
    </w:p>
    <w:p>
      <w:r>
        <w:br/>
        <w:t>Ще один удар по потилиці. Упав. Боляче прикусив язика. Підвівся.</w:t>
      </w:r>
    </w:p>
    <w:p>
      <w:r>
        <w:br/>
        <w:t>— Іди спереду, а тікатимеш — пристрелю!</w:t>
      </w:r>
    </w:p>
    <w:p>
      <w:r>
        <w:br/>
        <w:t>З револьвером у одній руці їхав бандит верхи, а Крючковар тюпцем біг попереду.</w:t>
      </w:r>
    </w:p>
    <w:p>
      <w:r>
        <w:br/>
        <w:t>— Стій! — раптом наказав бандит, коли вже заїхали далеко в ліс.</w:t>
      </w:r>
    </w:p>
    <w:p>
      <w:r>
        <w:br/>
        <w:t>Зупинився.</w:t>
      </w:r>
    </w:p>
    <w:p>
      <w:r>
        <w:br/>
        <w:t>— Подерж коня, а я піду в кущі... Тільки гляди! — бандит помотав перед Крючковаровим носом револьвером.</w:t>
      </w:r>
    </w:p>
    <w:p>
      <w:r>
        <w:br/>
        <w:t>Крючковар узяв коня і, коли бандит зайшов за найближчий кущ, тверда рішучість охопила його. Він просунув ногу в стремено й опинився в сідлі. Несамовито погнав коня, б'ючи ногами по ребрах...</w:t>
      </w:r>
    </w:p>
    <w:p>
      <w:r>
        <w:br/>
        <w:t>Позаду чулась стрілянина, а через якийсь час кінь метнувся вбік і впав, придавивши Крючковарові ногу. Друга куля обдряпала щоку. І він, випроставши ногу, кинувся в кущі.</w:t>
      </w:r>
    </w:p>
    <w:p>
      <w:r>
        <w:br/>
        <w:t>Бандит добіг до підстреленого коня, але переслідувати втікача в кущах не мав жодної охоти, а почав стріляти в той бік, куди побіг Крючковар.</w:t>
      </w:r>
    </w:p>
    <w:p>
      <w:r>
        <w:br/>
        <w:t>Крючковар біг і почував свою перемогу.</w:t>
      </w:r>
    </w:p>
    <w:p>
      <w:r>
        <w:br/>
        <w:t>Буйна радість наповнювала запалі груди його.</w:t>
      </w:r>
    </w:p>
    <w:p>
      <w:r>
        <w:br/>
        <w:t>Він напився бадьорого трунку боротьби й переродився. Зникла млявість, вихована роками неважкої, але одноманітної праці. Ніколи ще він так гостро не відчував *иття, як тепер, у цих нетрях, в оточенні сосен і боліт.</w:t>
      </w:r>
    </w:p>
    <w:p>
      <w:r>
        <w:br/>
        <w:t>Стрілянина позаду стихла, і Крючковар притишив біг. Там збоку рівчак— можна напитись.</w:t>
      </w:r>
    </w:p>
    <w:p>
      <w:r>
        <w:br/>
        <w:t>Вітер ущух. Хмари збилися в олив'яні важкі гори і спустились нижче над лісом. Накрапав дощ.</w:t>
      </w:r>
    </w:p>
    <w:p>
      <w:r>
        <w:br/>
        <w:t>Раптом почулися знову віддалені постріли. Один, дру. гий... "Стріляє, дурень",— ледве встигло промайнути в Крючковаровій голові, як щось вкололо нижче плеча...</w:t>
      </w:r>
    </w:p>
    <w:p>
      <w:r>
        <w:br/>
        <w:t>Захопило дух. Рука інстинктивно вхопилась за груди. Крючковар присів на вогку хвоїну, а потім упав горічерева. Небо на мент спалахнуло рожевими загравами й згасло. Дике Полісся шуміло свої тисячолітні шуми й замітало ними, як пустельним піском, Крючковарову свідомість.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Крючковар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