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Краватка для жирафа</w:t>
      </w:r>
    </w:p>
    <w:p>
      <w:r>
        <w:br/>
        <w:t xml:space="preserve"> Коли б заманулось раптово&lt;br /&gt;</w:t>
        <w:br/>
        <w:t>жирафу&lt;br /&gt;</w:t>
        <w:br/>
        <w:t>пошити краватку,&lt;br /&gt;</w:t>
        <w:br/>
        <w:t>то, певне, кравці&lt;br /&gt;</w:t>
        <w:br/>
        <w:t>повинні б були залізати&lt;br /&gt;</w:t>
        <w:br/>
        <w:t>на шафу,&lt;br /&gt;</w:t>
        <w:br/>
        <w:t>тримаючи метр у руці —&lt;br /&gt;</w:t>
        <w:br/>
        <w:t>щоб шию обмірять жирафу.</w:t>
      </w:r>
    </w:p>
    <w:p>
      <w:r>
        <w:br/>
        <w:t>Була б та краватка,&lt;br /&gt;</w:t>
        <w:br/>
        <w:t>як десять краваток,&lt;br /&gt;</w:t>
        <w:br/>
        <w:t>а може,—: як двадцять,&lt;br /&gt;</w:t>
        <w:br/>
        <w:t>а може,— як сто.&lt;br /&gt;</w:t>
        <w:br/>
        <w:t>І, певне, носити&lt;br /&gt;</w:t>
        <w:br/>
        <w:t>краватку жирафа&lt;br /&gt;</w:t>
        <w:br/>
        <w:t>крім нього&lt;br /&gt;</w:t>
        <w:br/>
        <w:t>не зміг би ніхто.</w:t>
      </w:r>
    </w:p>
    <w:p>
      <w:r>
        <w:br/>
        <w:t>А з краму, що йшов би&lt;br /&gt;</w:t>
        <w:br/>
        <w:t>йому на краватку,&lt;br /&gt;</w:t>
        <w:br/>
        <w:t>я зміг би пошити для себе&lt;br /&gt;</w:t>
        <w:br/>
        <w:t>піджак,&lt;br /&gt;</w:t>
        <w:br/>
        <w:t>та, може б, іще й на підкладку&lt;br /&gt;</w:t>
        <w:br/>
        <w:t>лишилось би краму.&lt;br /&gt;</w:t>
        <w:br/>
        <w:t>Отак!</w:t>
      </w:r>
    </w:p>
    <w:p>
      <w:r>
        <w:br/>
        <w:t>Тож слава жирафам!&lt;br /&gt;</w:t>
        <w:br/>
        <w:t>Спасибі жирафам&lt;br /&gt;</w:t>
        <w:br/>
        <w:t>за те,&lt;br /&gt;</w:t>
        <w:br/>
        <w:t>що не носять краваток вони,&lt;br /&gt;</w:t>
        <w:br/>
        <w:t>бо краму б тоді на піджак —&lt;br /&gt;</w:t>
        <w:br/>
        <w:t>не дістати!&lt;br /&gt;</w:t>
        <w:br/>
        <w:t>Носив би я тільки&lt;br /&gt;</w:t>
        <w:br/>
        <w:t>штани...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Краватка для жирафа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